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3895F" w14:textId="5F52B568" w:rsidR="005A02C1" w:rsidRPr="00BE0D86" w:rsidRDefault="00000000" w:rsidP="00BE0D86">
      <w:pPr>
        <w:jc w:val="right"/>
        <w:rPr>
          <w:rFonts w:asciiTheme="majorHAnsi" w:hAnsiTheme="majorHAnsi" w:cstheme="majorHAnsi"/>
          <w:b/>
          <w:sz w:val="24"/>
        </w:rPr>
      </w:pPr>
      <w:r w:rsidRPr="00BE0D86">
        <w:rPr>
          <w:rFonts w:asciiTheme="majorHAnsi" w:hAnsiTheme="majorHAnsi" w:cstheme="majorHAnsi"/>
          <w:b/>
          <w:sz w:val="24"/>
        </w:rPr>
        <w:t>AYUNTAMIENTO DE QUINTANA Y CONGOSTO</w:t>
      </w:r>
      <w:r w:rsidRPr="00BE0D86">
        <w:rPr>
          <w:rFonts w:asciiTheme="majorHAnsi" w:hAnsiTheme="majorHAnsi" w:cstheme="majorHAnsi"/>
          <w:b/>
          <w:sz w:val="26"/>
        </w:rPr>
        <w:br/>
        <w:t xml:space="preserve">DECLARACIÓN RESPONSABLE DE REQUISITOS Y COMPATIBILIDAD DE </w:t>
      </w:r>
      <w:r w:rsidR="00BE0D86" w:rsidRPr="00BE0D86">
        <w:rPr>
          <w:rFonts w:asciiTheme="majorHAnsi" w:hAnsiTheme="majorHAnsi" w:cstheme="majorHAnsi"/>
          <w:b/>
          <w:sz w:val="26"/>
        </w:rPr>
        <w:t>A</w:t>
      </w:r>
      <w:r w:rsidRPr="00BE0D86">
        <w:rPr>
          <w:rFonts w:asciiTheme="majorHAnsi" w:hAnsiTheme="majorHAnsi" w:cstheme="majorHAnsi"/>
          <w:b/>
          <w:sz w:val="26"/>
        </w:rPr>
        <w:t>YUDAS</w:t>
      </w:r>
      <w:r w:rsidR="00BE0D86" w:rsidRPr="00BE0D86">
        <w:rPr>
          <w:rFonts w:asciiTheme="majorHAnsi" w:hAnsiTheme="majorHAnsi" w:cstheme="majorHAnsi"/>
          <w:b/>
          <w:sz w:val="26"/>
        </w:rPr>
        <w:t xml:space="preserve"> </w:t>
      </w:r>
      <w:r w:rsidRPr="00BE0D86">
        <w:rPr>
          <w:rFonts w:asciiTheme="majorHAnsi" w:hAnsiTheme="majorHAnsi" w:cstheme="majorHAnsi"/>
          <w:b/>
          <w:sz w:val="26"/>
        </w:rPr>
        <w:t>CURSO ESCOLAR 2026-2027</w:t>
      </w:r>
    </w:p>
    <w:p w14:paraId="720A0755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D./D.ª ____________________________________________________, con DNI/NIE ____________________, en calidad de solicitante de la subvención municipal para adquisición de libros de texto correspondiente al curso escolar 2026-2027,</w:t>
      </w:r>
    </w:p>
    <w:p w14:paraId="05C8319B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b/>
          <w:sz w:val="22"/>
        </w:rPr>
        <w:t>DECLARA BAJO SU RESPONSABILIDAD</w:t>
      </w:r>
    </w:p>
    <w:p w14:paraId="6C23C62C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Que cumple los requisitos establecidos en la Ordenanza reguladora de adquisición de libros de texto y ayudas por nacimiento del Ayuntamiento de Quintana y Congosto y en la convocatoria correspondiente al curso escolar 2026-2027.</w:t>
      </w:r>
    </w:p>
    <w:p w14:paraId="33766F09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 xml:space="preserve">Que la persona solicitante o, al menos, uno de los progenitores que figura en el Libro de Familia se encuentra empadronado en Quintana y Congosto con </w:t>
      </w:r>
      <w:r w:rsidRPr="00BE0D86">
        <w:rPr>
          <w:rFonts w:asciiTheme="majorHAnsi" w:hAnsiTheme="majorHAnsi" w:cstheme="majorHAnsi"/>
          <w:b/>
          <w:bCs/>
          <w:sz w:val="22"/>
          <w:u w:val="single"/>
        </w:rPr>
        <w:t>antigüedad superior a seis meses a la fecha de inicio del plazo de presentación de solicitudes</w:t>
      </w:r>
      <w:r w:rsidRPr="00BE0D86">
        <w:rPr>
          <w:rFonts w:asciiTheme="majorHAnsi" w:hAnsiTheme="majorHAnsi" w:cstheme="majorHAnsi"/>
          <w:sz w:val="22"/>
        </w:rPr>
        <w:t>.</w:t>
      </w:r>
    </w:p>
    <w:p w14:paraId="618E7938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 xml:space="preserve">Que el menor está </w:t>
      </w:r>
      <w:r w:rsidRPr="00BE0D86">
        <w:rPr>
          <w:rFonts w:asciiTheme="majorHAnsi" w:hAnsiTheme="majorHAnsi" w:cstheme="majorHAnsi"/>
          <w:b/>
          <w:bCs/>
          <w:sz w:val="22"/>
          <w:u w:val="single"/>
        </w:rPr>
        <w:t>matriculado</w:t>
      </w:r>
      <w:r w:rsidRPr="00BE0D86">
        <w:rPr>
          <w:rFonts w:asciiTheme="majorHAnsi" w:hAnsiTheme="majorHAnsi" w:cstheme="majorHAnsi"/>
          <w:sz w:val="22"/>
        </w:rPr>
        <w:t xml:space="preserve"> en un centro oficial, público o privado.</w:t>
      </w:r>
    </w:p>
    <w:p w14:paraId="31CD4817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Que los libros objeto de la solicitud son libros de texto obligatorios establecidos y aprobados por el centro escolar, y que no se incluyen diccionarios, atlas, biblias, libros de lectura, material informático ni material escolar.</w:t>
      </w:r>
    </w:p>
    <w:p w14:paraId="2B535FAA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Que la factura aportada está expedida a nombre de la persona beneficiaria y ha sido efectivamente pagada.</w:t>
      </w:r>
    </w:p>
    <w:p w14:paraId="3889D746" w14:textId="1C8DBD91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Que la persona solicitante se encuentra al corriente de pago de sus obligaciones tributarias con el Ayuntamiento de Quintana y Congosto</w:t>
      </w:r>
      <w:r w:rsidR="00BE0D86" w:rsidRPr="00BE0D86">
        <w:rPr>
          <w:rFonts w:asciiTheme="majorHAnsi" w:hAnsiTheme="majorHAnsi" w:cstheme="majorHAnsi"/>
          <w:sz w:val="22"/>
        </w:rPr>
        <w:t xml:space="preserve">, así como con la con la Agencia Estatal de Administración Tributaria AEAT y la Tesorería General de la Seguridad Social. </w:t>
      </w:r>
    </w:p>
    <w:p w14:paraId="1B145C18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Que no concurre en la persona solicitante ninguna circunstancia que impida obtener la condición de beneficiaria conforme al artículo 13 de la Ley 38/2003, de 17 de noviembre, General de Subvenciones.</w:t>
      </w:r>
    </w:p>
    <w:p w14:paraId="771DB904" w14:textId="77777777" w:rsidR="005A02C1" w:rsidRPr="00BE0D86" w:rsidRDefault="00000000" w:rsidP="00BE0D86">
      <w:pPr>
        <w:pStyle w:val="Listaconvietas"/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Que se compromete a destinar la ayuda a la finalidad para la que se solicita y a facilitar las comprobaciones que pueda realizar el Ayuntamiento.</w:t>
      </w:r>
    </w:p>
    <w:p w14:paraId="4A4FC66A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b/>
          <w:sz w:val="22"/>
        </w:rPr>
        <w:t>Ayudas para la misma finalidad</w:t>
      </w:r>
    </w:p>
    <w:p w14:paraId="717BA300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No ha solicitado ni recibido otras ayudas, subvenciones, ingresos o recursos para la adquisición de los mismos libros de texto.</w:t>
      </w:r>
    </w:p>
    <w:p w14:paraId="2F2936AE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Ha solicitado o recibido las siguientes ayudas para la misma finalidad:</w:t>
      </w:r>
    </w:p>
    <w:p w14:paraId="5B237877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 xml:space="preserve">Entidad concedente: __________________________ Estado: </w:t>
      </w: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solicitada </w:t>
      </w: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concedida </w:t>
      </w: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pagada   Importe: __________ </w:t>
      </w:r>
      <w:r w:rsidRPr="00BE0D86">
        <w:rPr>
          <w:rFonts w:ascii="Calibri" w:hAnsi="Calibri" w:cs="Calibri"/>
          <w:sz w:val="22"/>
        </w:rPr>
        <w:t>€</w:t>
      </w:r>
    </w:p>
    <w:p w14:paraId="7AD16377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 xml:space="preserve">Entidad concedente: __________________________ Estado: </w:t>
      </w: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solicitada </w:t>
      </w: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concedida </w:t>
      </w:r>
      <w:r w:rsidRPr="00BE0D86">
        <w:rPr>
          <w:rFonts w:ascii="Segoe UI Symbol" w:hAnsi="Segoe UI Symbol" w:cs="Segoe UI Symbol"/>
          <w:sz w:val="22"/>
        </w:rPr>
        <w:t>☐</w:t>
      </w:r>
      <w:r w:rsidRPr="00BE0D86">
        <w:rPr>
          <w:rFonts w:asciiTheme="majorHAnsi" w:hAnsiTheme="majorHAnsi" w:cstheme="majorHAnsi"/>
          <w:sz w:val="22"/>
        </w:rPr>
        <w:t xml:space="preserve"> pagada   Importe: __________ </w:t>
      </w:r>
      <w:r w:rsidRPr="00BE0D86">
        <w:rPr>
          <w:rFonts w:ascii="Calibri" w:hAnsi="Calibri" w:cs="Calibri"/>
          <w:sz w:val="22"/>
        </w:rPr>
        <w:t>€</w:t>
      </w:r>
    </w:p>
    <w:p w14:paraId="4DE1BE32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 xml:space="preserve">Declara conocer que las ayudas municipales son compatibles con otras ayudas públicas para la misma finalidad, pero que la </w:t>
      </w:r>
      <w:r w:rsidRPr="00BE0D86">
        <w:rPr>
          <w:rFonts w:asciiTheme="majorHAnsi" w:hAnsiTheme="majorHAnsi" w:cstheme="majorHAnsi"/>
          <w:b/>
          <w:bCs/>
          <w:sz w:val="22"/>
          <w:u w:val="single"/>
        </w:rPr>
        <w:t>suma de todas ellas no puede superar el coste de los libros de texto efectivamente acreditado y pagado</w:t>
      </w:r>
      <w:r w:rsidRPr="00BE0D86">
        <w:rPr>
          <w:rFonts w:asciiTheme="majorHAnsi" w:hAnsiTheme="majorHAnsi" w:cstheme="majorHAnsi"/>
          <w:sz w:val="22"/>
        </w:rPr>
        <w:t>. Se compromete a comunicar al Ayuntamiento cualquier ayuda obtenida con posterioridad y, si procediera, a reintegrar el exceso de financiación.</w:t>
      </w:r>
    </w:p>
    <w:p w14:paraId="684A68A4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En Quintana y Congosto, a ____ de __________________ de 2026.</w:t>
      </w:r>
    </w:p>
    <w:p w14:paraId="099D4BAD" w14:textId="77777777" w:rsidR="005A02C1" w:rsidRPr="00BE0D86" w:rsidRDefault="00000000" w:rsidP="00BE0D86">
      <w:pPr>
        <w:jc w:val="both"/>
        <w:rPr>
          <w:rFonts w:asciiTheme="majorHAnsi" w:hAnsiTheme="majorHAnsi" w:cstheme="majorHAnsi"/>
          <w:sz w:val="22"/>
        </w:rPr>
      </w:pPr>
      <w:r w:rsidRPr="00BE0D86">
        <w:rPr>
          <w:rFonts w:asciiTheme="majorHAnsi" w:hAnsiTheme="majorHAnsi" w:cstheme="majorHAnsi"/>
          <w:sz w:val="22"/>
        </w:rPr>
        <w:t>Firma de la persona declarante: _________________________________________________</w:t>
      </w:r>
    </w:p>
    <w:sectPr w:rsidR="005A02C1" w:rsidRPr="00BE0D86" w:rsidSect="00BE0D86">
      <w:pgSz w:w="12240" w:h="15840"/>
      <w:pgMar w:top="426" w:right="1100" w:bottom="568" w:left="11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3564843">
    <w:abstractNumId w:val="8"/>
  </w:num>
  <w:num w:numId="2" w16cid:durableId="1619994394">
    <w:abstractNumId w:val="6"/>
  </w:num>
  <w:num w:numId="3" w16cid:durableId="282612201">
    <w:abstractNumId w:val="5"/>
  </w:num>
  <w:num w:numId="4" w16cid:durableId="1486236060">
    <w:abstractNumId w:val="4"/>
  </w:num>
  <w:num w:numId="5" w16cid:durableId="851722043">
    <w:abstractNumId w:val="7"/>
  </w:num>
  <w:num w:numId="6" w16cid:durableId="1106804428">
    <w:abstractNumId w:val="3"/>
  </w:num>
  <w:num w:numId="7" w16cid:durableId="1238173528">
    <w:abstractNumId w:val="2"/>
  </w:num>
  <w:num w:numId="8" w16cid:durableId="14382070">
    <w:abstractNumId w:val="1"/>
  </w:num>
  <w:num w:numId="9" w16cid:durableId="54992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A02C1"/>
    <w:rsid w:val="00A83B68"/>
    <w:rsid w:val="00AA1D8D"/>
    <w:rsid w:val="00B47730"/>
    <w:rsid w:val="00BE0D8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AA9463"/>
  <w14:defaultImageDpi w14:val="300"/>
  <w15:docId w15:val="{8998936A-DD1E-472D-92A5-A18E7741C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melisa gonzalez</cp:lastModifiedBy>
  <cp:revision>2</cp:revision>
  <dcterms:created xsi:type="dcterms:W3CDTF">2013-12-23T23:15:00Z</dcterms:created>
  <dcterms:modified xsi:type="dcterms:W3CDTF">2026-09-04T08:26:00Z</dcterms:modified>
  <cp:category/>
</cp:coreProperties>
</file>