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738CB" w14:textId="77777777" w:rsid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b/>
          <w:sz w:val="22"/>
        </w:rPr>
        <w:t>AYUNTAMIENTO DE QUINTANA Y CONGOSTO</w:t>
      </w:r>
    </w:p>
    <w:p w14:paraId="00CF41DB" w14:textId="1ABA96B2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b/>
          <w:sz w:val="22"/>
        </w:rPr>
        <w:t>SOLICITUD DE SUBVENCIÓN PARA LA ADQUISICIÓN DE LIBROS DE TEXTO</w:t>
      </w:r>
      <w:r w:rsidR="00E258D5">
        <w:rPr>
          <w:rFonts w:asciiTheme="majorHAnsi" w:hAnsiTheme="majorHAnsi" w:cstheme="majorHAnsi"/>
          <w:b/>
          <w:sz w:val="22"/>
        </w:rPr>
        <w:t xml:space="preserve"> </w:t>
      </w:r>
      <w:r w:rsidRPr="00E258D5">
        <w:rPr>
          <w:rFonts w:asciiTheme="majorHAnsi" w:hAnsiTheme="majorHAnsi" w:cstheme="majorHAnsi"/>
          <w:b/>
          <w:sz w:val="22"/>
        </w:rPr>
        <w:t>CURSO ESCOLAR 2026-2027</w:t>
      </w:r>
    </w:p>
    <w:p w14:paraId="2A1E12DD" w14:textId="77777777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b/>
          <w:sz w:val="22"/>
        </w:rPr>
        <w:t>1. Datos de la persona solicitante</w:t>
      </w:r>
    </w:p>
    <w:p w14:paraId="5EC66F21" w14:textId="625C550A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>Nombre y apellidos: _________________________________________________________</w:t>
      </w:r>
      <w:r w:rsidR="00E258D5">
        <w:rPr>
          <w:rFonts w:asciiTheme="majorHAnsi" w:hAnsiTheme="majorHAnsi" w:cstheme="majorHAnsi"/>
          <w:sz w:val="22"/>
        </w:rPr>
        <w:t>________________</w:t>
      </w:r>
      <w:r w:rsidRPr="00E258D5">
        <w:rPr>
          <w:rFonts w:asciiTheme="majorHAnsi" w:hAnsiTheme="majorHAnsi" w:cstheme="majorHAnsi"/>
          <w:sz w:val="22"/>
        </w:rPr>
        <w:t>_</w:t>
      </w:r>
    </w:p>
    <w:p w14:paraId="7DA23394" w14:textId="6F4D3841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>DNI/NIE: ______________</w:t>
      </w:r>
      <w:r w:rsidR="00E258D5">
        <w:rPr>
          <w:rFonts w:asciiTheme="majorHAnsi" w:hAnsiTheme="majorHAnsi" w:cstheme="majorHAnsi"/>
          <w:sz w:val="22"/>
        </w:rPr>
        <w:t>_</w:t>
      </w:r>
      <w:r w:rsidRPr="00E258D5">
        <w:rPr>
          <w:rFonts w:asciiTheme="majorHAnsi" w:hAnsiTheme="majorHAnsi" w:cstheme="majorHAnsi"/>
          <w:sz w:val="22"/>
        </w:rPr>
        <w:t xml:space="preserve">________   </w:t>
      </w:r>
      <w:proofErr w:type="spellStart"/>
      <w:r w:rsidRPr="00E258D5">
        <w:rPr>
          <w:rFonts w:asciiTheme="majorHAnsi" w:hAnsiTheme="majorHAnsi" w:cstheme="majorHAnsi"/>
          <w:sz w:val="22"/>
        </w:rPr>
        <w:t>Teléfono</w:t>
      </w:r>
      <w:proofErr w:type="spellEnd"/>
      <w:r w:rsidRPr="00E258D5">
        <w:rPr>
          <w:rFonts w:asciiTheme="majorHAnsi" w:hAnsiTheme="majorHAnsi" w:cstheme="majorHAnsi"/>
          <w:sz w:val="22"/>
        </w:rPr>
        <w:t xml:space="preserve">: </w:t>
      </w:r>
      <w:r w:rsidR="00E258D5">
        <w:rPr>
          <w:rFonts w:asciiTheme="majorHAnsi" w:hAnsiTheme="majorHAnsi" w:cstheme="majorHAnsi"/>
          <w:sz w:val="22"/>
        </w:rPr>
        <w:t>___________________________________________________</w:t>
      </w:r>
    </w:p>
    <w:p w14:paraId="52A1B8DD" w14:textId="7510F1EF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>Domicilio: __________________________________________________</w:t>
      </w:r>
      <w:r w:rsidR="00E258D5">
        <w:rPr>
          <w:rFonts w:asciiTheme="majorHAnsi" w:hAnsiTheme="majorHAnsi" w:cstheme="majorHAnsi"/>
          <w:sz w:val="22"/>
        </w:rPr>
        <w:t>_______________</w:t>
      </w:r>
      <w:r w:rsidRPr="00E258D5">
        <w:rPr>
          <w:rFonts w:asciiTheme="majorHAnsi" w:hAnsiTheme="majorHAnsi" w:cstheme="majorHAnsi"/>
          <w:sz w:val="22"/>
        </w:rPr>
        <w:t>_________________</w:t>
      </w:r>
    </w:p>
    <w:p w14:paraId="213DD91E" w14:textId="26F43B3C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 xml:space="preserve">Correo electrónico, si </w:t>
      </w:r>
      <w:proofErr w:type="spellStart"/>
      <w:r w:rsidRPr="00E258D5">
        <w:rPr>
          <w:rFonts w:asciiTheme="majorHAnsi" w:hAnsiTheme="majorHAnsi" w:cstheme="majorHAnsi"/>
          <w:sz w:val="22"/>
        </w:rPr>
        <w:t>desea</w:t>
      </w:r>
      <w:proofErr w:type="spellEnd"/>
      <w:r w:rsidRPr="00E258D5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E258D5">
        <w:rPr>
          <w:rFonts w:asciiTheme="majorHAnsi" w:hAnsiTheme="majorHAnsi" w:cstheme="majorHAnsi"/>
          <w:sz w:val="22"/>
        </w:rPr>
        <w:t>recibir</w:t>
      </w:r>
      <w:proofErr w:type="spellEnd"/>
      <w:r w:rsidRPr="00E258D5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E258D5">
        <w:rPr>
          <w:rFonts w:asciiTheme="majorHAnsi" w:hAnsiTheme="majorHAnsi" w:cstheme="majorHAnsi"/>
          <w:sz w:val="22"/>
        </w:rPr>
        <w:t>avisos</w:t>
      </w:r>
      <w:proofErr w:type="spellEnd"/>
      <w:r w:rsidRPr="00E258D5">
        <w:rPr>
          <w:rFonts w:asciiTheme="majorHAnsi" w:hAnsiTheme="majorHAnsi" w:cstheme="majorHAnsi"/>
          <w:sz w:val="22"/>
        </w:rPr>
        <w:t>: _______________</w:t>
      </w:r>
      <w:r w:rsidR="00E258D5">
        <w:rPr>
          <w:rFonts w:asciiTheme="majorHAnsi" w:hAnsiTheme="majorHAnsi" w:cstheme="majorHAnsi"/>
          <w:sz w:val="22"/>
        </w:rPr>
        <w:t>_________________</w:t>
      </w:r>
      <w:r w:rsidRPr="00E258D5">
        <w:rPr>
          <w:rFonts w:asciiTheme="majorHAnsi" w:hAnsiTheme="majorHAnsi" w:cstheme="majorHAnsi"/>
          <w:sz w:val="22"/>
        </w:rPr>
        <w:t>________________________</w:t>
      </w:r>
    </w:p>
    <w:p w14:paraId="5CBF1DC7" w14:textId="77777777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b/>
          <w:sz w:val="22"/>
        </w:rPr>
        <w:t>2. Datos del menor para el que se solicita la ayuda</w:t>
      </w:r>
    </w:p>
    <w:p w14:paraId="2AE638E1" w14:textId="3A5C90A5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>Nombre y apellidos: ____________</w:t>
      </w:r>
      <w:r w:rsidR="00E258D5">
        <w:rPr>
          <w:rFonts w:asciiTheme="majorHAnsi" w:hAnsiTheme="majorHAnsi" w:cstheme="majorHAnsi"/>
          <w:sz w:val="22"/>
        </w:rPr>
        <w:t>________________</w:t>
      </w:r>
      <w:r w:rsidRPr="00E258D5">
        <w:rPr>
          <w:rFonts w:asciiTheme="majorHAnsi" w:hAnsiTheme="majorHAnsi" w:cstheme="majorHAnsi"/>
          <w:sz w:val="22"/>
        </w:rPr>
        <w:t>______________________________________________</w:t>
      </w:r>
    </w:p>
    <w:p w14:paraId="5D20E48E" w14:textId="0154675C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 xml:space="preserve">Fecha de </w:t>
      </w:r>
      <w:proofErr w:type="spellStart"/>
      <w:r w:rsidRPr="00E258D5">
        <w:rPr>
          <w:rFonts w:asciiTheme="majorHAnsi" w:hAnsiTheme="majorHAnsi" w:cstheme="majorHAnsi"/>
          <w:sz w:val="22"/>
        </w:rPr>
        <w:t>nacimiento</w:t>
      </w:r>
      <w:proofErr w:type="spellEnd"/>
      <w:r w:rsidRPr="00E258D5">
        <w:rPr>
          <w:rFonts w:asciiTheme="majorHAnsi" w:hAnsiTheme="majorHAnsi" w:cstheme="majorHAnsi"/>
          <w:sz w:val="22"/>
        </w:rPr>
        <w:t>: ____________________</w:t>
      </w:r>
      <w:r w:rsidR="00E258D5">
        <w:rPr>
          <w:rFonts w:asciiTheme="majorHAnsi" w:hAnsiTheme="majorHAnsi" w:cstheme="majorHAnsi"/>
          <w:sz w:val="22"/>
        </w:rPr>
        <w:t>________</w:t>
      </w:r>
      <w:r w:rsidRPr="00E258D5">
        <w:rPr>
          <w:rFonts w:asciiTheme="majorHAnsi" w:hAnsiTheme="majorHAnsi" w:cstheme="majorHAnsi"/>
          <w:sz w:val="22"/>
        </w:rPr>
        <w:t xml:space="preserve">   </w:t>
      </w:r>
      <w:proofErr w:type="spellStart"/>
      <w:r w:rsidRPr="00E258D5">
        <w:rPr>
          <w:rFonts w:asciiTheme="majorHAnsi" w:hAnsiTheme="majorHAnsi" w:cstheme="majorHAnsi"/>
          <w:sz w:val="22"/>
        </w:rPr>
        <w:t>Curso</w:t>
      </w:r>
      <w:proofErr w:type="spellEnd"/>
      <w:r w:rsidRPr="00E258D5">
        <w:rPr>
          <w:rFonts w:asciiTheme="majorHAnsi" w:hAnsiTheme="majorHAnsi" w:cstheme="majorHAnsi"/>
          <w:sz w:val="22"/>
        </w:rPr>
        <w:t>/</w:t>
      </w:r>
      <w:proofErr w:type="spellStart"/>
      <w:r w:rsidRPr="00E258D5">
        <w:rPr>
          <w:rFonts w:asciiTheme="majorHAnsi" w:hAnsiTheme="majorHAnsi" w:cstheme="majorHAnsi"/>
          <w:sz w:val="22"/>
        </w:rPr>
        <w:t>etapa</w:t>
      </w:r>
      <w:proofErr w:type="spellEnd"/>
      <w:r w:rsidRPr="00E258D5">
        <w:rPr>
          <w:rFonts w:asciiTheme="majorHAnsi" w:hAnsiTheme="majorHAnsi" w:cstheme="majorHAnsi"/>
          <w:sz w:val="22"/>
        </w:rPr>
        <w:t>: ____</w:t>
      </w:r>
      <w:r w:rsidR="00E258D5">
        <w:rPr>
          <w:rFonts w:asciiTheme="majorHAnsi" w:hAnsiTheme="majorHAnsi" w:cstheme="majorHAnsi"/>
          <w:sz w:val="22"/>
        </w:rPr>
        <w:t>___________</w:t>
      </w:r>
      <w:r w:rsidRPr="00E258D5">
        <w:rPr>
          <w:rFonts w:asciiTheme="majorHAnsi" w:hAnsiTheme="majorHAnsi" w:cstheme="majorHAnsi"/>
          <w:sz w:val="22"/>
        </w:rPr>
        <w:t>__________________</w:t>
      </w:r>
    </w:p>
    <w:p w14:paraId="51ED0D1A" w14:textId="3CD6C4F2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>Centro escolar: ______________________________________________________________</w:t>
      </w:r>
      <w:r w:rsidR="00E258D5">
        <w:rPr>
          <w:rFonts w:asciiTheme="majorHAnsi" w:hAnsiTheme="majorHAnsi" w:cstheme="majorHAnsi"/>
          <w:sz w:val="22"/>
        </w:rPr>
        <w:t>________________</w:t>
      </w:r>
    </w:p>
    <w:p w14:paraId="0E1C7F68" w14:textId="77777777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b/>
          <w:sz w:val="22"/>
        </w:rPr>
        <w:t>3. Datos bancarios para el pago</w:t>
      </w:r>
    </w:p>
    <w:p w14:paraId="76506DE7" w14:textId="77777777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>IBAN: ES __ __ __ __   __ __ __ __   __ __ __ __   __ __ __ __   __ __ __ __   __ __ __ __</w:t>
      </w:r>
    </w:p>
    <w:p w14:paraId="06952ECF" w14:textId="01EB0E38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>Titular de la cuenta: _________________________________________________________</w:t>
      </w:r>
      <w:r w:rsidR="00E258D5">
        <w:rPr>
          <w:rFonts w:asciiTheme="majorHAnsi" w:hAnsiTheme="majorHAnsi" w:cstheme="majorHAnsi"/>
          <w:sz w:val="22"/>
        </w:rPr>
        <w:t>________________</w:t>
      </w:r>
      <w:r w:rsidRPr="00E258D5">
        <w:rPr>
          <w:rFonts w:asciiTheme="majorHAnsi" w:hAnsiTheme="majorHAnsi" w:cstheme="majorHAnsi"/>
          <w:sz w:val="22"/>
        </w:rPr>
        <w:t>_</w:t>
      </w:r>
    </w:p>
    <w:p w14:paraId="2431604A" w14:textId="77777777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b/>
          <w:sz w:val="22"/>
        </w:rPr>
        <w:t>4. Exposición y solicitud</w:t>
      </w:r>
    </w:p>
    <w:p w14:paraId="1547CD5A" w14:textId="77777777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>EXPONE: Que conoce la convocatoria municipal de subvenciones destinadas a la adquisición de libros de texto para el curso escolar 2026-2027, que reúne los requisitos establecidos en la Ordenanza reguladora de adquisición de libros de texto y ayudas por nacimiento del Ayuntamiento de Quintana y Congosto y en la convocatoria, y que aporta la documentación exigida.</w:t>
      </w:r>
    </w:p>
    <w:p w14:paraId="7E9DC0B2" w14:textId="77777777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>SOLICITA: La concesión de una subvención para la adquisición de libros de texto obligatorios del menor indicado, conforme a la convocatoria del curso escolar 2026-2027.</w:t>
      </w:r>
    </w:p>
    <w:p w14:paraId="04F6660D" w14:textId="77777777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b/>
          <w:sz w:val="22"/>
        </w:rPr>
        <w:t>5. Documentación que se aporta</w:t>
      </w:r>
    </w:p>
    <w:p w14:paraId="68C0E018" w14:textId="77777777" w:rsidR="00E258D5" w:rsidRDefault="00E258D5" w:rsidP="00E258D5">
      <w:pPr>
        <w:pStyle w:val="Listaconvietas"/>
        <w:spacing w:line="240" w:lineRule="auto"/>
        <w:jc w:val="both"/>
        <w:rPr>
          <w:rFonts w:ascii="Segoe UI Symbol" w:hAnsi="Segoe UI Symbol" w:cs="Segoe UI Symbol"/>
          <w:sz w:val="22"/>
        </w:rPr>
        <w:sectPr w:rsidR="00E258D5" w:rsidSect="00E258D5">
          <w:pgSz w:w="12240" w:h="15840"/>
          <w:pgMar w:top="709" w:right="1100" w:bottom="960" w:left="1100" w:header="720" w:footer="720" w:gutter="0"/>
          <w:cols w:space="720"/>
          <w:docGrid w:linePitch="360"/>
        </w:sectPr>
      </w:pPr>
    </w:p>
    <w:p w14:paraId="7BB5BE16" w14:textId="77777777" w:rsidR="00663C03" w:rsidRPr="00E258D5" w:rsidRDefault="00000000" w:rsidP="00E258D5">
      <w:pPr>
        <w:pStyle w:val="Listaconvietas"/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="Segoe UI Symbol" w:hAnsi="Segoe UI Symbol" w:cs="Segoe UI Symbol"/>
          <w:sz w:val="22"/>
        </w:rPr>
        <w:t>☐</w:t>
      </w:r>
      <w:r w:rsidRPr="00E258D5">
        <w:rPr>
          <w:rFonts w:asciiTheme="majorHAnsi" w:hAnsiTheme="majorHAnsi" w:cstheme="majorHAnsi"/>
          <w:sz w:val="22"/>
        </w:rPr>
        <w:t xml:space="preserve"> DNI/NIE de la persona beneficiaria.</w:t>
      </w:r>
    </w:p>
    <w:p w14:paraId="064A4922" w14:textId="77777777" w:rsidR="00663C03" w:rsidRPr="00E258D5" w:rsidRDefault="00000000" w:rsidP="00E258D5">
      <w:pPr>
        <w:pStyle w:val="Listaconvietas"/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="Segoe UI Symbol" w:hAnsi="Segoe UI Symbol" w:cs="Segoe UI Symbol"/>
          <w:sz w:val="22"/>
        </w:rPr>
        <w:t>☐</w:t>
      </w:r>
      <w:r w:rsidRPr="00E258D5">
        <w:rPr>
          <w:rFonts w:asciiTheme="majorHAnsi" w:hAnsiTheme="majorHAnsi" w:cstheme="majorHAnsi"/>
          <w:sz w:val="22"/>
        </w:rPr>
        <w:t xml:space="preserve"> Libro de Familia o documentación equivalente.</w:t>
      </w:r>
    </w:p>
    <w:p w14:paraId="6AE449A2" w14:textId="77777777" w:rsidR="00663C03" w:rsidRPr="00E258D5" w:rsidRDefault="00000000" w:rsidP="00E258D5">
      <w:pPr>
        <w:pStyle w:val="Listaconvietas"/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="Segoe UI Symbol" w:hAnsi="Segoe UI Symbol" w:cs="Segoe UI Symbol"/>
          <w:sz w:val="22"/>
        </w:rPr>
        <w:t>☐</w:t>
      </w:r>
      <w:r w:rsidRPr="00E258D5">
        <w:rPr>
          <w:rFonts w:asciiTheme="majorHAnsi" w:hAnsiTheme="majorHAnsi" w:cstheme="majorHAnsi"/>
          <w:sz w:val="22"/>
        </w:rPr>
        <w:t xml:space="preserve"> Acreditación de matrícula en centro escolar oficial, público o privado.</w:t>
      </w:r>
    </w:p>
    <w:p w14:paraId="52E9B31A" w14:textId="77777777" w:rsidR="00663C03" w:rsidRPr="00E258D5" w:rsidRDefault="00000000" w:rsidP="00E258D5">
      <w:pPr>
        <w:pStyle w:val="Listaconvietas"/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="Segoe UI Symbol" w:hAnsi="Segoe UI Symbol" w:cs="Segoe UI Symbol"/>
          <w:sz w:val="22"/>
        </w:rPr>
        <w:t>☐</w:t>
      </w:r>
      <w:r w:rsidRPr="00E258D5">
        <w:rPr>
          <w:rFonts w:asciiTheme="majorHAnsi" w:hAnsiTheme="majorHAnsi" w:cstheme="majorHAnsi"/>
          <w:sz w:val="22"/>
        </w:rPr>
        <w:t xml:space="preserve"> Factura nominativa de los libros de texto subvencionables.</w:t>
      </w:r>
    </w:p>
    <w:p w14:paraId="6A88D1F9" w14:textId="77777777" w:rsidR="00663C03" w:rsidRPr="00E258D5" w:rsidRDefault="00000000" w:rsidP="00E258D5">
      <w:pPr>
        <w:pStyle w:val="Listaconvietas"/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="Segoe UI Symbol" w:hAnsi="Segoe UI Symbol" w:cs="Segoe UI Symbol"/>
          <w:sz w:val="22"/>
        </w:rPr>
        <w:t>☐</w:t>
      </w:r>
      <w:r w:rsidRPr="00E258D5">
        <w:rPr>
          <w:rFonts w:asciiTheme="majorHAnsi" w:hAnsiTheme="majorHAnsi" w:cstheme="majorHAnsi"/>
          <w:sz w:val="22"/>
        </w:rPr>
        <w:t xml:space="preserve"> Acreditación de pago de la factura.</w:t>
      </w:r>
    </w:p>
    <w:p w14:paraId="1DEC1C05" w14:textId="77777777" w:rsidR="00663C03" w:rsidRPr="00E258D5" w:rsidRDefault="00000000" w:rsidP="00E258D5">
      <w:pPr>
        <w:pStyle w:val="Listaconvietas"/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="Segoe UI Symbol" w:hAnsi="Segoe UI Symbol" w:cs="Segoe UI Symbol"/>
          <w:sz w:val="22"/>
        </w:rPr>
        <w:t>☐</w:t>
      </w:r>
      <w:r w:rsidRPr="00E258D5">
        <w:rPr>
          <w:rFonts w:asciiTheme="majorHAnsi" w:hAnsiTheme="majorHAnsi" w:cstheme="majorHAnsi"/>
          <w:sz w:val="22"/>
        </w:rPr>
        <w:t xml:space="preserve"> Convenio regulador o sentencia de nulidad, separación o divorcio, cuando proceda.</w:t>
      </w:r>
    </w:p>
    <w:p w14:paraId="05FBA823" w14:textId="77777777" w:rsidR="00663C03" w:rsidRPr="00E258D5" w:rsidRDefault="00000000" w:rsidP="00E258D5">
      <w:pPr>
        <w:pStyle w:val="Listaconvietas"/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="Segoe UI Symbol" w:hAnsi="Segoe UI Symbol" w:cs="Segoe UI Symbol"/>
          <w:sz w:val="22"/>
        </w:rPr>
        <w:t>☐</w:t>
      </w:r>
      <w:r w:rsidRPr="00E258D5">
        <w:rPr>
          <w:rFonts w:asciiTheme="majorHAnsi" w:hAnsiTheme="majorHAnsi" w:cstheme="majorHAnsi"/>
          <w:sz w:val="22"/>
        </w:rPr>
        <w:t xml:space="preserve"> Documento de guarda, tutela, acogimiento o adopción, cuando proceda.</w:t>
      </w:r>
    </w:p>
    <w:p w14:paraId="226E02A9" w14:textId="77777777" w:rsidR="00663C03" w:rsidRPr="00E258D5" w:rsidRDefault="00000000" w:rsidP="00E258D5">
      <w:pPr>
        <w:pStyle w:val="Listaconvietas"/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="Segoe UI Symbol" w:hAnsi="Segoe UI Symbol" w:cs="Segoe UI Symbol"/>
          <w:sz w:val="22"/>
        </w:rPr>
        <w:t>☐</w:t>
      </w:r>
      <w:r w:rsidRPr="00E258D5">
        <w:rPr>
          <w:rFonts w:asciiTheme="majorHAnsi" w:hAnsiTheme="majorHAnsi" w:cstheme="majorHAnsi"/>
          <w:sz w:val="22"/>
        </w:rPr>
        <w:t xml:space="preserve"> Documento de titularidad bancaria o ficha de terceros.</w:t>
      </w:r>
    </w:p>
    <w:p w14:paraId="7168CCDB" w14:textId="77777777" w:rsidR="00663C03" w:rsidRPr="00E258D5" w:rsidRDefault="00000000" w:rsidP="00E258D5">
      <w:pPr>
        <w:pStyle w:val="Listaconvietas"/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="Segoe UI Symbol" w:hAnsi="Segoe UI Symbol" w:cs="Segoe UI Symbol"/>
          <w:sz w:val="22"/>
        </w:rPr>
        <w:t>☐</w:t>
      </w:r>
      <w:r w:rsidRPr="00E258D5">
        <w:rPr>
          <w:rFonts w:asciiTheme="majorHAnsi" w:hAnsiTheme="majorHAnsi" w:cstheme="majorHAnsi"/>
          <w:sz w:val="22"/>
        </w:rPr>
        <w:t xml:space="preserve"> Declaración responsable (Anexo III).</w:t>
      </w:r>
    </w:p>
    <w:p w14:paraId="4A61E6A3" w14:textId="77777777" w:rsidR="00E258D5" w:rsidRDefault="00E258D5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  <w:sectPr w:rsidR="00E258D5" w:rsidSect="00E258D5">
          <w:type w:val="continuous"/>
          <w:pgSz w:w="12240" w:h="15840"/>
          <w:pgMar w:top="709" w:right="1100" w:bottom="960" w:left="1100" w:header="720" w:footer="720" w:gutter="0"/>
          <w:cols w:num="2" w:space="720"/>
          <w:docGrid w:linePitch="360"/>
        </w:sectPr>
      </w:pPr>
    </w:p>
    <w:p w14:paraId="784DF7B4" w14:textId="77777777" w:rsidR="00E258D5" w:rsidRDefault="00E258D5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</w:p>
    <w:p w14:paraId="5C87E7FD" w14:textId="0333E111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r w:rsidRPr="00E258D5">
        <w:rPr>
          <w:rFonts w:asciiTheme="majorHAnsi" w:hAnsiTheme="majorHAnsi" w:cstheme="majorHAnsi"/>
          <w:sz w:val="22"/>
        </w:rPr>
        <w:t xml:space="preserve">En </w:t>
      </w:r>
      <w:proofErr w:type="spellStart"/>
      <w:r w:rsidRPr="00E258D5">
        <w:rPr>
          <w:rFonts w:asciiTheme="majorHAnsi" w:hAnsiTheme="majorHAnsi" w:cstheme="majorHAnsi"/>
          <w:sz w:val="22"/>
        </w:rPr>
        <w:t>Quintana</w:t>
      </w:r>
      <w:proofErr w:type="spellEnd"/>
      <w:r w:rsidRPr="00E258D5">
        <w:rPr>
          <w:rFonts w:asciiTheme="majorHAnsi" w:hAnsiTheme="majorHAnsi" w:cstheme="majorHAnsi"/>
          <w:sz w:val="22"/>
        </w:rPr>
        <w:t xml:space="preserve"> y </w:t>
      </w:r>
      <w:proofErr w:type="spellStart"/>
      <w:r w:rsidRPr="00E258D5">
        <w:rPr>
          <w:rFonts w:asciiTheme="majorHAnsi" w:hAnsiTheme="majorHAnsi" w:cstheme="majorHAnsi"/>
          <w:sz w:val="22"/>
        </w:rPr>
        <w:t>Congosto</w:t>
      </w:r>
      <w:proofErr w:type="spellEnd"/>
      <w:r w:rsidRPr="00E258D5">
        <w:rPr>
          <w:rFonts w:asciiTheme="majorHAnsi" w:hAnsiTheme="majorHAnsi" w:cstheme="majorHAnsi"/>
          <w:sz w:val="22"/>
        </w:rPr>
        <w:t>, a __</w:t>
      </w:r>
      <w:r w:rsidR="00E258D5">
        <w:rPr>
          <w:rFonts w:asciiTheme="majorHAnsi" w:hAnsiTheme="majorHAnsi" w:cstheme="majorHAnsi"/>
          <w:sz w:val="22"/>
        </w:rPr>
        <w:t>_____</w:t>
      </w:r>
      <w:r w:rsidRPr="00E258D5">
        <w:rPr>
          <w:rFonts w:asciiTheme="majorHAnsi" w:hAnsiTheme="majorHAnsi" w:cstheme="majorHAnsi"/>
          <w:sz w:val="22"/>
        </w:rPr>
        <w:t>__ de _____________</w:t>
      </w:r>
      <w:r w:rsidR="00E258D5">
        <w:rPr>
          <w:rFonts w:asciiTheme="majorHAnsi" w:hAnsiTheme="majorHAnsi" w:cstheme="majorHAnsi"/>
          <w:sz w:val="22"/>
        </w:rPr>
        <w:t>________</w:t>
      </w:r>
      <w:r w:rsidRPr="00E258D5">
        <w:rPr>
          <w:rFonts w:asciiTheme="majorHAnsi" w:hAnsiTheme="majorHAnsi" w:cstheme="majorHAnsi"/>
          <w:sz w:val="22"/>
        </w:rPr>
        <w:t xml:space="preserve">_____ </w:t>
      </w:r>
      <w:proofErr w:type="spellStart"/>
      <w:r w:rsidRPr="00E258D5">
        <w:rPr>
          <w:rFonts w:asciiTheme="majorHAnsi" w:hAnsiTheme="majorHAnsi" w:cstheme="majorHAnsi"/>
          <w:sz w:val="22"/>
        </w:rPr>
        <w:t>de</w:t>
      </w:r>
      <w:proofErr w:type="spellEnd"/>
      <w:r w:rsidRPr="00E258D5">
        <w:rPr>
          <w:rFonts w:asciiTheme="majorHAnsi" w:hAnsiTheme="majorHAnsi" w:cstheme="majorHAnsi"/>
          <w:sz w:val="22"/>
        </w:rPr>
        <w:t xml:space="preserve"> 2026.</w:t>
      </w:r>
    </w:p>
    <w:p w14:paraId="64DBCD9E" w14:textId="0C82C25F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22"/>
        </w:rPr>
      </w:pPr>
      <w:proofErr w:type="spellStart"/>
      <w:r w:rsidRPr="00E258D5">
        <w:rPr>
          <w:rFonts w:asciiTheme="majorHAnsi" w:hAnsiTheme="majorHAnsi" w:cstheme="majorHAnsi"/>
          <w:sz w:val="22"/>
        </w:rPr>
        <w:t>Firma</w:t>
      </w:r>
      <w:proofErr w:type="spellEnd"/>
      <w:r w:rsidRPr="00E258D5">
        <w:rPr>
          <w:rFonts w:asciiTheme="majorHAnsi" w:hAnsiTheme="majorHAnsi" w:cstheme="majorHAnsi"/>
          <w:sz w:val="22"/>
        </w:rPr>
        <w:t xml:space="preserve"> de la persona </w:t>
      </w:r>
      <w:proofErr w:type="spellStart"/>
      <w:r w:rsidRPr="00E258D5">
        <w:rPr>
          <w:rFonts w:asciiTheme="majorHAnsi" w:hAnsiTheme="majorHAnsi" w:cstheme="majorHAnsi"/>
          <w:sz w:val="22"/>
        </w:rPr>
        <w:t>solicitante</w:t>
      </w:r>
      <w:proofErr w:type="spellEnd"/>
      <w:r w:rsidRPr="00E258D5">
        <w:rPr>
          <w:rFonts w:asciiTheme="majorHAnsi" w:hAnsiTheme="majorHAnsi" w:cstheme="majorHAnsi"/>
          <w:sz w:val="22"/>
        </w:rPr>
        <w:t>: _________________________________________________</w:t>
      </w:r>
    </w:p>
    <w:p w14:paraId="50E6EC94" w14:textId="3133E860" w:rsidR="00663C03" w:rsidRPr="00E258D5" w:rsidRDefault="00000000" w:rsidP="00E258D5">
      <w:pPr>
        <w:spacing w:line="240" w:lineRule="auto"/>
        <w:jc w:val="both"/>
        <w:rPr>
          <w:rFonts w:asciiTheme="majorHAnsi" w:hAnsiTheme="majorHAnsi" w:cstheme="majorHAnsi"/>
          <w:sz w:val="16"/>
          <w:szCs w:val="16"/>
        </w:rPr>
      </w:pPr>
      <w:r w:rsidRPr="00E258D5">
        <w:rPr>
          <w:rFonts w:asciiTheme="majorHAnsi" w:hAnsiTheme="majorHAnsi" w:cstheme="majorHAnsi"/>
          <w:b/>
          <w:sz w:val="16"/>
          <w:szCs w:val="16"/>
        </w:rPr>
        <w:t xml:space="preserve">Información básica </w:t>
      </w:r>
      <w:proofErr w:type="spellStart"/>
      <w:r w:rsidRPr="00E258D5">
        <w:rPr>
          <w:rFonts w:asciiTheme="majorHAnsi" w:hAnsiTheme="majorHAnsi" w:cstheme="majorHAnsi"/>
          <w:b/>
          <w:sz w:val="16"/>
          <w:szCs w:val="16"/>
        </w:rPr>
        <w:t>sobre</w:t>
      </w:r>
      <w:proofErr w:type="spellEnd"/>
      <w:r w:rsidRPr="00E258D5">
        <w:rPr>
          <w:rFonts w:asciiTheme="majorHAnsi" w:hAnsiTheme="majorHAnsi" w:cstheme="majorHAnsi"/>
          <w:b/>
          <w:sz w:val="16"/>
          <w:szCs w:val="16"/>
        </w:rPr>
        <w:t xml:space="preserve"> </w:t>
      </w:r>
      <w:proofErr w:type="spellStart"/>
      <w:r w:rsidRPr="00E258D5">
        <w:rPr>
          <w:rFonts w:asciiTheme="majorHAnsi" w:hAnsiTheme="majorHAnsi" w:cstheme="majorHAnsi"/>
          <w:b/>
          <w:sz w:val="16"/>
          <w:szCs w:val="16"/>
        </w:rPr>
        <w:t>protección</w:t>
      </w:r>
      <w:proofErr w:type="spellEnd"/>
      <w:r w:rsidRPr="00E258D5">
        <w:rPr>
          <w:rFonts w:asciiTheme="majorHAnsi" w:hAnsiTheme="majorHAnsi" w:cstheme="majorHAnsi"/>
          <w:b/>
          <w:sz w:val="16"/>
          <w:szCs w:val="16"/>
        </w:rPr>
        <w:t xml:space="preserve"> de </w:t>
      </w:r>
      <w:proofErr w:type="spellStart"/>
      <w:r w:rsidRPr="00E258D5">
        <w:rPr>
          <w:rFonts w:asciiTheme="majorHAnsi" w:hAnsiTheme="majorHAnsi" w:cstheme="majorHAnsi"/>
          <w:b/>
          <w:sz w:val="16"/>
          <w:szCs w:val="16"/>
        </w:rPr>
        <w:t>datos</w:t>
      </w:r>
      <w:proofErr w:type="spellEnd"/>
      <w:r w:rsidR="00E258D5" w:rsidRPr="00E258D5">
        <w:rPr>
          <w:rFonts w:asciiTheme="majorHAnsi" w:hAnsiTheme="majorHAnsi" w:cstheme="majorHAnsi"/>
          <w:b/>
          <w:sz w:val="16"/>
          <w:szCs w:val="16"/>
        </w:rPr>
        <w:t xml:space="preserve"> </w:t>
      </w:r>
      <w:proofErr w:type="spellStart"/>
      <w:r w:rsidRPr="00E258D5">
        <w:rPr>
          <w:rFonts w:asciiTheme="majorHAnsi" w:hAnsiTheme="majorHAnsi" w:cstheme="majorHAnsi"/>
          <w:sz w:val="16"/>
          <w:szCs w:val="16"/>
        </w:rPr>
        <w:t>Responsable</w:t>
      </w:r>
      <w:proofErr w:type="spellEnd"/>
      <w:r w:rsidRPr="00E258D5">
        <w:rPr>
          <w:rFonts w:asciiTheme="majorHAnsi" w:hAnsiTheme="majorHAnsi" w:cstheme="majorHAnsi"/>
          <w:sz w:val="16"/>
          <w:szCs w:val="16"/>
        </w:rPr>
        <w:t xml:space="preserve">: Ayuntamiento de </w:t>
      </w:r>
      <w:proofErr w:type="spellStart"/>
      <w:r w:rsidRPr="00E258D5">
        <w:rPr>
          <w:rFonts w:asciiTheme="majorHAnsi" w:hAnsiTheme="majorHAnsi" w:cstheme="majorHAnsi"/>
          <w:sz w:val="16"/>
          <w:szCs w:val="16"/>
        </w:rPr>
        <w:t>Quintana</w:t>
      </w:r>
      <w:proofErr w:type="spellEnd"/>
      <w:r w:rsidRPr="00E258D5">
        <w:rPr>
          <w:rFonts w:asciiTheme="majorHAnsi" w:hAnsiTheme="majorHAnsi" w:cstheme="majorHAnsi"/>
          <w:sz w:val="16"/>
          <w:szCs w:val="16"/>
        </w:rPr>
        <w:t xml:space="preserve"> y Congosto. Finalidad: tramitación, gestión, control y pago de la subvención solicitada. Base jurídica: cumplimiento de una misión realizada en interés público y ejercicio de poderes públicos, así como cumplimiento de obligaciones legales en materia de subvenciones. Destinatarios: los previstos legalmente, incluida la BDNS cuando proceda. Derechos: acceso, rectificación, supresión, oposición, limitación y demás derechos reconocidos por la normativa de protección de datos, ante el Ayuntamiento.</w:t>
      </w:r>
    </w:p>
    <w:sectPr w:rsidR="00663C03" w:rsidRPr="00E258D5" w:rsidSect="00E258D5">
      <w:type w:val="continuous"/>
      <w:pgSz w:w="12240" w:h="15840"/>
      <w:pgMar w:top="568" w:right="1100" w:bottom="426" w:left="11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8398712">
    <w:abstractNumId w:val="8"/>
  </w:num>
  <w:num w:numId="2" w16cid:durableId="105857012">
    <w:abstractNumId w:val="6"/>
  </w:num>
  <w:num w:numId="3" w16cid:durableId="316882026">
    <w:abstractNumId w:val="5"/>
  </w:num>
  <w:num w:numId="4" w16cid:durableId="1206605115">
    <w:abstractNumId w:val="4"/>
  </w:num>
  <w:num w:numId="5" w16cid:durableId="1445465543">
    <w:abstractNumId w:val="7"/>
  </w:num>
  <w:num w:numId="6" w16cid:durableId="1084372305">
    <w:abstractNumId w:val="3"/>
  </w:num>
  <w:num w:numId="7" w16cid:durableId="766656397">
    <w:abstractNumId w:val="2"/>
  </w:num>
  <w:num w:numId="8" w16cid:durableId="693387635">
    <w:abstractNumId w:val="1"/>
  </w:num>
  <w:num w:numId="9" w16cid:durableId="203293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63C03"/>
    <w:rsid w:val="00A83B68"/>
    <w:rsid w:val="00AA1D8D"/>
    <w:rsid w:val="00B47730"/>
    <w:rsid w:val="00CB0664"/>
    <w:rsid w:val="00E258D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6858A1"/>
  <w14:defaultImageDpi w14:val="300"/>
  <w15:docId w15:val="{8998936A-DD1E-472D-92A5-A18E7741C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melisa gonzalez</cp:lastModifiedBy>
  <cp:revision>2</cp:revision>
  <dcterms:created xsi:type="dcterms:W3CDTF">2013-12-23T23:15:00Z</dcterms:created>
  <dcterms:modified xsi:type="dcterms:W3CDTF">2026-09-04T08:21:00Z</dcterms:modified>
  <cp:category/>
</cp:coreProperties>
</file>