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79F25" w14:textId="77777777" w:rsidR="00721D1B" w:rsidRPr="00117730" w:rsidRDefault="00C03CE3">
      <w:pPr>
        <w:spacing w:after="80"/>
        <w:jc w:val="center"/>
        <w:rPr>
          <w:color w:val="auto"/>
          <w:sz w:val="18"/>
          <w:szCs w:val="18"/>
        </w:rPr>
      </w:pPr>
      <w:r w:rsidRPr="00117730">
        <w:rPr>
          <w:b/>
          <w:color w:val="auto"/>
          <w:sz w:val="18"/>
          <w:szCs w:val="18"/>
        </w:rPr>
        <w:t>ANEXO II</w:t>
      </w:r>
      <w:r w:rsidRPr="00117730">
        <w:rPr>
          <w:b/>
          <w:color w:val="auto"/>
          <w:sz w:val="18"/>
          <w:szCs w:val="18"/>
        </w:rPr>
        <w:br/>
        <w:t>DECLARACIÓN RESPONSABLE: MEDIOS DE TRANSPORTE</w:t>
      </w:r>
    </w:p>
    <w:p w14:paraId="57611480" w14:textId="6C00E24B" w:rsidR="00721D1B" w:rsidRPr="00117730" w:rsidRDefault="00C03CE3">
      <w:pPr>
        <w:spacing w:after="400"/>
        <w:jc w:val="center"/>
        <w:rPr>
          <w:sz w:val="18"/>
          <w:szCs w:val="18"/>
        </w:rPr>
      </w:pPr>
      <w:r w:rsidRPr="00117730">
        <w:rPr>
          <w:i/>
          <w:color w:val="787878"/>
          <w:sz w:val="18"/>
          <w:szCs w:val="18"/>
        </w:rPr>
        <w:t xml:space="preserve">Ayuntamiento de </w:t>
      </w:r>
      <w:proofErr w:type="gramStart"/>
      <w:r w:rsidRPr="00117730">
        <w:rPr>
          <w:i/>
          <w:color w:val="787878"/>
          <w:sz w:val="18"/>
          <w:szCs w:val="18"/>
        </w:rPr>
        <w:t>Arnuero  |</w:t>
      </w:r>
      <w:proofErr w:type="gramEnd"/>
      <w:r w:rsidRPr="00117730">
        <w:rPr>
          <w:i/>
          <w:color w:val="787878"/>
          <w:sz w:val="18"/>
          <w:szCs w:val="18"/>
        </w:rPr>
        <w:t xml:space="preserve">  Plazo: Hasta el 2</w:t>
      </w:r>
      <w:r w:rsidR="00E10F7D" w:rsidRPr="00117730">
        <w:rPr>
          <w:i/>
          <w:color w:val="787878"/>
          <w:sz w:val="18"/>
          <w:szCs w:val="18"/>
        </w:rPr>
        <w:t>6</w:t>
      </w:r>
      <w:r w:rsidRPr="00117730">
        <w:rPr>
          <w:i/>
          <w:color w:val="787878"/>
          <w:sz w:val="18"/>
          <w:szCs w:val="18"/>
        </w:rPr>
        <w:t xml:space="preserve"> de </w:t>
      </w:r>
      <w:proofErr w:type="spellStart"/>
      <w:r w:rsidRPr="00117730">
        <w:rPr>
          <w:i/>
          <w:color w:val="787878"/>
          <w:sz w:val="18"/>
          <w:szCs w:val="18"/>
        </w:rPr>
        <w:t>octubre</w:t>
      </w:r>
      <w:proofErr w:type="spellEnd"/>
      <w:r w:rsidRPr="00117730">
        <w:rPr>
          <w:i/>
          <w:color w:val="787878"/>
          <w:sz w:val="18"/>
          <w:szCs w:val="18"/>
        </w:rPr>
        <w:t xml:space="preserve"> de 202</w:t>
      </w:r>
      <w:r w:rsidR="00E10F7D" w:rsidRPr="00117730">
        <w:rPr>
          <w:i/>
          <w:color w:val="787878"/>
          <w:sz w:val="18"/>
          <w:szCs w:val="18"/>
        </w:rPr>
        <w:t>6</w:t>
      </w:r>
    </w:p>
    <w:p w14:paraId="425C45F8" w14:textId="77777777" w:rsidR="00721D1B" w:rsidRPr="00117730" w:rsidRDefault="00C03CE3">
      <w:pPr>
        <w:keepNext/>
        <w:spacing w:before="280" w:after="120"/>
        <w:rPr>
          <w:color w:val="auto"/>
          <w:sz w:val="18"/>
          <w:szCs w:val="18"/>
        </w:rPr>
      </w:pPr>
      <w:r w:rsidRPr="00117730">
        <w:rPr>
          <w:b/>
          <w:color w:val="auto"/>
          <w:sz w:val="18"/>
          <w:szCs w:val="18"/>
        </w:rPr>
        <w:t>1. DATOS DE LA PERSONA SOLICITANTE / REPRESENTANTE</w:t>
      </w:r>
    </w:p>
    <w:p w14:paraId="68F52245" w14:textId="77777777" w:rsidR="00721D1B" w:rsidRPr="00117730" w:rsidRDefault="00C03CE3">
      <w:pPr>
        <w:spacing w:after="120"/>
        <w:rPr>
          <w:sz w:val="18"/>
          <w:szCs w:val="18"/>
        </w:rPr>
      </w:pPr>
      <w:r w:rsidRPr="00117730">
        <w:rPr>
          <w:b/>
          <w:sz w:val="18"/>
          <w:szCs w:val="18"/>
        </w:rPr>
        <w:t xml:space="preserve">Nombre y Apellidos: </w:t>
      </w:r>
      <w:r w:rsidRPr="00117730">
        <w:rPr>
          <w:sz w:val="18"/>
          <w:szCs w:val="18"/>
        </w:rPr>
        <w:t>______________________________________________________</w:t>
      </w:r>
    </w:p>
    <w:p w14:paraId="1F308F7A" w14:textId="77777777" w:rsidR="00721D1B" w:rsidRPr="00117730" w:rsidRDefault="00C03CE3">
      <w:pPr>
        <w:spacing w:after="120"/>
        <w:rPr>
          <w:sz w:val="18"/>
          <w:szCs w:val="18"/>
        </w:rPr>
      </w:pPr>
      <w:r w:rsidRPr="00117730">
        <w:rPr>
          <w:b/>
          <w:sz w:val="18"/>
          <w:szCs w:val="18"/>
        </w:rPr>
        <w:t xml:space="preserve">DNI / NIF: </w:t>
      </w:r>
      <w:r w:rsidRPr="00117730">
        <w:rPr>
          <w:sz w:val="18"/>
          <w:szCs w:val="18"/>
        </w:rPr>
        <w:t>______________________</w:t>
      </w:r>
    </w:p>
    <w:p w14:paraId="24FD1011" w14:textId="77777777" w:rsidR="00721D1B" w:rsidRPr="00117730" w:rsidRDefault="00C03CE3">
      <w:pPr>
        <w:spacing w:after="120"/>
        <w:rPr>
          <w:sz w:val="18"/>
          <w:szCs w:val="18"/>
        </w:rPr>
      </w:pPr>
      <w:r w:rsidRPr="00117730">
        <w:rPr>
          <w:b/>
          <w:sz w:val="18"/>
          <w:szCs w:val="18"/>
        </w:rPr>
        <w:t xml:space="preserve">Dirección completa: </w:t>
      </w:r>
      <w:r w:rsidRPr="00117730">
        <w:rPr>
          <w:sz w:val="18"/>
          <w:szCs w:val="18"/>
        </w:rPr>
        <w:t>______________________________________________________</w:t>
      </w:r>
    </w:p>
    <w:p w14:paraId="1B5E205D" w14:textId="77777777" w:rsidR="00721D1B" w:rsidRPr="00117730" w:rsidRDefault="00C03CE3">
      <w:pPr>
        <w:spacing w:after="120"/>
        <w:rPr>
          <w:sz w:val="18"/>
          <w:szCs w:val="18"/>
        </w:rPr>
      </w:pPr>
      <w:r w:rsidRPr="00117730">
        <w:rPr>
          <w:b/>
          <w:sz w:val="18"/>
          <w:szCs w:val="18"/>
        </w:rPr>
        <w:t xml:space="preserve">Localidad y Provincia: </w:t>
      </w:r>
      <w:r w:rsidRPr="00117730">
        <w:rPr>
          <w:sz w:val="18"/>
          <w:szCs w:val="18"/>
        </w:rPr>
        <w:t>______________________________________________________</w:t>
      </w:r>
    </w:p>
    <w:p w14:paraId="050C4E81" w14:textId="77777777" w:rsidR="00721D1B" w:rsidRPr="00117730" w:rsidRDefault="00C03CE3">
      <w:pPr>
        <w:spacing w:after="120"/>
        <w:rPr>
          <w:sz w:val="18"/>
          <w:szCs w:val="18"/>
        </w:rPr>
      </w:pPr>
      <w:r w:rsidRPr="00117730">
        <w:rPr>
          <w:b/>
          <w:sz w:val="18"/>
          <w:szCs w:val="18"/>
        </w:rPr>
        <w:t xml:space="preserve">Teléfono de contacto: </w:t>
      </w:r>
      <w:r w:rsidRPr="00117730">
        <w:rPr>
          <w:sz w:val="18"/>
          <w:szCs w:val="18"/>
        </w:rPr>
        <w:t>______________________</w:t>
      </w:r>
    </w:p>
    <w:p w14:paraId="442C5F9D" w14:textId="77777777" w:rsidR="00721D1B" w:rsidRPr="00117730" w:rsidRDefault="00C03CE3">
      <w:pPr>
        <w:spacing w:after="120"/>
        <w:rPr>
          <w:sz w:val="18"/>
          <w:szCs w:val="18"/>
        </w:rPr>
      </w:pPr>
      <w:r w:rsidRPr="00117730">
        <w:rPr>
          <w:b/>
          <w:sz w:val="18"/>
          <w:szCs w:val="18"/>
        </w:rPr>
        <w:t xml:space="preserve">Correo electrónico: </w:t>
      </w:r>
      <w:r w:rsidRPr="00117730">
        <w:rPr>
          <w:sz w:val="18"/>
          <w:szCs w:val="18"/>
        </w:rPr>
        <w:t>______________________________________________________</w:t>
      </w:r>
    </w:p>
    <w:p w14:paraId="755CDF13" w14:textId="77777777" w:rsidR="00721D1B" w:rsidRPr="00117730" w:rsidRDefault="00C03CE3">
      <w:pPr>
        <w:spacing w:after="120"/>
        <w:rPr>
          <w:sz w:val="18"/>
          <w:szCs w:val="18"/>
        </w:rPr>
      </w:pPr>
      <w:r w:rsidRPr="00117730">
        <w:rPr>
          <w:b/>
          <w:sz w:val="18"/>
          <w:szCs w:val="18"/>
        </w:rPr>
        <w:t xml:space="preserve">¿Actúa por medio de Representante? </w:t>
      </w:r>
      <w:proofErr w:type="gramStart"/>
      <w:r w:rsidRPr="00117730">
        <w:rPr>
          <w:sz w:val="18"/>
          <w:szCs w:val="18"/>
        </w:rPr>
        <w:t>[  ]</w:t>
      </w:r>
      <w:proofErr w:type="gramEnd"/>
      <w:r w:rsidRPr="00117730">
        <w:rPr>
          <w:sz w:val="18"/>
          <w:szCs w:val="18"/>
        </w:rPr>
        <w:t xml:space="preserve"> NO </w:t>
      </w:r>
      <w:proofErr w:type="gramStart"/>
      <w:r w:rsidRPr="00117730">
        <w:rPr>
          <w:sz w:val="18"/>
          <w:szCs w:val="18"/>
        </w:rPr>
        <w:t xml:space="preserve">   [  ]</w:t>
      </w:r>
      <w:proofErr w:type="gramEnd"/>
      <w:r w:rsidRPr="00117730">
        <w:rPr>
          <w:sz w:val="18"/>
          <w:szCs w:val="18"/>
        </w:rPr>
        <w:t xml:space="preserve"> </w:t>
      </w:r>
      <w:proofErr w:type="gramStart"/>
      <w:r w:rsidRPr="00117730">
        <w:rPr>
          <w:sz w:val="18"/>
          <w:szCs w:val="18"/>
        </w:rPr>
        <w:t>SÍ  (</w:t>
      </w:r>
      <w:proofErr w:type="gramEnd"/>
      <w:r w:rsidRPr="00117730">
        <w:rPr>
          <w:sz w:val="18"/>
          <w:szCs w:val="18"/>
        </w:rPr>
        <w:t>Indicar nombre/NIF si procede): __________________</w:t>
      </w:r>
    </w:p>
    <w:p w14:paraId="06E6E254" w14:textId="77777777" w:rsidR="00721D1B" w:rsidRPr="00117730" w:rsidRDefault="00C03CE3" w:rsidP="00E10F7D">
      <w:pPr>
        <w:spacing w:before="240" w:after="280"/>
        <w:jc w:val="both"/>
        <w:rPr>
          <w:sz w:val="18"/>
          <w:szCs w:val="18"/>
        </w:rPr>
      </w:pPr>
      <w:r w:rsidRPr="00117730">
        <w:rPr>
          <w:i/>
          <w:sz w:val="18"/>
          <w:szCs w:val="18"/>
        </w:rPr>
        <w:t>Declaro bajo mi responsabilidad que todos los datos de esta solicitud y los documentos adjuntos son ciertos, correspondiendo a los gastos reales del transporte escolar de menores de mi unidad de convivencia.</w:t>
      </w:r>
    </w:p>
    <w:p w14:paraId="62855EE5" w14:textId="77777777" w:rsidR="00721D1B" w:rsidRPr="00117730" w:rsidRDefault="00C03CE3">
      <w:pPr>
        <w:keepNext/>
        <w:spacing w:before="280" w:after="120"/>
        <w:rPr>
          <w:color w:val="auto"/>
          <w:sz w:val="18"/>
          <w:szCs w:val="18"/>
        </w:rPr>
      </w:pPr>
      <w:r w:rsidRPr="00117730">
        <w:rPr>
          <w:b/>
          <w:color w:val="auto"/>
          <w:sz w:val="18"/>
          <w:szCs w:val="18"/>
        </w:rPr>
        <w:t>2. MODALIDAD DE TRANSPORTE UTILIZADA (Marcar una u otra opción)</w:t>
      </w:r>
    </w:p>
    <w:p w14:paraId="319661BE" w14:textId="77777777" w:rsidR="00721D1B" w:rsidRPr="00117730" w:rsidRDefault="00C03CE3">
      <w:pPr>
        <w:spacing w:after="80"/>
        <w:rPr>
          <w:sz w:val="18"/>
          <w:szCs w:val="18"/>
        </w:rPr>
      </w:pPr>
      <w:proofErr w:type="gramStart"/>
      <w:r w:rsidRPr="00117730">
        <w:rPr>
          <w:b/>
          <w:sz w:val="18"/>
          <w:szCs w:val="18"/>
        </w:rPr>
        <w:t>[  ]</w:t>
      </w:r>
      <w:proofErr w:type="gramEnd"/>
      <w:r w:rsidRPr="00117730">
        <w:rPr>
          <w:b/>
          <w:sz w:val="18"/>
          <w:szCs w:val="18"/>
        </w:rPr>
        <w:t xml:space="preserve"> OPCIÓN A: TRANSPORTE PÚBLICO</w:t>
      </w:r>
      <w:r w:rsidRPr="00117730">
        <w:rPr>
          <w:b/>
          <w:sz w:val="18"/>
          <w:szCs w:val="18"/>
        </w:rPr>
        <w:br/>
      </w:r>
      <w:r w:rsidRPr="00117730">
        <w:rPr>
          <w:sz w:val="18"/>
          <w:szCs w:val="18"/>
        </w:rPr>
        <w:t xml:space="preserve">     Los billetes, bonos o facturas aportadas se corresponden íntegramente con los viajes escolares.</w:t>
      </w:r>
    </w:p>
    <w:p w14:paraId="713074BC" w14:textId="77777777" w:rsidR="00721D1B" w:rsidRPr="00117730" w:rsidRDefault="00C03CE3">
      <w:pPr>
        <w:spacing w:before="160" w:after="120"/>
        <w:rPr>
          <w:sz w:val="18"/>
          <w:szCs w:val="18"/>
        </w:rPr>
      </w:pPr>
      <w:proofErr w:type="gramStart"/>
      <w:r w:rsidRPr="00117730">
        <w:rPr>
          <w:b/>
          <w:sz w:val="18"/>
          <w:szCs w:val="18"/>
        </w:rPr>
        <w:t>[  ]</w:t>
      </w:r>
      <w:proofErr w:type="gramEnd"/>
      <w:r w:rsidRPr="00117730">
        <w:rPr>
          <w:b/>
          <w:sz w:val="18"/>
          <w:szCs w:val="18"/>
        </w:rPr>
        <w:t xml:space="preserve"> OPCIÓN B: VEHÍCULO PROPIO</w:t>
      </w:r>
    </w:p>
    <w:p w14:paraId="6AFB51C5" w14:textId="66DDD870" w:rsidR="00721D1B" w:rsidRPr="00117730" w:rsidRDefault="00C03CE3">
      <w:pPr>
        <w:spacing w:after="80"/>
        <w:ind w:left="432"/>
        <w:rPr>
          <w:sz w:val="18"/>
          <w:szCs w:val="18"/>
        </w:rPr>
      </w:pPr>
      <w:r w:rsidRPr="00117730">
        <w:rPr>
          <w:sz w:val="18"/>
          <w:szCs w:val="18"/>
        </w:rPr>
        <w:t xml:space="preserve">• </w:t>
      </w:r>
      <w:proofErr w:type="spellStart"/>
      <w:r w:rsidRPr="00117730">
        <w:rPr>
          <w:sz w:val="18"/>
          <w:szCs w:val="18"/>
        </w:rPr>
        <w:t>Vehículo</w:t>
      </w:r>
      <w:proofErr w:type="spellEnd"/>
      <w:r w:rsidRPr="00117730">
        <w:rPr>
          <w:sz w:val="18"/>
          <w:szCs w:val="18"/>
        </w:rPr>
        <w:t xml:space="preserve"> principal (</w:t>
      </w:r>
      <w:proofErr w:type="spellStart"/>
      <w:r w:rsidRPr="00117730">
        <w:rPr>
          <w:sz w:val="18"/>
          <w:szCs w:val="18"/>
        </w:rPr>
        <w:t>Matrícula</w:t>
      </w:r>
      <w:proofErr w:type="spellEnd"/>
      <w:r w:rsidRPr="00117730">
        <w:rPr>
          <w:sz w:val="18"/>
          <w:szCs w:val="18"/>
        </w:rPr>
        <w:t xml:space="preserve"> y Titular): ______________________________________________</w:t>
      </w:r>
    </w:p>
    <w:p w14:paraId="467CEDF9" w14:textId="77777777" w:rsidR="00721D1B" w:rsidRPr="00117730" w:rsidRDefault="00C03CE3">
      <w:pPr>
        <w:spacing w:after="80"/>
        <w:ind w:left="432"/>
        <w:rPr>
          <w:sz w:val="18"/>
          <w:szCs w:val="18"/>
        </w:rPr>
      </w:pPr>
      <w:r w:rsidRPr="00117730">
        <w:rPr>
          <w:sz w:val="18"/>
          <w:szCs w:val="18"/>
        </w:rPr>
        <w:t>• Dirección de Origen: ________________________________________________</w:t>
      </w:r>
    </w:p>
    <w:p w14:paraId="41C24997" w14:textId="77777777" w:rsidR="00721D1B" w:rsidRPr="00117730" w:rsidRDefault="00C03CE3">
      <w:pPr>
        <w:spacing w:after="80"/>
        <w:ind w:left="432"/>
        <w:rPr>
          <w:sz w:val="18"/>
          <w:szCs w:val="18"/>
        </w:rPr>
      </w:pPr>
      <w:r w:rsidRPr="00117730">
        <w:rPr>
          <w:sz w:val="18"/>
          <w:szCs w:val="18"/>
        </w:rPr>
        <w:t>• Dirección de Destino: ________________________________________________</w:t>
      </w:r>
    </w:p>
    <w:p w14:paraId="558E016B" w14:textId="77777777" w:rsidR="00721D1B" w:rsidRPr="00117730" w:rsidRDefault="00C03CE3">
      <w:pPr>
        <w:spacing w:after="80"/>
        <w:ind w:left="432"/>
        <w:rPr>
          <w:sz w:val="18"/>
          <w:szCs w:val="18"/>
        </w:rPr>
      </w:pPr>
      <w:r w:rsidRPr="00117730">
        <w:rPr>
          <w:sz w:val="18"/>
          <w:szCs w:val="18"/>
        </w:rPr>
        <w:t xml:space="preserve">• Tipo de trayecto: </w:t>
      </w:r>
      <w:proofErr w:type="gramStart"/>
      <w:r w:rsidRPr="00117730">
        <w:rPr>
          <w:sz w:val="18"/>
          <w:szCs w:val="18"/>
        </w:rPr>
        <w:t>[  ]</w:t>
      </w:r>
      <w:proofErr w:type="gramEnd"/>
      <w:r w:rsidRPr="00117730">
        <w:rPr>
          <w:sz w:val="18"/>
          <w:szCs w:val="18"/>
        </w:rPr>
        <w:t xml:space="preserve"> Ida y vuelta   </w:t>
      </w:r>
      <w:proofErr w:type="gramStart"/>
      <w:r w:rsidRPr="00117730">
        <w:rPr>
          <w:sz w:val="18"/>
          <w:szCs w:val="18"/>
        </w:rPr>
        <w:t xml:space="preserve">   [  ]</w:t>
      </w:r>
      <w:proofErr w:type="gramEnd"/>
      <w:r w:rsidRPr="00117730">
        <w:rPr>
          <w:sz w:val="18"/>
          <w:szCs w:val="18"/>
        </w:rPr>
        <w:t xml:space="preserve"> Sólo ida   </w:t>
      </w:r>
      <w:proofErr w:type="gramStart"/>
      <w:r w:rsidRPr="00117730">
        <w:rPr>
          <w:sz w:val="18"/>
          <w:szCs w:val="18"/>
        </w:rPr>
        <w:t xml:space="preserve">   [  ]</w:t>
      </w:r>
      <w:proofErr w:type="gramEnd"/>
      <w:r w:rsidRPr="00117730">
        <w:rPr>
          <w:sz w:val="18"/>
          <w:szCs w:val="18"/>
        </w:rPr>
        <w:t xml:space="preserve"> Sólo vuelta</w:t>
      </w:r>
    </w:p>
    <w:p w14:paraId="43D93E5D" w14:textId="77777777" w:rsidR="00721D1B" w:rsidRPr="00117730" w:rsidRDefault="00C03CE3">
      <w:pPr>
        <w:spacing w:after="80"/>
        <w:ind w:left="432"/>
        <w:rPr>
          <w:sz w:val="18"/>
          <w:szCs w:val="18"/>
        </w:rPr>
      </w:pPr>
      <w:r w:rsidRPr="00117730">
        <w:rPr>
          <w:sz w:val="18"/>
          <w:szCs w:val="18"/>
        </w:rPr>
        <w:t>• Distancia por desplazamiento: ___________ Kilómetros</w:t>
      </w:r>
    </w:p>
    <w:p w14:paraId="003A3D1F" w14:textId="77777777" w:rsidR="00721D1B" w:rsidRPr="00117730" w:rsidRDefault="00C03CE3">
      <w:pPr>
        <w:keepNext/>
        <w:spacing w:before="280" w:after="120"/>
        <w:rPr>
          <w:color w:val="auto"/>
          <w:sz w:val="18"/>
          <w:szCs w:val="18"/>
        </w:rPr>
      </w:pPr>
      <w:r w:rsidRPr="00117730">
        <w:rPr>
          <w:b/>
          <w:color w:val="auto"/>
          <w:sz w:val="18"/>
          <w:szCs w:val="18"/>
        </w:rPr>
        <w:t>3. CÁLCULO DEL GASTO (Sólo para vehículo propio)</w:t>
      </w:r>
    </w:p>
    <w:p w14:paraId="55477EBD" w14:textId="77777777" w:rsidR="00721D1B" w:rsidRPr="00117730" w:rsidRDefault="00C03CE3" w:rsidP="00D009E5">
      <w:pPr>
        <w:spacing w:after="0" w:line="288" w:lineRule="auto"/>
        <w:rPr>
          <w:sz w:val="18"/>
          <w:szCs w:val="18"/>
        </w:rPr>
      </w:pPr>
      <w:r w:rsidRPr="00117730">
        <w:rPr>
          <w:sz w:val="18"/>
          <w:szCs w:val="18"/>
        </w:rPr>
        <w:t>Por los desplazamientos indicados, se declara un gasto total que asciende a el siguiente importe:</w:t>
      </w:r>
      <w:r w:rsidRPr="00117730">
        <w:rPr>
          <w:sz w:val="18"/>
          <w:szCs w:val="18"/>
        </w:rPr>
        <w:br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926"/>
      </w:tblGrid>
      <w:tr w:rsidR="00721D1B" w:rsidRPr="00117730" w14:paraId="57C47607" w14:textId="77777777">
        <w:trPr>
          <w:jc w:val="center"/>
        </w:trPr>
        <w:tc>
          <w:tcPr>
            <w:tcW w:w="9936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5F8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32D60682" w14:textId="77777777" w:rsidR="00721D1B" w:rsidRPr="00117730" w:rsidRDefault="00C03CE3" w:rsidP="00D009E5">
            <w:pPr>
              <w:spacing w:after="0"/>
              <w:jc w:val="center"/>
              <w:rPr>
                <w:sz w:val="18"/>
                <w:szCs w:val="18"/>
              </w:rPr>
            </w:pPr>
            <w:r w:rsidRPr="00117730">
              <w:rPr>
                <w:sz w:val="18"/>
                <w:szCs w:val="18"/>
              </w:rPr>
              <w:t xml:space="preserve">Nº de </w:t>
            </w:r>
            <w:proofErr w:type="gramStart"/>
            <w:r w:rsidRPr="00117730">
              <w:rPr>
                <w:sz w:val="18"/>
                <w:szCs w:val="18"/>
              </w:rPr>
              <w:t>Desplazamientos  ×</w:t>
            </w:r>
            <w:proofErr w:type="gramEnd"/>
            <w:r w:rsidRPr="00117730">
              <w:rPr>
                <w:sz w:val="18"/>
                <w:szCs w:val="18"/>
              </w:rPr>
              <w:t xml:space="preserve">  Kilómetros </w:t>
            </w:r>
            <w:proofErr w:type="gramStart"/>
            <w:r w:rsidRPr="00117730">
              <w:rPr>
                <w:sz w:val="18"/>
                <w:szCs w:val="18"/>
              </w:rPr>
              <w:t>trayecto  ×</w:t>
            </w:r>
            <w:proofErr w:type="gramEnd"/>
            <w:r w:rsidRPr="00117730">
              <w:rPr>
                <w:sz w:val="18"/>
                <w:szCs w:val="18"/>
              </w:rPr>
              <w:t xml:space="preserve">  0,26 €/</w:t>
            </w:r>
            <w:proofErr w:type="gramStart"/>
            <w:r w:rsidRPr="00117730">
              <w:rPr>
                <w:sz w:val="18"/>
                <w:szCs w:val="18"/>
              </w:rPr>
              <w:t>km  =</w:t>
            </w:r>
            <w:proofErr w:type="gramEnd"/>
            <w:r w:rsidRPr="00117730">
              <w:rPr>
                <w:sz w:val="18"/>
                <w:szCs w:val="18"/>
              </w:rPr>
              <w:t xml:space="preserve">  </w:t>
            </w:r>
            <w:r w:rsidRPr="00117730">
              <w:rPr>
                <w:b/>
                <w:sz w:val="18"/>
                <w:szCs w:val="18"/>
              </w:rPr>
              <w:t>_________________ €</w:t>
            </w:r>
          </w:p>
        </w:tc>
      </w:tr>
    </w:tbl>
    <w:p w14:paraId="26F0CB5A" w14:textId="77777777" w:rsidR="00721D1B" w:rsidRPr="00117730" w:rsidRDefault="00C03CE3" w:rsidP="00E10F7D">
      <w:pPr>
        <w:spacing w:before="480" w:after="480"/>
        <w:jc w:val="both"/>
        <w:rPr>
          <w:sz w:val="18"/>
          <w:szCs w:val="18"/>
        </w:rPr>
      </w:pPr>
      <w:r w:rsidRPr="00117730">
        <w:rPr>
          <w:color w:val="8C8C8C"/>
          <w:sz w:val="18"/>
          <w:szCs w:val="18"/>
        </w:rPr>
        <w:t>Protección de datos: Los datos serán tratados por el Ayuntamiento de Arnuero (CIF: P3900600B, Barrio Palacio s/n) exclusivamente para la gestión y tramitación de esta solicitud de ayuda al transporte escolar al amparo de la Ley General Tributaria y de Subvenciones. Puede ejercer sus derechos de acceso, rectificación o cancelación dirigiendo un escrito al Ayuntamiento.</w:t>
      </w:r>
    </w:p>
    <w:p w14:paraId="7EB6093E" w14:textId="1A10505C" w:rsidR="00721D1B" w:rsidRPr="00117730" w:rsidRDefault="00C03CE3">
      <w:pPr>
        <w:spacing w:before="200"/>
        <w:rPr>
          <w:sz w:val="18"/>
          <w:szCs w:val="18"/>
        </w:rPr>
      </w:pPr>
      <w:r w:rsidRPr="00117730">
        <w:rPr>
          <w:sz w:val="18"/>
          <w:szCs w:val="18"/>
        </w:rPr>
        <w:t xml:space="preserve">En Arnuero, a ______ de _______________________ </w:t>
      </w:r>
      <w:proofErr w:type="spellStart"/>
      <w:r w:rsidRPr="00117730">
        <w:rPr>
          <w:sz w:val="18"/>
          <w:szCs w:val="18"/>
        </w:rPr>
        <w:t>de</w:t>
      </w:r>
      <w:proofErr w:type="spellEnd"/>
      <w:r w:rsidRPr="00117730">
        <w:rPr>
          <w:sz w:val="18"/>
          <w:szCs w:val="18"/>
        </w:rPr>
        <w:t xml:space="preserve"> 202</w:t>
      </w:r>
      <w:r w:rsidR="00E10F7D" w:rsidRPr="00117730">
        <w:rPr>
          <w:sz w:val="18"/>
          <w:szCs w:val="18"/>
        </w:rPr>
        <w:t>6</w:t>
      </w:r>
      <w:r w:rsidRPr="00117730">
        <w:rPr>
          <w:sz w:val="18"/>
          <w:szCs w:val="18"/>
        </w:rPr>
        <w:t>.</w:t>
      </w:r>
      <w:r w:rsidRPr="00117730">
        <w:rPr>
          <w:sz w:val="18"/>
          <w:szCs w:val="18"/>
        </w:rPr>
        <w:br/>
      </w:r>
      <w:r w:rsidRPr="00117730">
        <w:rPr>
          <w:sz w:val="18"/>
          <w:szCs w:val="18"/>
        </w:rPr>
        <w:br/>
      </w:r>
      <w:r w:rsidRPr="00117730">
        <w:rPr>
          <w:sz w:val="18"/>
          <w:szCs w:val="18"/>
        </w:rPr>
        <w:br/>
      </w:r>
      <w:r w:rsidRPr="00117730">
        <w:rPr>
          <w:sz w:val="18"/>
          <w:szCs w:val="18"/>
        </w:rPr>
        <w:br/>
      </w:r>
    </w:p>
    <w:p w14:paraId="288D8FA7" w14:textId="77777777" w:rsidR="00721D1B" w:rsidRPr="00117730" w:rsidRDefault="00C03CE3">
      <w:pPr>
        <w:jc w:val="center"/>
        <w:rPr>
          <w:sz w:val="18"/>
          <w:szCs w:val="18"/>
        </w:rPr>
      </w:pPr>
      <w:r w:rsidRPr="00117730">
        <w:rPr>
          <w:sz w:val="18"/>
          <w:szCs w:val="18"/>
        </w:rPr>
        <w:t>_____________________________________________________</w:t>
      </w:r>
      <w:r w:rsidRPr="00117730">
        <w:rPr>
          <w:sz w:val="18"/>
          <w:szCs w:val="18"/>
        </w:rPr>
        <w:br/>
      </w:r>
      <w:proofErr w:type="spellStart"/>
      <w:r w:rsidRPr="00117730">
        <w:rPr>
          <w:sz w:val="18"/>
          <w:szCs w:val="18"/>
        </w:rPr>
        <w:t>Firma</w:t>
      </w:r>
      <w:proofErr w:type="spellEnd"/>
      <w:r w:rsidRPr="00117730">
        <w:rPr>
          <w:sz w:val="18"/>
          <w:szCs w:val="18"/>
        </w:rPr>
        <w:t xml:space="preserve"> de la persona solicitante / representante</w:t>
      </w:r>
    </w:p>
    <w:sectPr w:rsidR="00721D1B" w:rsidRPr="00117730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0807602">
    <w:abstractNumId w:val="8"/>
  </w:num>
  <w:num w:numId="2" w16cid:durableId="174156518">
    <w:abstractNumId w:val="6"/>
  </w:num>
  <w:num w:numId="3" w16cid:durableId="1562210380">
    <w:abstractNumId w:val="5"/>
  </w:num>
  <w:num w:numId="4" w16cid:durableId="1103456080">
    <w:abstractNumId w:val="4"/>
  </w:num>
  <w:num w:numId="5" w16cid:durableId="507330629">
    <w:abstractNumId w:val="7"/>
  </w:num>
  <w:num w:numId="6" w16cid:durableId="1956448201">
    <w:abstractNumId w:val="3"/>
  </w:num>
  <w:num w:numId="7" w16cid:durableId="1330715697">
    <w:abstractNumId w:val="2"/>
  </w:num>
  <w:num w:numId="8" w16cid:durableId="2083333095">
    <w:abstractNumId w:val="1"/>
  </w:num>
  <w:num w:numId="9" w16cid:durableId="631447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17730"/>
    <w:rsid w:val="0015074B"/>
    <w:rsid w:val="0029639D"/>
    <w:rsid w:val="00326F90"/>
    <w:rsid w:val="00452D8B"/>
    <w:rsid w:val="00721D1B"/>
    <w:rsid w:val="00AA1D8D"/>
    <w:rsid w:val="00B47730"/>
    <w:rsid w:val="00C03CE3"/>
    <w:rsid w:val="00CB0664"/>
    <w:rsid w:val="00D009E5"/>
    <w:rsid w:val="00E10F7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C6F725"/>
  <w14:defaultImageDpi w14:val="300"/>
  <w15:docId w15:val="{24ADEDA4-F565-40D8-802C-2A53B8C9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color w:val="333333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344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Ayuntamiento de Arnuero Antonio Margallo</cp:lastModifiedBy>
  <cp:revision>4</cp:revision>
  <dcterms:created xsi:type="dcterms:W3CDTF">2026-09-17T12:51:00Z</dcterms:created>
  <dcterms:modified xsi:type="dcterms:W3CDTF">2026-09-17T13:04:00Z</dcterms:modified>
  <cp:category/>
</cp:coreProperties>
</file>