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73DD" w:rsidRPr="005455A0" w:rsidRDefault="005455A0">
      <w:pPr>
        <w:spacing w:after="240"/>
        <w:rPr>
          <w:b/>
          <w:u w:val="single"/>
          <w:lang w:val="ca-ES"/>
        </w:rPr>
      </w:pPr>
      <w:r w:rsidRPr="005455A0">
        <w:rPr>
          <w:lang w:val="ca-ES"/>
        </w:rPr>
        <w:drawing>
          <wp:inline distT="0" distB="0" distL="0" distR="0" wp14:anchorId="22622E7E" wp14:editId="222002B1">
            <wp:extent cx="1187450" cy="526729"/>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18302" cy="540414"/>
                    </a:xfrm>
                    <a:prstGeom prst="rect">
                      <a:avLst/>
                    </a:prstGeom>
                  </pic:spPr>
                </pic:pic>
              </a:graphicData>
            </a:graphic>
          </wp:inline>
        </w:drawing>
      </w:r>
      <w:r w:rsidR="000362BF" w:rsidRPr="005455A0">
        <w:rPr>
          <w:b/>
          <w:color w:val="005588"/>
          <w:sz w:val="28"/>
          <w:lang w:val="ca-ES"/>
        </w:rPr>
        <w:br/>
      </w:r>
    </w:p>
    <w:p w:rsidR="000D73DD" w:rsidRPr="00DB0776" w:rsidRDefault="000362BF" w:rsidP="005455A0">
      <w:pPr>
        <w:spacing w:after="80"/>
        <w:jc w:val="both"/>
        <w:rPr>
          <w:rFonts w:cs="Arial"/>
          <w:b/>
          <w:sz w:val="22"/>
          <w:u w:val="single"/>
          <w:lang w:val="ca-ES"/>
        </w:rPr>
      </w:pPr>
      <w:r w:rsidRPr="00DB0776">
        <w:rPr>
          <w:rFonts w:cs="Arial"/>
          <w:b/>
          <w:sz w:val="22"/>
          <w:u w:val="single"/>
          <w:lang w:val="ca-ES"/>
        </w:rPr>
        <w:t>BASES PER A LA SELECCIÓ DEL CARTELL DE PROMOCIÓ DE LA FESTA MAJOR DE CERVELLÓ 2026</w:t>
      </w:r>
    </w:p>
    <w:p w:rsidR="005455A0" w:rsidRPr="00DB0776" w:rsidRDefault="005455A0" w:rsidP="005455A0">
      <w:pPr>
        <w:spacing w:after="80"/>
        <w:jc w:val="both"/>
        <w:rPr>
          <w:rFonts w:cs="Arial"/>
          <w:b/>
          <w:sz w:val="22"/>
          <w:u w:val="single"/>
          <w:lang w:val="ca-ES"/>
        </w:rPr>
      </w:pPr>
    </w:p>
    <w:p w:rsidR="000D73DD" w:rsidRPr="00DB0776" w:rsidRDefault="000362BF" w:rsidP="005455A0">
      <w:pPr>
        <w:spacing w:before="160" w:after="80"/>
        <w:jc w:val="both"/>
        <w:rPr>
          <w:rFonts w:cs="Arial"/>
          <w:color w:val="auto"/>
          <w:sz w:val="22"/>
          <w:lang w:val="ca-ES"/>
        </w:rPr>
      </w:pPr>
      <w:r w:rsidRPr="00DB0776">
        <w:rPr>
          <w:rFonts w:cs="Arial"/>
          <w:b/>
          <w:color w:val="auto"/>
          <w:sz w:val="22"/>
          <w:lang w:val="ca-ES"/>
        </w:rPr>
        <w:t>1. OBJECTE DEL CONCURS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 xml:space="preserve">L'objecte d'aquestes bases és la regulació de la selecció del cartell i els elements comunicatius de promoció de la Festa </w:t>
      </w:r>
      <w:r w:rsidRPr="00DB0776">
        <w:rPr>
          <w:rFonts w:cs="Arial"/>
          <w:color w:val="auto"/>
          <w:sz w:val="22"/>
          <w:lang w:val="ca-ES"/>
        </w:rPr>
        <w:t>Major de Cervelló 2026 que puguin ser reproduïts en el programa de la festa i en les publicacions que es realitzin i la concessió d'un premi a la persona guanyadora del concurs, dins dels límits del pressupost municipal</w:t>
      </w:r>
      <w:r w:rsidR="005455A0" w:rsidRPr="00DB0776">
        <w:rPr>
          <w:rFonts w:cs="Arial"/>
          <w:color w:val="auto"/>
          <w:sz w:val="22"/>
          <w:lang w:val="ca-ES"/>
        </w:rPr>
        <w:t>.</w:t>
      </w:r>
    </w:p>
    <w:p w:rsidR="005455A0" w:rsidRPr="00DB0776" w:rsidRDefault="005455A0" w:rsidP="005455A0">
      <w:pPr>
        <w:spacing w:after="80"/>
        <w:jc w:val="both"/>
        <w:rPr>
          <w:rFonts w:cs="Arial"/>
          <w:color w:val="auto"/>
          <w:sz w:val="22"/>
          <w:lang w:val="ca-ES"/>
        </w:rPr>
      </w:pPr>
    </w:p>
    <w:p w:rsidR="000D73DD" w:rsidRPr="00DB0776" w:rsidRDefault="000362BF" w:rsidP="005455A0">
      <w:pPr>
        <w:spacing w:before="160" w:after="80"/>
        <w:jc w:val="both"/>
        <w:rPr>
          <w:rFonts w:cs="Arial"/>
          <w:color w:val="auto"/>
          <w:sz w:val="22"/>
          <w:lang w:val="ca-ES"/>
        </w:rPr>
      </w:pPr>
      <w:r w:rsidRPr="00DB0776">
        <w:rPr>
          <w:rFonts w:cs="Arial"/>
          <w:b/>
          <w:color w:val="auto"/>
          <w:sz w:val="22"/>
          <w:lang w:val="ca-ES"/>
        </w:rPr>
        <w:t>2. FINALITATS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Les finalitats d'aque</w:t>
      </w:r>
      <w:r w:rsidRPr="00DB0776">
        <w:rPr>
          <w:rFonts w:cs="Arial"/>
          <w:color w:val="auto"/>
          <w:sz w:val="22"/>
          <w:lang w:val="ca-ES"/>
        </w:rPr>
        <w:t>stes bases són fomentar la participació de professionals, d'artistes novells i de persones amb inquietuds creatives i sensibilitats diferents, incentivant el sentiment de pertinença dels veïns i veïnes al territori i a les seves festes i establint noves ei</w:t>
      </w:r>
      <w:r w:rsidRPr="00DB0776">
        <w:rPr>
          <w:rFonts w:cs="Arial"/>
          <w:color w:val="auto"/>
          <w:sz w:val="22"/>
          <w:lang w:val="ca-ES"/>
        </w:rPr>
        <w:t>nes de participació dels veïns i veïnes de Cervelló.</w:t>
      </w:r>
    </w:p>
    <w:p w:rsidR="005455A0" w:rsidRPr="00DB0776" w:rsidRDefault="005455A0" w:rsidP="005455A0">
      <w:pPr>
        <w:spacing w:after="80"/>
        <w:jc w:val="both"/>
        <w:rPr>
          <w:rFonts w:cs="Arial"/>
          <w:color w:val="auto"/>
          <w:sz w:val="22"/>
          <w:lang w:val="ca-ES"/>
        </w:rPr>
      </w:pPr>
    </w:p>
    <w:p w:rsidR="000D73DD" w:rsidRPr="00DB0776" w:rsidRDefault="000362BF" w:rsidP="005455A0">
      <w:pPr>
        <w:spacing w:before="160" w:after="80"/>
        <w:jc w:val="both"/>
        <w:rPr>
          <w:rFonts w:cs="Arial"/>
          <w:color w:val="auto"/>
          <w:sz w:val="22"/>
          <w:lang w:val="ca-ES"/>
        </w:rPr>
      </w:pPr>
      <w:r w:rsidRPr="00DB0776">
        <w:rPr>
          <w:rFonts w:cs="Arial"/>
          <w:b/>
          <w:color w:val="auto"/>
          <w:sz w:val="22"/>
          <w:lang w:val="ca-ES"/>
        </w:rPr>
        <w:t>3. PARTICIPANTS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La participació és oberta a persones físiques majors d'edat, que estiguin empadronades a Cervelló. No podran presentar-se a les convocatòries que es puguin derivar d'aquestes bases les pe</w:t>
      </w:r>
      <w:r w:rsidRPr="00DB0776">
        <w:rPr>
          <w:rFonts w:cs="Arial"/>
          <w:color w:val="auto"/>
          <w:sz w:val="22"/>
          <w:lang w:val="ca-ES"/>
        </w:rPr>
        <w:t>rsones membres del jurat i els familiars directes (parentesc de primer o segon grau de consanguinitat o afinitat). Per a ser beneficiari del premi el participant haurà d'estar al corrent de les obligacions tributàries i de la seguretat social. En cas d'inc</w:t>
      </w:r>
      <w:r w:rsidRPr="00DB0776">
        <w:rPr>
          <w:rFonts w:cs="Arial"/>
          <w:color w:val="auto"/>
          <w:sz w:val="22"/>
          <w:lang w:val="ca-ES"/>
        </w:rPr>
        <w:t>omplir algunes de les obligacions establertes en aquestes bases i la seva convocatòria, els participants podran resultar exclosos del concurs.</w:t>
      </w:r>
    </w:p>
    <w:p w:rsidR="005455A0" w:rsidRPr="00DB0776" w:rsidRDefault="005455A0" w:rsidP="005455A0">
      <w:pPr>
        <w:spacing w:after="80"/>
        <w:jc w:val="both"/>
        <w:rPr>
          <w:rFonts w:cs="Arial"/>
          <w:color w:val="auto"/>
          <w:sz w:val="22"/>
          <w:lang w:val="ca-ES"/>
        </w:rPr>
      </w:pPr>
    </w:p>
    <w:p w:rsidR="000D73DD" w:rsidRPr="00DB0776" w:rsidRDefault="000362BF" w:rsidP="005455A0">
      <w:pPr>
        <w:spacing w:before="160" w:after="80"/>
        <w:jc w:val="both"/>
        <w:rPr>
          <w:rFonts w:cs="Arial"/>
          <w:color w:val="auto"/>
          <w:sz w:val="22"/>
          <w:lang w:val="ca-ES"/>
        </w:rPr>
      </w:pPr>
      <w:r w:rsidRPr="00DB0776">
        <w:rPr>
          <w:rFonts w:cs="Arial"/>
          <w:b/>
          <w:color w:val="auto"/>
          <w:sz w:val="22"/>
          <w:lang w:val="ca-ES"/>
        </w:rPr>
        <w:t>4. REQUISITS DE LES OBRES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Podrà ser presentada al concurs qualsevol obra que s'ajusti a l'objecte de la convocatò</w:t>
      </w:r>
      <w:r w:rsidRPr="00DB0776">
        <w:rPr>
          <w:rFonts w:cs="Arial"/>
          <w:color w:val="auto"/>
          <w:sz w:val="22"/>
          <w:lang w:val="ca-ES"/>
        </w:rPr>
        <w:t>ria i que inclogui, necessàriament, el contingut següent:</w:t>
      </w:r>
    </w:p>
    <w:p w:rsidR="005455A0" w:rsidRPr="00DB0776" w:rsidRDefault="000362BF" w:rsidP="005455A0">
      <w:pPr>
        <w:pStyle w:val="Listaconvietas"/>
        <w:numPr>
          <w:ilvl w:val="0"/>
          <w:numId w:val="0"/>
        </w:numPr>
        <w:spacing w:after="80"/>
        <w:ind w:left="360"/>
        <w:jc w:val="both"/>
        <w:rPr>
          <w:rFonts w:cs="Arial"/>
          <w:i/>
          <w:color w:val="auto"/>
          <w:sz w:val="22"/>
          <w:lang w:val="ca-ES"/>
        </w:rPr>
      </w:pPr>
      <w:r w:rsidRPr="00DB0776">
        <w:rPr>
          <w:rFonts w:cs="Arial"/>
          <w:i/>
          <w:color w:val="auto"/>
          <w:sz w:val="22"/>
          <w:lang w:val="ca-ES"/>
        </w:rPr>
        <w:t>Festa Major de Cervelló</w:t>
      </w:r>
    </w:p>
    <w:p w:rsidR="000D73DD" w:rsidRPr="00DB0776" w:rsidRDefault="000362BF" w:rsidP="005455A0">
      <w:pPr>
        <w:pStyle w:val="Listaconvietas"/>
        <w:numPr>
          <w:ilvl w:val="0"/>
          <w:numId w:val="0"/>
        </w:numPr>
        <w:spacing w:after="80"/>
        <w:ind w:left="360"/>
        <w:jc w:val="both"/>
        <w:rPr>
          <w:rFonts w:cs="Arial"/>
          <w:i/>
          <w:color w:val="auto"/>
          <w:sz w:val="22"/>
          <w:lang w:val="ca-ES"/>
        </w:rPr>
      </w:pPr>
      <w:r w:rsidRPr="00DB0776">
        <w:rPr>
          <w:rFonts w:cs="Arial"/>
          <w:i/>
          <w:color w:val="auto"/>
          <w:sz w:val="22"/>
          <w:lang w:val="ca-ES"/>
        </w:rPr>
        <w:t>Del 23 al 26 de juliol i 3 d'agost de 2026</w:t>
      </w:r>
    </w:p>
    <w:p w:rsidR="00ED0E77" w:rsidRDefault="000362BF" w:rsidP="00ED0E77">
      <w:pPr>
        <w:pStyle w:val="Listaconvietas"/>
        <w:numPr>
          <w:ilvl w:val="0"/>
          <w:numId w:val="0"/>
        </w:numPr>
        <w:spacing w:after="80"/>
        <w:ind w:left="360"/>
        <w:jc w:val="both"/>
        <w:rPr>
          <w:rFonts w:cs="Arial"/>
          <w:color w:val="auto"/>
          <w:sz w:val="22"/>
        </w:rPr>
      </w:pPr>
      <w:r w:rsidRPr="00DB0776">
        <w:rPr>
          <w:rFonts w:cs="Arial"/>
          <w:color w:val="auto"/>
          <w:sz w:val="22"/>
          <w:lang w:val="ca-ES"/>
        </w:rPr>
        <w:t xml:space="preserve">Escut de l'Ajuntament de Cervelló (es pot descarregar del web municipal a l'enllaç </w:t>
      </w:r>
      <w:hyperlink r:id="rId9" w:history="1">
        <w:r w:rsidR="00ED0E77" w:rsidRPr="002221B7">
          <w:rPr>
            <w:rStyle w:val="Hipervnculo"/>
            <w:rFonts w:cs="Arial"/>
            <w:sz w:val="22"/>
          </w:rPr>
          <w:t>https://www.cervello.cat/actualitat/imatge-corporativa</w:t>
        </w:r>
      </w:hyperlink>
      <w:r w:rsidR="00ED0E77" w:rsidRPr="00266F47">
        <w:rPr>
          <w:rFonts w:cs="Arial"/>
          <w:color w:val="auto"/>
          <w:sz w:val="22"/>
        </w:rPr>
        <w:t>).</w:t>
      </w:r>
    </w:p>
    <w:p w:rsidR="000D73DD" w:rsidRPr="00DB0776" w:rsidRDefault="000362BF" w:rsidP="00ED0E77">
      <w:pPr>
        <w:pStyle w:val="Listaconvietas"/>
        <w:numPr>
          <w:ilvl w:val="0"/>
          <w:numId w:val="0"/>
        </w:numPr>
        <w:spacing w:after="80"/>
        <w:jc w:val="both"/>
        <w:rPr>
          <w:rFonts w:cs="Arial"/>
          <w:color w:val="auto"/>
          <w:sz w:val="22"/>
          <w:lang w:val="ca-ES"/>
        </w:rPr>
      </w:pPr>
      <w:r w:rsidRPr="00DB0776">
        <w:rPr>
          <w:rFonts w:cs="Arial"/>
          <w:color w:val="auto"/>
          <w:sz w:val="22"/>
          <w:lang w:val="ca-ES"/>
        </w:rPr>
        <w:t>Les obres presentades que no reuneixin els requisits anteriors no seran admeses al concurs.</w:t>
      </w:r>
    </w:p>
    <w:p w:rsidR="005455A0" w:rsidRPr="00DB0776" w:rsidRDefault="005455A0" w:rsidP="005455A0">
      <w:pPr>
        <w:spacing w:after="80"/>
        <w:jc w:val="both"/>
        <w:rPr>
          <w:rFonts w:cs="Arial"/>
          <w:color w:val="auto"/>
          <w:sz w:val="22"/>
          <w:lang w:val="ca-ES"/>
        </w:rPr>
      </w:pPr>
      <w:bookmarkStart w:id="0" w:name="_GoBack"/>
      <w:bookmarkEnd w:id="0"/>
    </w:p>
    <w:p w:rsidR="00DB0776" w:rsidRDefault="00DB0776" w:rsidP="005455A0">
      <w:pPr>
        <w:spacing w:before="160" w:after="80"/>
        <w:jc w:val="both"/>
        <w:rPr>
          <w:rFonts w:cs="Arial"/>
          <w:b/>
          <w:color w:val="auto"/>
          <w:sz w:val="22"/>
          <w:lang w:val="ca-ES"/>
        </w:rPr>
      </w:pPr>
    </w:p>
    <w:p w:rsidR="00DB0776" w:rsidRDefault="00DB0776" w:rsidP="005455A0">
      <w:pPr>
        <w:spacing w:before="160" w:after="80"/>
        <w:jc w:val="both"/>
        <w:rPr>
          <w:rFonts w:cs="Arial"/>
          <w:b/>
          <w:color w:val="auto"/>
          <w:sz w:val="22"/>
          <w:lang w:val="ca-ES"/>
        </w:rPr>
      </w:pPr>
    </w:p>
    <w:p w:rsidR="000D73DD" w:rsidRPr="00DB0776" w:rsidRDefault="000362BF" w:rsidP="005455A0">
      <w:pPr>
        <w:spacing w:before="160" w:after="80"/>
        <w:jc w:val="both"/>
        <w:rPr>
          <w:rFonts w:cs="Arial"/>
          <w:color w:val="auto"/>
          <w:sz w:val="22"/>
          <w:lang w:val="ca-ES"/>
        </w:rPr>
      </w:pPr>
      <w:r w:rsidRPr="00DB0776">
        <w:rPr>
          <w:rFonts w:cs="Arial"/>
          <w:b/>
          <w:color w:val="auto"/>
          <w:sz w:val="22"/>
          <w:lang w:val="ca-ES"/>
        </w:rPr>
        <w:lastRenderedPageBreak/>
        <w:t>5. DOCUMENTACIÓ A PRESENTAR</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1. Les persones participants hauran de presentar la seva sol·licitud de participació a través d'una instància on s'indicarà que</w:t>
      </w:r>
      <w:r w:rsidRPr="00DB0776">
        <w:rPr>
          <w:rFonts w:cs="Arial"/>
          <w:color w:val="auto"/>
          <w:sz w:val="22"/>
          <w:lang w:val="ca-ES"/>
        </w:rPr>
        <w:t xml:space="preserve"> és per concórrer al "Concurs per a la selecció del cartell de la Festa Major de Cervelló 2026". Les persones podran emplenar i presentar la sol·licitud a través de la seu electrònica de l'Ajuntament, seguint les instruccions indicades en aquest portal de </w:t>
      </w:r>
      <w:r w:rsidRPr="00DB0776">
        <w:rPr>
          <w:rFonts w:cs="Arial"/>
          <w:color w:val="auto"/>
          <w:sz w:val="22"/>
          <w:lang w:val="ca-ES"/>
        </w:rPr>
        <w:t>tràmits, o bé presentar la sol·licitud a l'Oficina d'Atenció Ciutadana (OAC), situada al carrer Major 146-148 de Cervelló.</w:t>
      </w:r>
    </w:p>
    <w:p w:rsidR="005455A0" w:rsidRPr="00DB0776" w:rsidRDefault="005455A0" w:rsidP="005455A0">
      <w:pPr>
        <w:spacing w:after="80"/>
        <w:jc w:val="both"/>
        <w:rPr>
          <w:rFonts w:cs="Arial"/>
          <w:color w:val="auto"/>
          <w:sz w:val="22"/>
          <w:lang w:val="ca-ES"/>
        </w:rPr>
      </w:pPr>
    </w:p>
    <w:p w:rsidR="000D73DD" w:rsidRPr="00DB0776" w:rsidRDefault="000362BF" w:rsidP="005455A0">
      <w:pPr>
        <w:spacing w:after="80"/>
        <w:jc w:val="both"/>
        <w:rPr>
          <w:rFonts w:cs="Arial"/>
          <w:color w:val="auto"/>
          <w:sz w:val="22"/>
          <w:lang w:val="ca-ES"/>
        </w:rPr>
      </w:pPr>
      <w:r w:rsidRPr="00DB0776">
        <w:rPr>
          <w:rFonts w:cs="Arial"/>
          <w:color w:val="auto"/>
          <w:sz w:val="22"/>
          <w:lang w:val="ca-ES"/>
        </w:rPr>
        <w:t xml:space="preserve">La sol·licitud ha d'anar signada per la persona sol·licitant i ha d'incloure el nom i cognoms de l'autor/a de l'obra que es presenta </w:t>
      </w:r>
      <w:r w:rsidRPr="00DB0776">
        <w:rPr>
          <w:rFonts w:cs="Arial"/>
          <w:color w:val="auto"/>
          <w:sz w:val="22"/>
          <w:lang w:val="ca-ES"/>
        </w:rPr>
        <w:t>al concurs i les seves dades de contacte (adreça, telèfon i adreça electrònica). No es tindrà en compte cap documentació lliurada que no s'acompanyi de la corresponent sol·licitud, si no és per adjuntar-la a un procediment ja iniciat.</w:t>
      </w:r>
    </w:p>
    <w:p w:rsidR="005455A0" w:rsidRPr="00DB0776" w:rsidRDefault="005455A0" w:rsidP="005455A0">
      <w:pPr>
        <w:spacing w:after="80"/>
        <w:jc w:val="both"/>
        <w:rPr>
          <w:rFonts w:cs="Arial"/>
          <w:color w:val="auto"/>
          <w:sz w:val="22"/>
          <w:lang w:val="ca-ES"/>
        </w:rPr>
      </w:pPr>
    </w:p>
    <w:p w:rsidR="000D73DD" w:rsidRPr="00DB0776" w:rsidRDefault="000362BF" w:rsidP="005455A0">
      <w:pPr>
        <w:spacing w:after="80"/>
        <w:jc w:val="both"/>
        <w:rPr>
          <w:rFonts w:cs="Arial"/>
          <w:color w:val="auto"/>
          <w:sz w:val="22"/>
          <w:lang w:val="ca-ES"/>
        </w:rPr>
      </w:pPr>
      <w:r w:rsidRPr="00DB0776">
        <w:rPr>
          <w:rFonts w:cs="Arial"/>
          <w:color w:val="auto"/>
          <w:sz w:val="22"/>
          <w:lang w:val="ca-ES"/>
        </w:rPr>
        <w:t>Per a qualsevol consu</w:t>
      </w:r>
      <w:r w:rsidRPr="00DB0776">
        <w:rPr>
          <w:rFonts w:cs="Arial"/>
          <w:color w:val="auto"/>
          <w:sz w:val="22"/>
          <w:lang w:val="ca-ES"/>
        </w:rPr>
        <w:t>lta relacionada amb la tramitació caldrà dirigir-se a l'Oficina d'Atenció a la Ciutadania (OAC).</w:t>
      </w:r>
    </w:p>
    <w:p w:rsidR="005455A0" w:rsidRPr="00DB0776" w:rsidRDefault="005455A0" w:rsidP="005455A0">
      <w:pPr>
        <w:spacing w:after="80"/>
        <w:jc w:val="both"/>
        <w:rPr>
          <w:rFonts w:cs="Arial"/>
          <w:color w:val="auto"/>
          <w:sz w:val="22"/>
          <w:lang w:val="ca-ES"/>
        </w:rPr>
      </w:pPr>
    </w:p>
    <w:p w:rsidR="000D73DD" w:rsidRPr="00DB0776" w:rsidRDefault="000362BF" w:rsidP="005455A0">
      <w:pPr>
        <w:spacing w:after="80"/>
        <w:jc w:val="both"/>
        <w:rPr>
          <w:rFonts w:cs="Arial"/>
          <w:color w:val="auto"/>
          <w:sz w:val="22"/>
          <w:lang w:val="ca-ES"/>
        </w:rPr>
      </w:pPr>
      <w:r w:rsidRPr="00DB0776">
        <w:rPr>
          <w:rFonts w:cs="Arial"/>
          <w:color w:val="auto"/>
          <w:sz w:val="22"/>
          <w:lang w:val="ca-ES"/>
        </w:rPr>
        <w:t>2. Juntament amb la sol·licitud de participació cal que hi consti:</w:t>
      </w:r>
    </w:p>
    <w:p w:rsidR="000D73DD" w:rsidRPr="00DB0776" w:rsidRDefault="005455A0" w:rsidP="005455A0">
      <w:pPr>
        <w:pStyle w:val="Listaconvietas"/>
        <w:numPr>
          <w:ilvl w:val="0"/>
          <w:numId w:val="0"/>
        </w:numPr>
        <w:spacing w:after="80"/>
        <w:jc w:val="both"/>
        <w:rPr>
          <w:rFonts w:cs="Arial"/>
          <w:color w:val="auto"/>
          <w:sz w:val="22"/>
          <w:lang w:val="ca-ES"/>
        </w:rPr>
      </w:pPr>
      <w:r w:rsidRPr="00DB0776">
        <w:rPr>
          <w:rFonts w:cs="Arial"/>
          <w:color w:val="auto"/>
          <w:sz w:val="22"/>
          <w:lang w:val="ca-ES"/>
        </w:rPr>
        <w:t xml:space="preserve">- </w:t>
      </w:r>
      <w:r w:rsidR="000362BF" w:rsidRPr="00DB0776">
        <w:rPr>
          <w:rFonts w:cs="Arial"/>
          <w:color w:val="auto"/>
          <w:sz w:val="22"/>
          <w:lang w:val="ca-ES"/>
        </w:rPr>
        <w:t xml:space="preserve">Fotocòpia del DNI, NIE o permís de residència de la persona participant. Si no consta com a </w:t>
      </w:r>
      <w:r w:rsidR="000362BF" w:rsidRPr="00DB0776">
        <w:rPr>
          <w:rFonts w:cs="Arial"/>
          <w:color w:val="auto"/>
          <w:sz w:val="22"/>
          <w:lang w:val="ca-ES"/>
        </w:rPr>
        <w:t>domiciliada a Cervelló, haurà de presentar un certificat d'empadronament.</w:t>
      </w:r>
    </w:p>
    <w:p w:rsidR="000D73DD" w:rsidRPr="00DB0776" w:rsidRDefault="005455A0" w:rsidP="005455A0">
      <w:pPr>
        <w:pStyle w:val="Listaconvietas"/>
        <w:numPr>
          <w:ilvl w:val="0"/>
          <w:numId w:val="0"/>
        </w:numPr>
        <w:spacing w:after="80"/>
        <w:jc w:val="both"/>
        <w:rPr>
          <w:rFonts w:cs="Arial"/>
          <w:color w:val="auto"/>
          <w:sz w:val="22"/>
          <w:lang w:val="ca-ES"/>
        </w:rPr>
      </w:pPr>
      <w:r w:rsidRPr="00DB0776">
        <w:rPr>
          <w:rFonts w:cs="Arial"/>
          <w:color w:val="auto"/>
          <w:sz w:val="22"/>
          <w:lang w:val="ca-ES"/>
        </w:rPr>
        <w:t xml:space="preserve">- </w:t>
      </w:r>
      <w:r w:rsidR="000362BF" w:rsidRPr="00DB0776">
        <w:rPr>
          <w:rFonts w:cs="Arial"/>
          <w:color w:val="auto"/>
          <w:sz w:val="22"/>
          <w:lang w:val="ca-ES"/>
        </w:rPr>
        <w:t>Declaració responsable de la persona que participa degudament complimentada i signada (segons model).</w:t>
      </w:r>
    </w:p>
    <w:p w:rsidR="000D73DD" w:rsidRPr="00DB0776" w:rsidRDefault="005455A0" w:rsidP="005455A0">
      <w:pPr>
        <w:pStyle w:val="Listaconvietas"/>
        <w:numPr>
          <w:ilvl w:val="0"/>
          <w:numId w:val="0"/>
        </w:numPr>
        <w:spacing w:after="80"/>
        <w:jc w:val="both"/>
        <w:rPr>
          <w:rFonts w:cs="Arial"/>
          <w:color w:val="auto"/>
          <w:sz w:val="22"/>
          <w:lang w:val="ca-ES"/>
        </w:rPr>
      </w:pPr>
      <w:r w:rsidRPr="00DB0776">
        <w:rPr>
          <w:rFonts w:cs="Arial"/>
          <w:color w:val="auto"/>
          <w:sz w:val="22"/>
          <w:lang w:val="ca-ES"/>
        </w:rPr>
        <w:t xml:space="preserve">- </w:t>
      </w:r>
      <w:r w:rsidR="000362BF" w:rsidRPr="00DB0776">
        <w:rPr>
          <w:rFonts w:cs="Arial"/>
          <w:color w:val="auto"/>
          <w:sz w:val="22"/>
          <w:lang w:val="ca-ES"/>
        </w:rPr>
        <w:t>L'arxiu de la proposta del cartell (en digital i còpia impresa). S'haurà de conc</w:t>
      </w:r>
      <w:r w:rsidR="000362BF" w:rsidRPr="00DB0776">
        <w:rPr>
          <w:rFonts w:cs="Arial"/>
          <w:color w:val="auto"/>
          <w:sz w:val="22"/>
          <w:lang w:val="ca-ES"/>
        </w:rPr>
        <w:t xml:space="preserve">retar el </w:t>
      </w:r>
      <w:r w:rsidR="000362BF" w:rsidRPr="00DB0776">
        <w:rPr>
          <w:rFonts w:cs="Arial"/>
          <w:b/>
          <w:color w:val="auto"/>
          <w:sz w:val="22"/>
          <w:lang w:val="ca-ES"/>
        </w:rPr>
        <w:t>concepte o motiu del cartell</w:t>
      </w:r>
      <w:r w:rsidR="000362BF" w:rsidRPr="00DB0776">
        <w:rPr>
          <w:rFonts w:cs="Arial"/>
          <w:color w:val="auto"/>
          <w:sz w:val="22"/>
          <w:lang w:val="ca-ES"/>
        </w:rPr>
        <w:t xml:space="preserve"> i quines </w:t>
      </w:r>
      <w:r w:rsidR="000362BF" w:rsidRPr="00DB0776">
        <w:rPr>
          <w:rFonts w:cs="Arial"/>
          <w:b/>
          <w:color w:val="auto"/>
          <w:sz w:val="22"/>
          <w:lang w:val="ca-ES"/>
        </w:rPr>
        <w:t>eines</w:t>
      </w:r>
      <w:r w:rsidR="000362BF" w:rsidRPr="00DB0776">
        <w:rPr>
          <w:rFonts w:cs="Arial"/>
          <w:color w:val="auto"/>
          <w:sz w:val="22"/>
          <w:lang w:val="ca-ES"/>
        </w:rPr>
        <w:t xml:space="preserve"> s'han fet servir per al seu disseny.</w:t>
      </w:r>
    </w:p>
    <w:p w:rsidR="005455A0" w:rsidRPr="00DB0776" w:rsidRDefault="005455A0" w:rsidP="005455A0">
      <w:pPr>
        <w:pStyle w:val="Listaconvietas"/>
        <w:numPr>
          <w:ilvl w:val="0"/>
          <w:numId w:val="0"/>
        </w:numPr>
        <w:spacing w:after="80"/>
        <w:jc w:val="both"/>
        <w:rPr>
          <w:rFonts w:cs="Arial"/>
          <w:color w:val="auto"/>
          <w:sz w:val="22"/>
          <w:lang w:val="ca-ES"/>
        </w:rPr>
      </w:pPr>
    </w:p>
    <w:p w:rsidR="000D73DD" w:rsidRPr="00DB0776" w:rsidRDefault="000362BF" w:rsidP="005455A0">
      <w:pPr>
        <w:spacing w:after="80"/>
        <w:jc w:val="both"/>
        <w:rPr>
          <w:rFonts w:cs="Arial"/>
          <w:color w:val="auto"/>
          <w:sz w:val="22"/>
          <w:lang w:val="ca-ES"/>
        </w:rPr>
      </w:pPr>
      <w:r w:rsidRPr="00DB0776">
        <w:rPr>
          <w:rFonts w:cs="Arial"/>
          <w:color w:val="auto"/>
          <w:sz w:val="22"/>
          <w:lang w:val="ca-ES"/>
        </w:rPr>
        <w:t xml:space="preserve">3. La presentació de la sol·licitud de participació pressuposarà l'acceptació incondicional per part de les persones concursants del contingut de totes les clàusules </w:t>
      </w:r>
      <w:r w:rsidRPr="00DB0776">
        <w:rPr>
          <w:rFonts w:cs="Arial"/>
          <w:color w:val="auto"/>
          <w:sz w:val="22"/>
          <w:lang w:val="ca-ES"/>
        </w:rPr>
        <w:t>d'aquestes bases. En tot cas, la presentació de propostes serà gratuïta.</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El fet de presentar la sol·licitud implica l'acceptació de les comunicacions, previstes en aquesta convocatòria per part de l'administració, al correu electrònic que necessàriament ha</w:t>
      </w:r>
      <w:r w:rsidRPr="00DB0776">
        <w:rPr>
          <w:rFonts w:cs="Arial"/>
          <w:color w:val="auto"/>
          <w:sz w:val="22"/>
          <w:lang w:val="ca-ES"/>
        </w:rPr>
        <w:t xml:space="preserve"> d'indicar la persona sol·licitant.</w:t>
      </w:r>
    </w:p>
    <w:p w:rsidR="005455A0" w:rsidRPr="00DB0776" w:rsidRDefault="005455A0" w:rsidP="005455A0">
      <w:pPr>
        <w:spacing w:after="80"/>
        <w:jc w:val="both"/>
        <w:rPr>
          <w:rFonts w:cs="Arial"/>
          <w:color w:val="auto"/>
          <w:sz w:val="22"/>
          <w:lang w:val="ca-ES"/>
        </w:rPr>
      </w:pPr>
    </w:p>
    <w:p w:rsidR="000D73DD" w:rsidRPr="00DB0776" w:rsidRDefault="000362BF" w:rsidP="005455A0">
      <w:pPr>
        <w:spacing w:before="160" w:after="80"/>
        <w:jc w:val="both"/>
        <w:rPr>
          <w:rFonts w:cs="Arial"/>
          <w:color w:val="auto"/>
          <w:sz w:val="22"/>
          <w:lang w:val="ca-ES"/>
        </w:rPr>
      </w:pPr>
      <w:r w:rsidRPr="00DB0776">
        <w:rPr>
          <w:rFonts w:cs="Arial"/>
          <w:b/>
          <w:color w:val="auto"/>
          <w:sz w:val="22"/>
          <w:lang w:val="ca-ES"/>
        </w:rPr>
        <w:t>6. MODALITAT DEL CARTELL I DE PARTICIPACIÓ</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Cada sol·licitant només podrà presentar un disseny per convocatòria. El tema del cartell ha d'estar relacionat amb l'objecte del concurs, amb referències al municipi, la seva id</w:t>
      </w:r>
      <w:r w:rsidRPr="00DB0776">
        <w:rPr>
          <w:rFonts w:cs="Arial"/>
          <w:color w:val="auto"/>
          <w:sz w:val="22"/>
          <w:lang w:val="ca-ES"/>
        </w:rPr>
        <w:t>entitat, el patrimoni local o la Festa Major.</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 xml:space="preserve">El cartell ha de tenir elements que es puguin extreure, si s'escau, per fer el disseny d'altres elements promocionals. Les </w:t>
      </w:r>
      <w:r w:rsidRPr="00DB0776">
        <w:rPr>
          <w:rFonts w:cs="Arial"/>
          <w:b/>
          <w:color w:val="auto"/>
          <w:sz w:val="22"/>
          <w:lang w:val="ca-ES"/>
        </w:rPr>
        <w:t>adaptacions del disseny</w:t>
      </w:r>
      <w:r w:rsidRPr="00DB0776">
        <w:rPr>
          <w:rFonts w:cs="Arial"/>
          <w:color w:val="auto"/>
          <w:sz w:val="22"/>
          <w:lang w:val="ca-ES"/>
        </w:rPr>
        <w:t xml:space="preserve"> a les diferents peces, formats i suports de comunicació municip</w:t>
      </w:r>
      <w:r w:rsidRPr="00DB0776">
        <w:rPr>
          <w:rFonts w:cs="Arial"/>
          <w:color w:val="auto"/>
          <w:sz w:val="22"/>
          <w:lang w:val="ca-ES"/>
        </w:rPr>
        <w:t>als (xarxes socials, pantalles digitals, anuncis, lones, etc.) les haurà de fer la persona guanyadora a petició de l'Ajuntament un cop resolt el concurs. En qualsevol cas, el guanyador es compromet en temps i forma a fer les modificacions necessàries per f</w:t>
      </w:r>
      <w:r w:rsidRPr="00DB0776">
        <w:rPr>
          <w:rFonts w:cs="Arial"/>
          <w:color w:val="auto"/>
          <w:sz w:val="22"/>
          <w:lang w:val="ca-ES"/>
        </w:rPr>
        <w:t>acilitar la reproducció en els suports i les mides que sigui necessari del conjunt.</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lastRenderedPageBreak/>
        <w:t xml:space="preserve">El disseny es pot elaborar en qualsevol estil o tècnica, sempre que sigui apte per a la seva reproducció mitjançant quadricromia i que pugui tenir una bona aplicació tant </w:t>
      </w:r>
      <w:r w:rsidRPr="00DB0776">
        <w:rPr>
          <w:rFonts w:cs="Arial"/>
          <w:color w:val="auto"/>
          <w:sz w:val="22"/>
          <w:lang w:val="ca-ES"/>
        </w:rPr>
        <w:t>en format paper com en digital. Per aquest motiu, no seran admeses tintes metal·litzades ni fluorescents ni tampoc parts que sobresurtin, com relleus o volums enganxats.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El cartell s'haurà de lliurar en format digital, mida DIN-A2 (tant en vertical com una</w:t>
      </w:r>
      <w:r w:rsidRPr="00DB0776">
        <w:rPr>
          <w:rFonts w:cs="Arial"/>
          <w:color w:val="auto"/>
          <w:sz w:val="22"/>
          <w:lang w:val="ca-ES"/>
        </w:rPr>
        <w:t xml:space="preserve"> adaptació en horitzontal amb una relació d'aspecte de 3:1), amb resolució de 300 ppp, vectoritzat i empaquetat amb les fonts i enllaços utilitzats. L'arxiu haurà de lliurar-se en un </w:t>
      </w:r>
      <w:r w:rsidRPr="00DB0776">
        <w:rPr>
          <w:rFonts w:cs="Arial"/>
          <w:b/>
          <w:color w:val="auto"/>
          <w:sz w:val="22"/>
          <w:lang w:val="ca-ES"/>
        </w:rPr>
        <w:t>suport digital</w:t>
      </w:r>
      <w:r w:rsidRPr="00DB0776">
        <w:rPr>
          <w:rFonts w:cs="Arial"/>
          <w:color w:val="auto"/>
          <w:sz w:val="22"/>
          <w:lang w:val="ca-ES"/>
        </w:rPr>
        <w:t xml:space="preserve"> (llapis de memòria, CD o similar). També caldrà una </w:t>
      </w:r>
      <w:r w:rsidRPr="00DB0776">
        <w:rPr>
          <w:rFonts w:cs="Arial"/>
          <w:b/>
          <w:color w:val="auto"/>
          <w:sz w:val="22"/>
          <w:lang w:val="ca-ES"/>
        </w:rPr>
        <w:t xml:space="preserve">còpia </w:t>
      </w:r>
      <w:r w:rsidRPr="00DB0776">
        <w:rPr>
          <w:rFonts w:cs="Arial"/>
          <w:b/>
          <w:color w:val="auto"/>
          <w:sz w:val="22"/>
          <w:lang w:val="ca-ES"/>
        </w:rPr>
        <w:t>impresa</w:t>
      </w:r>
      <w:r w:rsidRPr="00DB0776">
        <w:rPr>
          <w:rFonts w:cs="Arial"/>
          <w:color w:val="auto"/>
          <w:sz w:val="22"/>
          <w:lang w:val="ca-ES"/>
        </w:rPr>
        <w:t xml:space="preserve"> en mida DINA3 vertical en un suport rígid, tipus cartó ploma o </w:t>
      </w:r>
      <w:proofErr w:type="spellStart"/>
      <w:r w:rsidRPr="00DB0776">
        <w:rPr>
          <w:rFonts w:cs="Arial"/>
          <w:color w:val="auto"/>
          <w:sz w:val="22"/>
          <w:lang w:val="ca-ES"/>
        </w:rPr>
        <w:t>foam</w:t>
      </w:r>
      <w:proofErr w:type="spellEnd"/>
      <w:r w:rsidRPr="00DB0776">
        <w:rPr>
          <w:rFonts w:cs="Arial"/>
          <w:color w:val="auto"/>
          <w:sz w:val="22"/>
          <w:lang w:val="ca-ES"/>
        </w:rPr>
        <w:t xml:space="preserve">, que haurà d'anar dins d'un sobre tancat en blanc o d'un embolcall tancat sense noms, que serà identificat amb el número de registre de la sol·licitud. Tot aquest material s'haurà </w:t>
      </w:r>
      <w:r w:rsidRPr="00DB0776">
        <w:rPr>
          <w:rFonts w:cs="Arial"/>
          <w:color w:val="auto"/>
          <w:sz w:val="22"/>
          <w:lang w:val="ca-ES"/>
        </w:rPr>
        <w:t>de presentar personalment a l'Oficina d'Atenció Ciutadana.</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 xml:space="preserve">El cartell presentat no podrà dur la signatura de l'artista ni cap element </w:t>
      </w:r>
      <w:proofErr w:type="spellStart"/>
      <w:r w:rsidRPr="00DB0776">
        <w:rPr>
          <w:rFonts w:cs="Arial"/>
          <w:color w:val="auto"/>
          <w:sz w:val="22"/>
          <w:lang w:val="ca-ES"/>
        </w:rPr>
        <w:t>identificatiu</w:t>
      </w:r>
      <w:proofErr w:type="spellEnd"/>
      <w:r w:rsidRPr="00DB0776">
        <w:rPr>
          <w:rFonts w:cs="Arial"/>
          <w:color w:val="auto"/>
          <w:sz w:val="22"/>
          <w:lang w:val="ca-ES"/>
        </w:rPr>
        <w:t xml:space="preserve"> de l'autoria.</w:t>
      </w:r>
    </w:p>
    <w:p w:rsidR="00F93C31" w:rsidRPr="00DB0776" w:rsidRDefault="00F93C31" w:rsidP="005455A0">
      <w:pPr>
        <w:spacing w:after="80"/>
        <w:jc w:val="both"/>
        <w:rPr>
          <w:rFonts w:cs="Arial"/>
          <w:color w:val="auto"/>
          <w:sz w:val="22"/>
          <w:lang w:val="ca-ES"/>
        </w:rPr>
      </w:pPr>
    </w:p>
    <w:p w:rsidR="000D73DD" w:rsidRPr="00DB0776" w:rsidRDefault="000362BF" w:rsidP="005455A0">
      <w:pPr>
        <w:spacing w:before="160" w:after="80"/>
        <w:jc w:val="both"/>
        <w:rPr>
          <w:rFonts w:cs="Arial"/>
          <w:color w:val="auto"/>
          <w:sz w:val="22"/>
          <w:lang w:val="ca-ES"/>
        </w:rPr>
      </w:pPr>
      <w:r w:rsidRPr="00DB0776">
        <w:rPr>
          <w:rFonts w:cs="Arial"/>
          <w:b/>
          <w:color w:val="auto"/>
          <w:sz w:val="22"/>
          <w:lang w:val="ca-ES"/>
        </w:rPr>
        <w:t>7. TERMINI I LLOC DE PRESENTACIÓ DE LA SOL·LICITUD</w:t>
      </w:r>
    </w:p>
    <w:p w:rsidR="00F93C31" w:rsidRPr="00DB0776" w:rsidRDefault="000362BF" w:rsidP="005455A0">
      <w:pPr>
        <w:spacing w:after="80"/>
        <w:jc w:val="both"/>
        <w:rPr>
          <w:rFonts w:cs="Arial"/>
          <w:color w:val="auto"/>
          <w:sz w:val="22"/>
          <w:lang w:val="ca-ES"/>
        </w:rPr>
      </w:pPr>
      <w:r w:rsidRPr="00DB0776">
        <w:rPr>
          <w:rFonts w:cs="Arial"/>
          <w:color w:val="auto"/>
          <w:sz w:val="22"/>
          <w:lang w:val="ca-ES"/>
        </w:rPr>
        <w:t>Es poden presentar les sol·licituds fins al</w:t>
      </w:r>
      <w:r w:rsidRPr="00DB0776">
        <w:rPr>
          <w:rFonts w:cs="Arial"/>
          <w:color w:val="auto"/>
          <w:sz w:val="22"/>
          <w:lang w:val="ca-ES"/>
        </w:rPr>
        <w:t xml:space="preserve"> dia </w:t>
      </w:r>
      <w:r w:rsidRPr="00DB0776">
        <w:rPr>
          <w:rFonts w:cs="Arial"/>
          <w:b/>
          <w:color w:val="auto"/>
          <w:sz w:val="22"/>
          <w:u w:val="single"/>
          <w:lang w:val="ca-ES"/>
        </w:rPr>
        <w:t>1 de juny de 2026 a les 14 hores</w:t>
      </w:r>
      <w:r w:rsidR="00F93C31" w:rsidRPr="00DB0776">
        <w:rPr>
          <w:rFonts w:cs="Arial"/>
          <w:b/>
          <w:color w:val="auto"/>
          <w:sz w:val="22"/>
          <w:u w:val="single"/>
          <w:lang w:val="ca-ES"/>
        </w:rPr>
        <w:t>.</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Qualsevol sol·licitud presentada fora del termini establert no serà admesa a tràmit.</w:t>
      </w:r>
    </w:p>
    <w:p w:rsidR="00F93C31" w:rsidRPr="00DB0776" w:rsidRDefault="00F93C31" w:rsidP="005455A0">
      <w:pPr>
        <w:spacing w:after="80"/>
        <w:jc w:val="both"/>
        <w:rPr>
          <w:rFonts w:cs="Arial"/>
          <w:color w:val="auto"/>
          <w:sz w:val="22"/>
          <w:lang w:val="ca-ES"/>
        </w:rPr>
      </w:pPr>
    </w:p>
    <w:p w:rsidR="000D73DD" w:rsidRPr="00DB0776" w:rsidRDefault="000362BF" w:rsidP="005455A0">
      <w:pPr>
        <w:spacing w:before="160" w:after="80"/>
        <w:jc w:val="both"/>
        <w:rPr>
          <w:rFonts w:cs="Arial"/>
          <w:color w:val="auto"/>
          <w:sz w:val="22"/>
          <w:lang w:val="ca-ES"/>
        </w:rPr>
      </w:pPr>
      <w:r w:rsidRPr="00DB0776">
        <w:rPr>
          <w:rFonts w:cs="Arial"/>
          <w:b/>
          <w:color w:val="auto"/>
          <w:sz w:val="22"/>
          <w:lang w:val="ca-ES"/>
        </w:rPr>
        <w:t>8. CRITERIS DE VALORACIÓ</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El jurat tindrà en compte els criteris de valoració següents: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1. Creativitat: valoració de la qualitat artís</w:t>
      </w:r>
      <w:r w:rsidRPr="00DB0776">
        <w:rPr>
          <w:rFonts w:cs="Arial"/>
          <w:color w:val="auto"/>
          <w:sz w:val="22"/>
          <w:lang w:val="ca-ES"/>
        </w:rPr>
        <w:t>tica i tècnica de la proposta gràfica (imatges o il·lustracions, elements tipogràfics, estil, composició i coherència estètica, utilització del color, etc.). De 0 a 5 punts.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2. Innovació en el disseny i en els elements emprats: De 0 a 5 punts.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3. Originali</w:t>
      </w:r>
      <w:r w:rsidRPr="00DB0776">
        <w:rPr>
          <w:rFonts w:cs="Arial"/>
          <w:color w:val="auto"/>
          <w:sz w:val="22"/>
          <w:lang w:val="ca-ES"/>
        </w:rPr>
        <w:t>tat de l'obra: valoració de la utilització dels elements gràfics de forma original, innovadora i creativa. De 0 a 5 punts.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4. Referències al municipi de Cervelló: si l'obra conté motius o imatges que puguin associar-se al municipi, al patrimoni local, a la</w:t>
      </w:r>
      <w:r w:rsidRPr="00DB0776">
        <w:rPr>
          <w:rFonts w:cs="Arial"/>
          <w:color w:val="auto"/>
          <w:sz w:val="22"/>
          <w:lang w:val="ca-ES"/>
        </w:rPr>
        <w:t xml:space="preserve"> seva història o a la seva actualitat. De 0 a 5 punts.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La puntuació màxima que es pot obtenir serà de 20 punts.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Seran excloses aquelles propostes que continguin missatges ofensius, que fomentin actituds cíviques inadequades o discriminatòries per raó de gè</w:t>
      </w:r>
      <w:r w:rsidRPr="00DB0776">
        <w:rPr>
          <w:rFonts w:cs="Arial"/>
          <w:color w:val="auto"/>
          <w:sz w:val="22"/>
          <w:lang w:val="ca-ES"/>
        </w:rPr>
        <w:t>nere, religió, opinió o altres consideracions ideològiques.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El jurat estarà format per cinc persones representants de la comunicació, el disseny, la cultura i el patrimoni local, que seran designats pel Gabinet d'Alcaldia de forma prèvia al concurs.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Són fu</w:t>
      </w:r>
      <w:r w:rsidRPr="00DB0776">
        <w:rPr>
          <w:rFonts w:cs="Arial"/>
          <w:color w:val="auto"/>
          <w:sz w:val="22"/>
          <w:lang w:val="ca-ES"/>
        </w:rPr>
        <w:t>ncions del jurat:</w:t>
      </w:r>
    </w:p>
    <w:p w:rsidR="000D73DD" w:rsidRPr="00DB0776" w:rsidRDefault="00F93C31" w:rsidP="00F93C31">
      <w:pPr>
        <w:pStyle w:val="Listaconvietas"/>
        <w:numPr>
          <w:ilvl w:val="0"/>
          <w:numId w:val="0"/>
        </w:numPr>
        <w:spacing w:after="80"/>
        <w:jc w:val="both"/>
        <w:rPr>
          <w:rFonts w:cs="Arial"/>
          <w:color w:val="auto"/>
          <w:sz w:val="22"/>
          <w:lang w:val="ca-ES"/>
        </w:rPr>
      </w:pPr>
      <w:r w:rsidRPr="00DB0776">
        <w:rPr>
          <w:rFonts w:cs="Arial"/>
          <w:color w:val="auto"/>
          <w:sz w:val="22"/>
          <w:lang w:val="ca-ES"/>
        </w:rPr>
        <w:t xml:space="preserve">- </w:t>
      </w:r>
      <w:r w:rsidR="000362BF" w:rsidRPr="00DB0776">
        <w:rPr>
          <w:rFonts w:cs="Arial"/>
          <w:color w:val="auto"/>
          <w:sz w:val="22"/>
          <w:lang w:val="ca-ES"/>
        </w:rPr>
        <w:t>Reunir-se per valorar i puntuar les obres presentades.</w:t>
      </w:r>
    </w:p>
    <w:p w:rsidR="000D73DD" w:rsidRPr="00DB0776" w:rsidRDefault="00F93C31" w:rsidP="00F93C31">
      <w:pPr>
        <w:pStyle w:val="Listaconvietas"/>
        <w:numPr>
          <w:ilvl w:val="0"/>
          <w:numId w:val="0"/>
        </w:numPr>
        <w:spacing w:after="80"/>
        <w:jc w:val="both"/>
        <w:rPr>
          <w:rFonts w:cs="Arial"/>
          <w:color w:val="auto"/>
          <w:sz w:val="22"/>
          <w:lang w:val="ca-ES"/>
        </w:rPr>
      </w:pPr>
      <w:r w:rsidRPr="00DB0776">
        <w:rPr>
          <w:rFonts w:cs="Arial"/>
          <w:color w:val="auto"/>
          <w:sz w:val="22"/>
          <w:lang w:val="ca-ES"/>
        </w:rPr>
        <w:t xml:space="preserve">- </w:t>
      </w:r>
      <w:r w:rsidR="000362BF" w:rsidRPr="00DB0776">
        <w:rPr>
          <w:rFonts w:cs="Arial"/>
          <w:color w:val="auto"/>
          <w:sz w:val="22"/>
          <w:lang w:val="ca-ES"/>
        </w:rPr>
        <w:t>Decidir quins cartells són admesos al concurs.</w:t>
      </w:r>
    </w:p>
    <w:p w:rsidR="000D73DD" w:rsidRPr="00DB0776" w:rsidRDefault="00F93C31" w:rsidP="00F93C31">
      <w:pPr>
        <w:pStyle w:val="Listaconvietas"/>
        <w:numPr>
          <w:ilvl w:val="0"/>
          <w:numId w:val="0"/>
        </w:numPr>
        <w:spacing w:after="80"/>
        <w:jc w:val="both"/>
        <w:rPr>
          <w:rFonts w:cs="Arial"/>
          <w:color w:val="auto"/>
          <w:sz w:val="22"/>
          <w:lang w:val="ca-ES"/>
        </w:rPr>
      </w:pPr>
      <w:r w:rsidRPr="00DB0776">
        <w:rPr>
          <w:rFonts w:cs="Arial"/>
          <w:color w:val="auto"/>
          <w:sz w:val="22"/>
          <w:lang w:val="ca-ES"/>
        </w:rPr>
        <w:t xml:space="preserve">- </w:t>
      </w:r>
      <w:r w:rsidR="000362BF" w:rsidRPr="00DB0776">
        <w:rPr>
          <w:rFonts w:cs="Arial"/>
          <w:color w:val="auto"/>
          <w:sz w:val="22"/>
          <w:lang w:val="ca-ES"/>
        </w:rPr>
        <w:t>Resoldre qualsevol assumpte relacionat amb els cartells presentats.</w:t>
      </w:r>
    </w:p>
    <w:p w:rsidR="000D73DD" w:rsidRPr="00DB0776" w:rsidRDefault="00F93C31" w:rsidP="00F93C31">
      <w:pPr>
        <w:pStyle w:val="Listaconvietas"/>
        <w:numPr>
          <w:ilvl w:val="0"/>
          <w:numId w:val="0"/>
        </w:numPr>
        <w:spacing w:after="80"/>
        <w:jc w:val="both"/>
        <w:rPr>
          <w:rFonts w:cs="Arial"/>
          <w:color w:val="auto"/>
          <w:sz w:val="22"/>
          <w:lang w:val="ca-ES"/>
        </w:rPr>
      </w:pPr>
      <w:r w:rsidRPr="00DB0776">
        <w:rPr>
          <w:rFonts w:cs="Arial"/>
          <w:color w:val="auto"/>
          <w:sz w:val="22"/>
          <w:lang w:val="ca-ES"/>
        </w:rPr>
        <w:t xml:space="preserve">- </w:t>
      </w:r>
      <w:r w:rsidR="000362BF" w:rsidRPr="00DB0776">
        <w:rPr>
          <w:rFonts w:cs="Arial"/>
          <w:color w:val="auto"/>
          <w:sz w:val="22"/>
          <w:lang w:val="ca-ES"/>
        </w:rPr>
        <w:t>Efectuar la proposta inicial de valoració del cartell a partir de l'</w:t>
      </w:r>
      <w:r w:rsidR="000362BF" w:rsidRPr="00DB0776">
        <w:rPr>
          <w:rFonts w:cs="Arial"/>
          <w:color w:val="auto"/>
          <w:sz w:val="22"/>
          <w:lang w:val="ca-ES"/>
        </w:rPr>
        <w:t>acta de la reunió que reculli les votacions individuals dels cartells presentats. En cas d'empat, la persona que ostenti la presidència del jurat tindrà el vot de qualitat.</w:t>
      </w:r>
    </w:p>
    <w:p w:rsidR="000D73DD" w:rsidRPr="00DB0776" w:rsidRDefault="00F93C31" w:rsidP="00F93C31">
      <w:pPr>
        <w:pStyle w:val="Listaconvietas"/>
        <w:numPr>
          <w:ilvl w:val="0"/>
          <w:numId w:val="0"/>
        </w:numPr>
        <w:spacing w:after="80"/>
        <w:jc w:val="both"/>
        <w:rPr>
          <w:rFonts w:cs="Arial"/>
          <w:color w:val="auto"/>
          <w:sz w:val="22"/>
          <w:lang w:val="ca-ES"/>
        </w:rPr>
      </w:pPr>
      <w:r w:rsidRPr="00DB0776">
        <w:rPr>
          <w:rFonts w:cs="Arial"/>
          <w:color w:val="auto"/>
          <w:sz w:val="22"/>
          <w:lang w:val="ca-ES"/>
        </w:rPr>
        <w:lastRenderedPageBreak/>
        <w:t xml:space="preserve">- </w:t>
      </w:r>
      <w:r w:rsidR="000362BF" w:rsidRPr="00DB0776">
        <w:rPr>
          <w:rFonts w:cs="Arial"/>
          <w:color w:val="auto"/>
          <w:sz w:val="22"/>
          <w:lang w:val="ca-ES"/>
        </w:rPr>
        <w:t xml:space="preserve">El dret de declarar desert el resultat si considera que el nivell de les obres </w:t>
      </w:r>
      <w:r w:rsidR="000362BF" w:rsidRPr="00DB0776">
        <w:rPr>
          <w:rFonts w:cs="Arial"/>
          <w:color w:val="auto"/>
          <w:sz w:val="22"/>
          <w:lang w:val="ca-ES"/>
        </w:rPr>
        <w:t>presentades no es correspon al resultat que es pretén assolir.</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La condició de membre del jurat és incompatible amb la presentació de cap obra a la convocatòria.</w:t>
      </w:r>
    </w:p>
    <w:p w:rsidR="00F93C31" w:rsidRPr="00DB0776" w:rsidRDefault="00F93C31" w:rsidP="005455A0">
      <w:pPr>
        <w:spacing w:after="80"/>
        <w:jc w:val="both"/>
        <w:rPr>
          <w:rFonts w:cs="Arial"/>
          <w:color w:val="auto"/>
          <w:sz w:val="22"/>
          <w:lang w:val="ca-ES"/>
        </w:rPr>
      </w:pPr>
    </w:p>
    <w:p w:rsidR="000D73DD" w:rsidRPr="00DB0776" w:rsidRDefault="000362BF" w:rsidP="005455A0">
      <w:pPr>
        <w:spacing w:before="160" w:after="80"/>
        <w:jc w:val="both"/>
        <w:rPr>
          <w:rFonts w:cs="Arial"/>
          <w:color w:val="auto"/>
          <w:sz w:val="22"/>
          <w:lang w:val="ca-ES"/>
        </w:rPr>
      </w:pPr>
      <w:r w:rsidRPr="00DB0776">
        <w:rPr>
          <w:rFonts w:cs="Arial"/>
          <w:b/>
          <w:color w:val="auto"/>
          <w:sz w:val="22"/>
          <w:lang w:val="ca-ES"/>
        </w:rPr>
        <w:t>9. QUANTIA DEL PREMI</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La quantia del premi que es destina a aquest concurs és de 600 euros en co</w:t>
      </w:r>
      <w:r w:rsidRPr="00DB0776">
        <w:rPr>
          <w:rFonts w:cs="Arial"/>
          <w:color w:val="auto"/>
          <w:sz w:val="22"/>
          <w:lang w:val="ca-ES"/>
        </w:rPr>
        <w:t>ncepte d'adquisició de l'obra premiada i els drets de publicació i d'explotació.</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 xml:space="preserve">El premi s'imputa a l'aplicació pressupostària 11 9200 22602 Comunicació i Imatge del Pressupost General de la corporació per a l'exercici de 2026, pròrroga del Pressupost de </w:t>
      </w:r>
      <w:r w:rsidRPr="00DB0776">
        <w:rPr>
          <w:rFonts w:cs="Arial"/>
          <w:color w:val="auto"/>
          <w:sz w:val="22"/>
          <w:lang w:val="ca-ES"/>
        </w:rPr>
        <w:t>l'exercici 2025 (BOPB de data 2 de gener de 2025).</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 xml:space="preserve">El pagament del premi es farà mitjançant transferència al compte bancari de la persona guanyadora del concurs un cop lliurat tot el material (adaptacions) que demani l'Ajuntament. A tal efecte, la persona </w:t>
      </w:r>
      <w:r w:rsidRPr="00DB0776">
        <w:rPr>
          <w:rFonts w:cs="Arial"/>
          <w:color w:val="auto"/>
          <w:sz w:val="22"/>
          <w:lang w:val="ca-ES"/>
        </w:rPr>
        <w:t>premiada haurà de facilitar a l'Ajuntament les seves dades bancàries mitjançant formulari normalitzat.</w:t>
      </w:r>
    </w:p>
    <w:p w:rsidR="00F93C31" w:rsidRPr="00DB0776" w:rsidRDefault="00F93C31" w:rsidP="005455A0">
      <w:pPr>
        <w:spacing w:after="80"/>
        <w:jc w:val="both"/>
        <w:rPr>
          <w:rFonts w:cs="Arial"/>
          <w:color w:val="auto"/>
          <w:sz w:val="22"/>
          <w:lang w:val="ca-ES"/>
        </w:rPr>
      </w:pPr>
    </w:p>
    <w:p w:rsidR="000D73DD" w:rsidRPr="00DB0776" w:rsidRDefault="000362BF" w:rsidP="005455A0">
      <w:pPr>
        <w:spacing w:before="160" w:after="80"/>
        <w:jc w:val="both"/>
        <w:rPr>
          <w:rFonts w:cs="Arial"/>
          <w:color w:val="auto"/>
          <w:sz w:val="22"/>
          <w:lang w:val="ca-ES"/>
        </w:rPr>
      </w:pPr>
      <w:r w:rsidRPr="00DB0776">
        <w:rPr>
          <w:rFonts w:cs="Arial"/>
          <w:b/>
          <w:color w:val="auto"/>
          <w:sz w:val="22"/>
          <w:lang w:val="ca-ES"/>
        </w:rPr>
        <w:t>10. PROCEDIMENT DE SELECCIÓ DEL CARTELL I D'ATORGAMENT DEL PREMI</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El procediment per a la selecció del cartell guanyador del concurs es tramitarà en règim</w:t>
      </w:r>
      <w:r w:rsidRPr="00DB0776">
        <w:rPr>
          <w:rFonts w:cs="Arial"/>
          <w:color w:val="auto"/>
          <w:sz w:val="22"/>
          <w:lang w:val="ca-ES"/>
        </w:rPr>
        <w:t xml:space="preserve"> de pública concurrència. Per tal de procurar la màxima participació i la diversitat de propostes, la convocatòria es regirà pels principis de publicitat, transparència, concurrència, objectivitat, igualtat, no-discriminació, eficàcia i eficiència.</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La conv</w:t>
      </w:r>
      <w:r w:rsidRPr="00DB0776">
        <w:rPr>
          <w:rFonts w:cs="Arial"/>
          <w:color w:val="auto"/>
          <w:sz w:val="22"/>
          <w:lang w:val="ca-ES"/>
        </w:rPr>
        <w:t>ocatòria del concurs, així com la seva resolució, es publicarà en els mitjans i xarxes socials municipals.</w:t>
      </w:r>
    </w:p>
    <w:p w:rsidR="00F93C31" w:rsidRPr="00DB0776" w:rsidRDefault="00F93C31" w:rsidP="005455A0">
      <w:pPr>
        <w:spacing w:after="80"/>
        <w:jc w:val="both"/>
        <w:rPr>
          <w:rFonts w:cs="Arial"/>
          <w:color w:val="auto"/>
          <w:sz w:val="22"/>
          <w:lang w:val="ca-ES"/>
        </w:rPr>
      </w:pPr>
    </w:p>
    <w:p w:rsidR="000D73DD" w:rsidRPr="00DB0776" w:rsidRDefault="000362BF" w:rsidP="005455A0">
      <w:pPr>
        <w:spacing w:before="160" w:after="80"/>
        <w:jc w:val="both"/>
        <w:rPr>
          <w:rFonts w:cs="Arial"/>
          <w:color w:val="auto"/>
          <w:sz w:val="22"/>
          <w:lang w:val="ca-ES"/>
        </w:rPr>
      </w:pPr>
      <w:r w:rsidRPr="00DB0776">
        <w:rPr>
          <w:rFonts w:cs="Arial"/>
          <w:b/>
          <w:color w:val="auto"/>
          <w:sz w:val="22"/>
          <w:lang w:val="ca-ES"/>
        </w:rPr>
        <w:t>11. RESOLUCIÓ DEL CONCURS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 xml:space="preserve">El jurat valorarà els cartells presentats de conformitat amb els criteris establerts i resultarà guanyador el cartell que </w:t>
      </w:r>
      <w:r w:rsidRPr="00DB0776">
        <w:rPr>
          <w:rFonts w:cs="Arial"/>
          <w:color w:val="auto"/>
          <w:sz w:val="22"/>
          <w:lang w:val="ca-ES"/>
        </w:rPr>
        <w:t>obtingui més vots.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Tot seguit, s'elevarà la proposta de resolució del concurs a l'òrgan competent per tal que, si és procedent, l'aprovi. La resolució d'atorgament del premi a la guanyadora del concurs es farà pública a través dels mitjans i xarxes municip</w:t>
      </w:r>
      <w:r w:rsidRPr="00DB0776">
        <w:rPr>
          <w:rFonts w:cs="Arial"/>
          <w:color w:val="auto"/>
          <w:sz w:val="22"/>
          <w:lang w:val="ca-ES"/>
        </w:rPr>
        <w:t>als, a més de notificar-li personalment.</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 xml:space="preserve">En el cas que la persona seleccionada </w:t>
      </w:r>
      <w:proofErr w:type="spellStart"/>
      <w:r w:rsidRPr="00DB0776">
        <w:rPr>
          <w:rFonts w:cs="Arial"/>
          <w:color w:val="auto"/>
          <w:sz w:val="22"/>
          <w:lang w:val="ca-ES"/>
        </w:rPr>
        <w:t>renuncii</w:t>
      </w:r>
      <w:proofErr w:type="spellEnd"/>
      <w:r w:rsidRPr="00DB0776">
        <w:rPr>
          <w:rFonts w:cs="Arial"/>
          <w:color w:val="auto"/>
          <w:sz w:val="22"/>
          <w:lang w:val="ca-ES"/>
        </w:rPr>
        <w:t xml:space="preserve"> a participar en el concurs i a presentar el seu cartell per a la promoció de la Festa Major, l'alcaldessa, com a òrgan competent, podrà resoldre a favor de la següent p</w:t>
      </w:r>
      <w:r w:rsidRPr="00DB0776">
        <w:rPr>
          <w:rFonts w:cs="Arial"/>
          <w:color w:val="auto"/>
          <w:sz w:val="22"/>
          <w:lang w:val="ca-ES"/>
        </w:rPr>
        <w:t>roposta que encapçali la llista d'espera en el seu cas aprovada pel jurat, sempre que s'acrediti el compliment dels requisits establerts.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Els participants podran retirar els originals no premiats de l'1 al 15 d'octubre de 2026 a l'Ajuntament de Cervelló. L</w:t>
      </w:r>
      <w:r w:rsidRPr="00DB0776">
        <w:rPr>
          <w:rFonts w:cs="Arial"/>
          <w:color w:val="auto"/>
          <w:sz w:val="22"/>
          <w:lang w:val="ca-ES"/>
        </w:rPr>
        <w:t>'Ajuntament no es fa responsable de les obres no retirades en aquest termini i s'entén que l'autor renuncia als drets sobre la seva propietat i tot el material lliurat.</w:t>
      </w:r>
    </w:p>
    <w:p w:rsidR="00F93C31" w:rsidRDefault="00F93C31" w:rsidP="005455A0">
      <w:pPr>
        <w:spacing w:before="160" w:after="80"/>
        <w:jc w:val="both"/>
        <w:rPr>
          <w:rFonts w:cs="Arial"/>
          <w:b/>
          <w:color w:val="auto"/>
          <w:sz w:val="22"/>
          <w:lang w:val="ca-ES"/>
        </w:rPr>
      </w:pPr>
    </w:p>
    <w:p w:rsidR="00DB0776" w:rsidRPr="00DB0776" w:rsidRDefault="00DB0776" w:rsidP="005455A0">
      <w:pPr>
        <w:spacing w:before="160" w:after="80"/>
        <w:jc w:val="both"/>
        <w:rPr>
          <w:rFonts w:cs="Arial"/>
          <w:b/>
          <w:color w:val="auto"/>
          <w:sz w:val="22"/>
          <w:lang w:val="ca-ES"/>
        </w:rPr>
      </w:pPr>
    </w:p>
    <w:p w:rsidR="000D73DD" w:rsidRPr="00DB0776" w:rsidRDefault="000362BF" w:rsidP="005455A0">
      <w:pPr>
        <w:spacing w:before="160" w:after="80"/>
        <w:jc w:val="both"/>
        <w:rPr>
          <w:rFonts w:cs="Arial"/>
          <w:color w:val="auto"/>
          <w:sz w:val="22"/>
          <w:lang w:val="ca-ES"/>
        </w:rPr>
      </w:pPr>
      <w:r w:rsidRPr="00DB0776">
        <w:rPr>
          <w:rFonts w:cs="Arial"/>
          <w:b/>
          <w:color w:val="auto"/>
          <w:sz w:val="22"/>
          <w:lang w:val="ca-ES"/>
        </w:rPr>
        <w:lastRenderedPageBreak/>
        <w:t>12. DRETS DE PROPIETAT INTEL·LECTUAL I D'IMATGE</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Les persones participants assumeixen l'</w:t>
      </w:r>
      <w:r w:rsidRPr="00DB0776">
        <w:rPr>
          <w:rFonts w:cs="Arial"/>
          <w:color w:val="auto"/>
          <w:sz w:val="22"/>
          <w:lang w:val="ca-ES"/>
        </w:rPr>
        <w:t>autoria i originalitat de les seves obres i es comprometen a no presentar materials ni imatges sobre els que no tinguin drets d'ús degudament acreditats. L'organització no es fa responsable de l'ús inadequat dels drets de la propietat intel·lectual per par</w:t>
      </w:r>
      <w:r w:rsidRPr="00DB0776">
        <w:rPr>
          <w:rFonts w:cs="Arial"/>
          <w:color w:val="auto"/>
          <w:sz w:val="22"/>
          <w:lang w:val="ca-ES"/>
        </w:rPr>
        <w:t>t dels autors i autores de les obres.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Les/els participants garanteixen, amb total indemnitat per a l'administració convocant d'aquest premi, el caràcter inèdit a tot el món de l'obra presentada al concurs, així com la seva titularitat en exclusiva sense ca</w:t>
      </w:r>
      <w:r w:rsidRPr="00DB0776">
        <w:rPr>
          <w:rFonts w:cs="Arial"/>
          <w:color w:val="auto"/>
          <w:sz w:val="22"/>
          <w:lang w:val="ca-ES"/>
        </w:rPr>
        <w:t>p càrrega ni limitació de tots els drets d'explotació sobre l'obra.</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La propietat intel·lectual de les obres presentades és dels seus autors/autores. No obstant això, amb la presentació de les obres al concurs de cartells, s'entén que l'autor/autora autorit</w:t>
      </w:r>
      <w:r w:rsidRPr="00DB0776">
        <w:rPr>
          <w:rFonts w:cs="Arial"/>
          <w:color w:val="auto"/>
          <w:sz w:val="22"/>
          <w:lang w:val="ca-ES"/>
        </w:rPr>
        <w:t xml:space="preserve">za a l'Ajuntament de Cervelló a la seva reproducció, distribució i comunicació pública, total o parcial, mitjançant diversos formats i plataformes, sempre que aquestes emissions no tinguin un objectiu comercial i siguin dirigides a la difusió del concurs, </w:t>
      </w:r>
      <w:r w:rsidRPr="00DB0776">
        <w:rPr>
          <w:rFonts w:cs="Arial"/>
          <w:color w:val="auto"/>
          <w:sz w:val="22"/>
          <w:lang w:val="ca-ES"/>
        </w:rPr>
        <w:t>a la promoció dels autors/autores participants i a la promoció de l'art i la cultura. Aquesta cessió d'ús es fa gratuïtament, sense límit de temps. A més, les/els concursants eximeixen a l'administració convocant d'aquest premi de qualsevol responsabilitat</w:t>
      </w:r>
      <w:r w:rsidRPr="00DB0776">
        <w:rPr>
          <w:rFonts w:cs="Arial"/>
          <w:color w:val="auto"/>
          <w:sz w:val="22"/>
          <w:lang w:val="ca-ES"/>
        </w:rPr>
        <w:t xml:space="preserve"> derivada dels continguts i de l'ús que terceres persones facin de les obres.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En cas d'ús de fotografies, s'ha de comptar amb el consentiment explícit d'ús d'imatge de totes les persones que surten a la fotografia, segons determina la Llei orgànica 3/2018,</w:t>
      </w:r>
      <w:r w:rsidRPr="00DB0776">
        <w:rPr>
          <w:rFonts w:cs="Arial"/>
          <w:color w:val="auto"/>
          <w:sz w:val="22"/>
          <w:lang w:val="ca-ES"/>
        </w:rPr>
        <w:t xml:space="preserve"> de 5 de desembre, de protecció de dades personals i garantia dels drets digitals. La persona sol·licitant haurà de disposar del document acreditatiu del consentiment de les persones que surtin a les imatges utilitzades.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No s'acceptaran cartells en què una</w:t>
      </w:r>
      <w:r w:rsidRPr="00DB0776">
        <w:rPr>
          <w:rFonts w:cs="Arial"/>
          <w:color w:val="auto"/>
          <w:sz w:val="22"/>
          <w:lang w:val="ca-ES"/>
        </w:rPr>
        <w:t xml:space="preserve"> part o tot el contingut sigui plagiat, amb drets d'autor o sense. El material ha de ser original de creació pròpia, i s'haurà d'acreditar mitjançant la declaració jurada.</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L'autor/a es compromet a cedir tots els elements individualment, amb la resolució op</w:t>
      </w:r>
      <w:r w:rsidRPr="00DB0776">
        <w:rPr>
          <w:rFonts w:cs="Arial"/>
          <w:color w:val="auto"/>
          <w:sz w:val="22"/>
          <w:lang w:val="ca-ES"/>
        </w:rPr>
        <w:t>ortuna, en cas que no estiguin correctament enregistrats en el suport digital lliurat.</w:t>
      </w:r>
    </w:p>
    <w:p w:rsidR="00F93C31" w:rsidRPr="00DB0776" w:rsidRDefault="00F93C31" w:rsidP="005455A0">
      <w:pPr>
        <w:spacing w:after="80"/>
        <w:jc w:val="both"/>
        <w:rPr>
          <w:rFonts w:cs="Arial"/>
          <w:color w:val="auto"/>
          <w:sz w:val="22"/>
          <w:lang w:val="ca-ES"/>
        </w:rPr>
      </w:pPr>
    </w:p>
    <w:p w:rsidR="000D73DD" w:rsidRPr="00DB0776" w:rsidRDefault="000362BF" w:rsidP="005455A0">
      <w:pPr>
        <w:spacing w:before="160" w:after="80"/>
        <w:jc w:val="both"/>
        <w:rPr>
          <w:rFonts w:cs="Arial"/>
          <w:color w:val="auto"/>
          <w:sz w:val="22"/>
          <w:lang w:val="ca-ES"/>
        </w:rPr>
      </w:pPr>
      <w:r w:rsidRPr="00DB0776">
        <w:rPr>
          <w:rFonts w:cs="Arial"/>
          <w:b/>
          <w:color w:val="auto"/>
          <w:sz w:val="22"/>
          <w:lang w:val="ca-ES"/>
        </w:rPr>
        <w:t>13. PROTECCIÓ DE DADES DE CARÀCTER PERSONAL</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1. De conformitat amb la Llei orgànica 3/2018, de 5 de desembre, de protecció de dades personals i garantia dels drets digita</w:t>
      </w:r>
      <w:r w:rsidRPr="00DB0776">
        <w:rPr>
          <w:rFonts w:cs="Arial"/>
          <w:color w:val="auto"/>
          <w:sz w:val="22"/>
          <w:lang w:val="ca-ES"/>
        </w:rPr>
        <w:t>ls, d'acord amb el Reglament (UE) 2016/679 del Parlament Europeu i el Consell, de 27 d'abril de 2016, relatiu a la protecció de les persones físiques quant al tractament de dades personals i a la lliure circulació d'aquestes dades i pel qual es deroga la D</w:t>
      </w:r>
      <w:r w:rsidRPr="00DB0776">
        <w:rPr>
          <w:rFonts w:cs="Arial"/>
          <w:color w:val="auto"/>
          <w:sz w:val="22"/>
          <w:lang w:val="ca-ES"/>
        </w:rPr>
        <w:t>irectiva 95/46/CE (Reglament general de protecció de dades) (DOUE 04.05.2016), es posa de manifest que la informació facilitada per les participants en el concurs serà tractada de conformitat amb la informació continguda en el registre d'activitats de trac</w:t>
      </w:r>
      <w:r w:rsidRPr="00DB0776">
        <w:rPr>
          <w:rFonts w:cs="Arial"/>
          <w:color w:val="auto"/>
          <w:sz w:val="22"/>
          <w:lang w:val="ca-ES"/>
        </w:rPr>
        <w:t xml:space="preserve">tament. Aquestes dades seran tractades amb la finalitat de gestionar i tramitar la convocatòria d'acord amb els principis de seguretat i confidencialitat que la normativa sobre protecció de dades estableix. La persona guanyadora donarà el seu consentiment </w:t>
      </w:r>
      <w:r w:rsidRPr="00DB0776">
        <w:rPr>
          <w:rFonts w:cs="Arial"/>
          <w:color w:val="auto"/>
          <w:sz w:val="22"/>
          <w:lang w:val="ca-ES"/>
        </w:rPr>
        <w:t>a la captació, la reproducció o publicació de la seva imatge i el seu nom per fer difusió en els mitjans i suports municipals sobre el desenllaç del concurs.</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lastRenderedPageBreak/>
        <w:t>2. Les persones interessades podran exercir davant de l'Ajuntament de Cervelló els seus drets d'ac</w:t>
      </w:r>
      <w:r w:rsidRPr="00DB0776">
        <w:rPr>
          <w:rFonts w:cs="Arial"/>
          <w:color w:val="auto"/>
          <w:sz w:val="22"/>
          <w:lang w:val="ca-ES"/>
        </w:rPr>
        <w:t>cés, rectificació, cancel·lació i oposició en relació amb les dades del fitxer mitjançant escrit lliurat al Registre General un cop finalitzi la tramitació.</w:t>
      </w:r>
    </w:p>
    <w:p w:rsidR="00F93C31" w:rsidRPr="00DB0776" w:rsidRDefault="00F93C31" w:rsidP="005455A0">
      <w:pPr>
        <w:spacing w:after="80"/>
        <w:jc w:val="both"/>
        <w:rPr>
          <w:rFonts w:cs="Arial"/>
          <w:color w:val="auto"/>
          <w:sz w:val="22"/>
          <w:lang w:val="ca-ES"/>
        </w:rPr>
      </w:pPr>
    </w:p>
    <w:p w:rsidR="000D73DD" w:rsidRPr="00DB0776" w:rsidRDefault="000362BF" w:rsidP="005455A0">
      <w:pPr>
        <w:spacing w:before="160" w:after="80"/>
        <w:jc w:val="both"/>
        <w:rPr>
          <w:rFonts w:cs="Arial"/>
          <w:color w:val="auto"/>
          <w:sz w:val="22"/>
          <w:lang w:val="ca-ES"/>
        </w:rPr>
      </w:pPr>
      <w:r w:rsidRPr="00DB0776">
        <w:rPr>
          <w:rFonts w:cs="Arial"/>
          <w:b/>
          <w:color w:val="auto"/>
          <w:sz w:val="22"/>
          <w:lang w:val="ca-ES"/>
        </w:rPr>
        <w:t>14. ALTRES DISPOSICIONS: REVOCACIÓ, MODIFICACIÓ, RENÚNCIA I NUL·LITAT</w:t>
      </w:r>
    </w:p>
    <w:p w:rsidR="000D73DD" w:rsidRPr="00DB0776" w:rsidRDefault="000362BF" w:rsidP="005455A0">
      <w:pPr>
        <w:spacing w:after="80"/>
        <w:jc w:val="both"/>
        <w:rPr>
          <w:rFonts w:cs="Arial"/>
          <w:color w:val="auto"/>
          <w:sz w:val="22"/>
          <w:lang w:val="ca-ES"/>
        </w:rPr>
      </w:pPr>
      <w:r w:rsidRPr="00DB0776">
        <w:rPr>
          <w:rFonts w:cs="Arial"/>
          <w:color w:val="auto"/>
          <w:sz w:val="22"/>
          <w:lang w:val="ca-ES"/>
        </w:rPr>
        <w:t>En el supòsit de comprovar qu</w:t>
      </w:r>
      <w:r w:rsidRPr="00DB0776">
        <w:rPr>
          <w:rFonts w:cs="Arial"/>
          <w:color w:val="auto"/>
          <w:sz w:val="22"/>
          <w:lang w:val="ca-ES"/>
        </w:rPr>
        <w:t xml:space="preserve">e la persona premiada no és l'autora de l'obra original presentada a concurs, aquesta queda obligada a retornar la quantia econòmica del premi obtingut, sense perjudici de l'exigència de les responsabilitats que en el seu cas s </w:t>
      </w:r>
      <w:r w:rsidRPr="00DB0776">
        <w:rPr>
          <w:rFonts w:cs="Arial"/>
          <w:color w:val="auto"/>
          <w:sz w:val="22"/>
          <w:lang w:val="ca-ES"/>
        </w:rPr>
        <w:t>s</w:t>
      </w:r>
      <w:r w:rsidR="007361A9" w:rsidRPr="00DB0776">
        <w:rPr>
          <w:rFonts w:cs="Arial"/>
          <w:color w:val="auto"/>
          <w:sz w:val="22"/>
          <w:lang w:val="ca-ES"/>
        </w:rPr>
        <w:t>’escaiguin</w:t>
      </w:r>
      <w:r w:rsidRPr="00DB0776">
        <w:rPr>
          <w:rFonts w:cs="Arial"/>
          <w:color w:val="auto"/>
          <w:sz w:val="22"/>
          <w:lang w:val="ca-ES"/>
        </w:rPr>
        <w:t>.</w:t>
      </w:r>
    </w:p>
    <w:p w:rsidR="000D73DD" w:rsidRPr="00DB0776" w:rsidRDefault="000362BF" w:rsidP="005455A0">
      <w:pPr>
        <w:spacing w:after="80"/>
        <w:jc w:val="both"/>
        <w:rPr>
          <w:rFonts w:cs="Arial"/>
          <w:sz w:val="22"/>
          <w:lang w:val="ca-ES"/>
        </w:rPr>
      </w:pPr>
      <w:r w:rsidRPr="00DB0776">
        <w:rPr>
          <w:rFonts w:cs="Arial"/>
          <w:color w:val="auto"/>
          <w:sz w:val="22"/>
          <w:lang w:val="ca-ES"/>
        </w:rPr>
        <w:t>Per fer efectiu l'</w:t>
      </w:r>
      <w:r w:rsidRPr="00DB0776">
        <w:rPr>
          <w:rFonts w:cs="Arial"/>
          <w:color w:val="auto"/>
          <w:sz w:val="22"/>
          <w:lang w:val="ca-ES"/>
        </w:rPr>
        <w:t xml:space="preserve">import a retornar, al qual s'afegiran els interessos de demora corresponents, es podrà procedir per la via del constrenyiment, si no es retorna el reintegrament de manera </w:t>
      </w:r>
      <w:r w:rsidRPr="00DB0776">
        <w:rPr>
          <w:rFonts w:cs="Arial"/>
          <w:sz w:val="22"/>
          <w:lang w:val="ca-ES"/>
        </w:rPr>
        <w:t>voluntària.</w:t>
      </w:r>
    </w:p>
    <w:sectPr w:rsidR="000D73DD" w:rsidRPr="00DB0776" w:rsidSect="00034616">
      <w:footerReference w:type="default" r:id="rId10"/>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62BF" w:rsidRDefault="000362BF">
      <w:pPr>
        <w:spacing w:after="0" w:line="240" w:lineRule="auto"/>
      </w:pPr>
      <w:r>
        <w:separator/>
      </w:r>
    </w:p>
  </w:endnote>
  <w:endnote w:type="continuationSeparator" w:id="0">
    <w:p w:rsidR="000362BF" w:rsidRDefault="00036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73DD" w:rsidRDefault="000362BF">
    <w:pPr>
      <w:pStyle w:val="Piedepgina"/>
      <w:jc w:val="center"/>
    </w:pPr>
    <w:r>
      <w:rPr>
        <w:color w:val="777777"/>
        <w:sz w:val="17"/>
      </w:rPr>
      <w:t>Ajuntament de Cervelló · Carrer Major núm. 146-148, 08758 Cervelló (Barcelona) · Tel. 936600070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62BF" w:rsidRDefault="000362BF">
      <w:pPr>
        <w:spacing w:after="0" w:line="240" w:lineRule="auto"/>
      </w:pPr>
      <w:r>
        <w:separator/>
      </w:r>
    </w:p>
  </w:footnote>
  <w:footnote w:type="continuationSeparator" w:id="0">
    <w:p w:rsidR="000362BF" w:rsidRDefault="000362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362BF"/>
    <w:rsid w:val="0006063C"/>
    <w:rsid w:val="000D73DD"/>
    <w:rsid w:val="0015074B"/>
    <w:rsid w:val="0029639D"/>
    <w:rsid w:val="00326F90"/>
    <w:rsid w:val="005455A0"/>
    <w:rsid w:val="007361A9"/>
    <w:rsid w:val="00AA1D8D"/>
    <w:rsid w:val="00B47730"/>
    <w:rsid w:val="00CB0664"/>
    <w:rsid w:val="00DB0776"/>
    <w:rsid w:val="00ED0E77"/>
    <w:rsid w:val="00F93C3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79EE19"/>
  <w14:defaultImageDpi w14:val="300"/>
  <w15:docId w15:val="{40B4431D-0631-4DD8-BA64-2E7300558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Arial" w:hAnsi="Arial"/>
      <w:color w:val="333333"/>
      <w:sz w:val="20"/>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ipervnculo">
    <w:name w:val="Hyperlink"/>
    <w:basedOn w:val="Fuentedeprrafopredeter"/>
    <w:uiPriority w:val="99"/>
    <w:unhideWhenUsed/>
    <w:rsid w:val="005455A0"/>
    <w:rPr>
      <w:color w:val="0000FF" w:themeColor="hyperlink"/>
      <w:u w:val="single"/>
    </w:rPr>
  </w:style>
  <w:style w:type="character" w:styleId="Mencinsinresolver">
    <w:name w:val="Unresolved Mention"/>
    <w:basedOn w:val="Fuentedeprrafopredeter"/>
    <w:uiPriority w:val="99"/>
    <w:semiHidden/>
    <w:unhideWhenUsed/>
    <w:rsid w:val="005455A0"/>
    <w:rPr>
      <w:color w:val="605E5C"/>
      <w:shd w:val="clear" w:color="auto" w:fill="E1DFDD"/>
    </w:rPr>
  </w:style>
  <w:style w:type="character" w:styleId="Hipervnculovisitado">
    <w:name w:val="FollowedHyperlink"/>
    <w:basedOn w:val="Fuentedeprrafopredeter"/>
    <w:uiPriority w:val="99"/>
    <w:semiHidden/>
    <w:unhideWhenUsed/>
    <w:rsid w:val="005455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ervello.cat/actualitat/imatge-corporat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A136B-949E-441A-B19F-5354337E2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2140</Words>
  <Characters>12204</Characters>
  <Application>Microsoft Office Word</Application>
  <DocSecurity>0</DocSecurity>
  <Lines>101</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14316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Maria Isabel Gallardo Tocino</cp:lastModifiedBy>
  <cp:revision>5</cp:revision>
  <dcterms:created xsi:type="dcterms:W3CDTF">2013-12-23T23:15:00Z</dcterms:created>
  <dcterms:modified xsi:type="dcterms:W3CDTF">2026-09-04T07:45:00Z</dcterms:modified>
  <cp:category/>
</cp:coreProperties>
</file>