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7E9" w:rsidRDefault="00F73D32">
      <w:pPr>
        <w:jc w:val="center"/>
      </w:pPr>
      <w:bookmarkStart w:id="0" w:name="_GoBack"/>
      <w:bookmarkEnd w:id="0"/>
      <w:r>
        <w:rPr>
          <w:b/>
          <w:sz w:val="28"/>
        </w:rPr>
        <w:t>ANEXO VII. MODELO DE CARTEL O IDENTIFICACIÓN DE LA FINANCIACIÓN PROVINCIAL</w:t>
      </w:r>
    </w:p>
    <w:p w:rsidR="00E567E9" w:rsidRDefault="00F73D32">
      <w:pPr>
        <w:jc w:val="center"/>
      </w:pPr>
      <w:r>
        <w:rPr>
          <w:b/>
          <w:sz w:val="18"/>
        </w:rPr>
        <w:t>CONVOCATORIA DE SUBVENCIONES PARA EL FOMENTO Y RECUPERACIÓN DE ESPECIES CINEGÉTICAS DE CAZA MENOR EN COTOS SOCIALES DE LA PROVINCIA DE CÁCERES</w:t>
      </w:r>
    </w:p>
    <w:p w:rsidR="00E567E9" w:rsidRDefault="00F73D32">
      <w:pPr>
        <w:pStyle w:val="Ttulo1"/>
      </w:pPr>
      <w:r>
        <w:t>1. OBJETO</w:t>
      </w:r>
    </w:p>
    <w:p w:rsidR="00E567E9" w:rsidRDefault="00F73D32">
      <w:r>
        <w:t>El presente anexo establece</w:t>
      </w:r>
      <w:r>
        <w:t xml:space="preserve"> el modelo e instrucciones básicas para hacer constar la financiación concedida por la Diputación Provincial de Cáceres en las actuaciones subvencionadas al amparo de la convocatoria de subvenciones para el fomento y recuperación de especies cinegéticas de</w:t>
      </w:r>
      <w:r>
        <w:t xml:space="preserve"> caza menor en cotos sociales de la provincia de Cáceres.</w:t>
      </w:r>
    </w:p>
    <w:p w:rsidR="00E567E9" w:rsidRDefault="00F73D32">
      <w:r>
        <w:t>Las entidades beneficiarias deberán cumplir las obligaciones de publicidad establecidas en las bases de la convocatoria, en la resolución de concesión y en este anexo.</w:t>
      </w:r>
    </w:p>
    <w:p w:rsidR="00E567E9" w:rsidRDefault="00F73D32">
      <w:pPr>
        <w:pStyle w:val="Ttulo1"/>
      </w:pPr>
      <w:r>
        <w:t>2. CONTENIDO MÍNIMO DEL CARTEL</w:t>
      </w:r>
      <w:r>
        <w:t>, SOPORTE O IDENTIFICACIÓN</w:t>
      </w:r>
    </w:p>
    <w:p w:rsidR="00E567E9" w:rsidRDefault="00F73D32">
      <w:r>
        <w:t>El cartel, soporte o medio de identificación deberá incluir, al menos, la siguiente información: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Referencia a la Diputación Provincial de Cáceres como entidad financiadora.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Denominación de la convocatoria.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Denominación de l</w:t>
      </w:r>
      <w:r>
        <w:rPr>
          <w:sz w:val="18"/>
        </w:rPr>
        <w:t>a actuación o proyecto subvencionado.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Entidad beneficiaria.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Coto social y municipio o municipios en los que se ejecuta la actuación.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Importe de la subvención concedida, cuando así se indique por el órgano gestor.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Logotipos, imagen institucional o e</w:t>
      </w:r>
      <w:r>
        <w:rPr>
          <w:sz w:val="18"/>
        </w:rPr>
        <w:t>lementos gráficos que facilite o autorice la Diputación Provincial de Cáceres.</w:t>
      </w:r>
    </w:p>
    <w:p w:rsidR="00E567E9" w:rsidRDefault="00F73D32">
      <w:pPr>
        <w:pStyle w:val="Ttulo1"/>
      </w:pPr>
      <w:r>
        <w:t>3. TEXTO RECOMENDADO</w:t>
      </w:r>
    </w:p>
    <w:p w:rsidR="00E567E9" w:rsidRDefault="00F73D32">
      <w:r>
        <w:rPr>
          <w:b/>
        </w:rPr>
        <w:t>Texto mínimo recomendado:</w:t>
      </w:r>
    </w:p>
    <w:p w:rsidR="00E567E9" w:rsidRDefault="00F73D32">
      <w:pPr>
        <w:spacing w:before="120" w:after="120"/>
        <w:ind w:left="567" w:right="567"/>
        <w:jc w:val="center"/>
      </w:pPr>
      <w:r>
        <w:rPr>
          <w:b/>
          <w:sz w:val="22"/>
        </w:rPr>
        <w:t>Actuación subvencionada por la Diputación Provincial de Cáceres</w:t>
      </w:r>
      <w:r>
        <w:rPr>
          <w:b/>
          <w:sz w:val="22"/>
        </w:rPr>
        <w:br/>
        <w:t>Convocatoria de subvenciones para el fomento y recuperación de esp</w:t>
      </w:r>
      <w:r>
        <w:rPr>
          <w:b/>
          <w:sz w:val="22"/>
        </w:rPr>
        <w:t>ecies cinegéticas de caza menor en cotos sociales de la provincia de Cáceres</w:t>
      </w:r>
    </w:p>
    <w:p w:rsidR="00E567E9" w:rsidRDefault="00F73D32">
      <w:r>
        <w:t>Cuando el espacio disponible lo permita, se añadirá la denominación concreta del proyecto, entidad beneficiaria, coto social, municipio e importe concedido.</w:t>
      </w:r>
    </w:p>
    <w:p w:rsidR="00E567E9" w:rsidRDefault="00F73D32">
      <w:pPr>
        <w:pStyle w:val="Ttulo1"/>
      </w:pPr>
      <w:r>
        <w:t xml:space="preserve">4. MODELO ORIENTATIVO </w:t>
      </w:r>
      <w:r>
        <w:t>DE CARTEL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88"/>
      </w:tblGrid>
      <w:tr w:rsidR="00E567E9">
        <w:trPr>
          <w:jc w:val="center"/>
        </w:trPr>
        <w:tc>
          <w:tcPr>
            <w:tcW w:w="8788" w:type="dxa"/>
            <w:shd w:val="clear" w:color="auto" w:fill="EDEDED"/>
            <w:vAlign w:val="center"/>
          </w:tcPr>
          <w:p w:rsidR="00E567E9" w:rsidRDefault="00F73D32">
            <w:pPr>
              <w:jc w:val="center"/>
            </w:pPr>
            <w:r>
              <w:rPr>
                <w:b/>
                <w:sz w:val="20"/>
              </w:rPr>
              <w:t>ESPACIO PARA LOGOTIPO / IMAGEN INSTITUCIONAL DE LA DIPUTACIÓN PROVINCIAL DE CÁCERES</w:t>
            </w:r>
          </w:p>
        </w:tc>
      </w:tr>
      <w:tr w:rsidR="00E567E9">
        <w:trPr>
          <w:jc w:val="center"/>
        </w:trPr>
        <w:tc>
          <w:tcPr>
            <w:tcW w:w="8788" w:type="dxa"/>
            <w:shd w:val="clear" w:color="auto" w:fill="D9EAF7"/>
            <w:vAlign w:val="center"/>
          </w:tcPr>
          <w:p w:rsidR="00E567E9" w:rsidRDefault="00F73D32">
            <w:pPr>
              <w:jc w:val="center"/>
            </w:pPr>
            <w:r>
              <w:rPr>
                <w:b/>
                <w:sz w:val="20"/>
              </w:rPr>
              <w:t>ACTUACIÓN SUBVENCIONADA POR LA DIPUTACIÓN PROVINCIAL DE CÁCERES</w:t>
            </w:r>
          </w:p>
        </w:tc>
      </w:tr>
      <w:tr w:rsidR="00E567E9">
        <w:trPr>
          <w:jc w:val="center"/>
        </w:trPr>
        <w:tc>
          <w:tcPr>
            <w:tcW w:w="8788" w:type="dxa"/>
            <w:vAlign w:val="center"/>
          </w:tcPr>
          <w:p w:rsidR="00E567E9" w:rsidRDefault="00F73D32">
            <w:pPr>
              <w:jc w:val="center"/>
            </w:pPr>
            <w:r>
              <w:rPr>
                <w:b/>
                <w:sz w:val="20"/>
              </w:rPr>
              <w:t xml:space="preserve">Convocatoria de subvenciones para el fomento y recuperación de especies cinegéticas de caza </w:t>
            </w:r>
            <w:r>
              <w:rPr>
                <w:b/>
                <w:sz w:val="20"/>
              </w:rPr>
              <w:t>menor en cotos sociales de la provincia de Cáceres</w:t>
            </w:r>
          </w:p>
        </w:tc>
      </w:tr>
      <w:tr w:rsidR="00E567E9">
        <w:trPr>
          <w:jc w:val="center"/>
        </w:trPr>
        <w:tc>
          <w:tcPr>
            <w:tcW w:w="8788" w:type="dxa"/>
            <w:vAlign w:val="center"/>
          </w:tcPr>
          <w:p w:rsidR="00E567E9" w:rsidRDefault="00F73D32">
            <w:r>
              <w:rPr>
                <w:sz w:val="18"/>
              </w:rPr>
              <w:t>Proyecto subvencionado: ________________________________________________</w:t>
            </w:r>
          </w:p>
        </w:tc>
      </w:tr>
      <w:tr w:rsidR="00E567E9">
        <w:trPr>
          <w:jc w:val="center"/>
        </w:trPr>
        <w:tc>
          <w:tcPr>
            <w:tcW w:w="8788" w:type="dxa"/>
            <w:vAlign w:val="center"/>
          </w:tcPr>
          <w:p w:rsidR="00E567E9" w:rsidRDefault="00F73D32">
            <w:r>
              <w:rPr>
                <w:sz w:val="18"/>
              </w:rPr>
              <w:t>Entidad beneficiaria: ___________________________________________________</w:t>
            </w:r>
          </w:p>
        </w:tc>
      </w:tr>
      <w:tr w:rsidR="00E567E9">
        <w:trPr>
          <w:jc w:val="center"/>
        </w:trPr>
        <w:tc>
          <w:tcPr>
            <w:tcW w:w="8788" w:type="dxa"/>
            <w:vAlign w:val="center"/>
          </w:tcPr>
          <w:p w:rsidR="00E567E9" w:rsidRDefault="00F73D32">
            <w:r>
              <w:rPr>
                <w:sz w:val="18"/>
              </w:rPr>
              <w:t>Coto social: ____________________________   Municipio/s</w:t>
            </w:r>
            <w:r>
              <w:rPr>
                <w:sz w:val="18"/>
              </w:rPr>
              <w:t>: ___________________</w:t>
            </w:r>
          </w:p>
        </w:tc>
      </w:tr>
      <w:tr w:rsidR="00E567E9">
        <w:trPr>
          <w:jc w:val="center"/>
        </w:trPr>
        <w:tc>
          <w:tcPr>
            <w:tcW w:w="8788" w:type="dxa"/>
            <w:vAlign w:val="center"/>
          </w:tcPr>
          <w:p w:rsidR="00E567E9" w:rsidRDefault="00F73D32">
            <w:r>
              <w:rPr>
                <w:sz w:val="18"/>
              </w:rPr>
              <w:t>Actuación/es: __________________________________________________________</w:t>
            </w:r>
          </w:p>
        </w:tc>
      </w:tr>
      <w:tr w:rsidR="00E567E9">
        <w:trPr>
          <w:jc w:val="center"/>
        </w:trPr>
        <w:tc>
          <w:tcPr>
            <w:tcW w:w="8788" w:type="dxa"/>
            <w:vAlign w:val="center"/>
          </w:tcPr>
          <w:p w:rsidR="00E567E9" w:rsidRDefault="00F73D32">
            <w:r>
              <w:rPr>
                <w:sz w:val="18"/>
              </w:rPr>
              <w:t>Importe subvención concedida: ___________________ €     Año: 2026</w:t>
            </w:r>
          </w:p>
        </w:tc>
      </w:tr>
    </w:tbl>
    <w:p w:rsidR="00E567E9" w:rsidRDefault="00F73D32">
      <w:pPr>
        <w:pStyle w:val="Ttulo1"/>
      </w:pPr>
      <w:r>
        <w:t>5. UBICACIÓN Y PERMANENCIA</w:t>
      </w:r>
    </w:p>
    <w:p w:rsidR="00E567E9" w:rsidRDefault="00F73D32">
      <w:r>
        <w:t xml:space="preserve">El cartel, soporte o identificación deberá colocarse en lugar </w:t>
      </w:r>
      <w:r>
        <w:t>visible, siempre que resulte materialmente posible atendiendo a la naturaleza y localización de la actuación subvencionada.</w:t>
      </w:r>
    </w:p>
    <w:p w:rsidR="00E567E9" w:rsidRDefault="00F73D32">
      <w:r>
        <w:lastRenderedPageBreak/>
        <w:t>Deberá mantenerse durante el periodo mínimo establecido en las bases, salvo imposibilidad material debidamente justificada por la na</w:t>
      </w:r>
      <w:r>
        <w:t>turaleza, localización, carácter temporal o estacional de la actuación.</w:t>
      </w:r>
    </w:p>
    <w:p w:rsidR="00E567E9" w:rsidRDefault="00F73D32">
      <w:pPr>
        <w:pStyle w:val="Ttulo1"/>
      </w:pPr>
      <w:r>
        <w:t>6. ADAPTACIÓN DEL SOPORTE</w:t>
      </w:r>
    </w:p>
    <w:p w:rsidR="00E567E9" w:rsidRDefault="00F73D32">
      <w:r>
        <w:t>Cuando las características de la actuación hagan inviable o desaconsejable la instalación de un cartel físico, la entidad beneficiaria podrá utilizar otros me</w:t>
      </w:r>
      <w:r>
        <w:t>dios de identificación o difusión, siempre que permitan acreditar la financiación provincial y sean aceptados por el órgano gestor.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Cartel físico instalado en el coto social.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Soporte informativo en sede social o espacio vinculado al proyecto.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Identif</w:t>
      </w:r>
      <w:r>
        <w:rPr>
          <w:sz w:val="18"/>
        </w:rPr>
        <w:t>icación gráfica incorporada a documentación técnica o memoria final.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Publicación o comunicación digital de la entidad beneficiaria.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Otro medio de difusión o identificación aceptado por el órgano gestor.</w:t>
      </w:r>
    </w:p>
    <w:p w:rsidR="00E567E9" w:rsidRDefault="00F73D32">
      <w:pPr>
        <w:pStyle w:val="Ttulo1"/>
      </w:pPr>
      <w:r>
        <w:t>7. ACREDITACIÓN EN LA JUSTIFICACIÓN</w:t>
      </w:r>
    </w:p>
    <w:p w:rsidR="00E567E9" w:rsidRDefault="00F73D32">
      <w:r>
        <w:t>La entidad be</w:t>
      </w:r>
      <w:r>
        <w:t>neficiaria deberá acreditar el cumplimiento de esta obligación en la cuenta justificativa mediante: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Fotografías fechadas del cartel, soporte o identificación instalada.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Indicación de su ubicación.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Descripción del medio utilizado para hacer constar la</w:t>
      </w:r>
      <w:r>
        <w:rPr>
          <w:sz w:val="18"/>
        </w:rPr>
        <w:t xml:space="preserve"> financiación provincial.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Justificación de la imposibilidad material de instalación, en su caso.</w:t>
      </w:r>
    </w:p>
    <w:p w:rsidR="00E567E9" w:rsidRDefault="00F73D32">
      <w:pPr>
        <w:spacing w:after="0"/>
        <w:ind w:left="170"/>
      </w:pPr>
      <w:r>
        <w:rPr>
          <w:sz w:val="18"/>
        </w:rPr>
        <w:t>☐</w:t>
      </w:r>
      <w:r>
        <w:rPr>
          <w:sz w:val="18"/>
        </w:rPr>
        <w:t xml:space="preserve"> Cualquier otra documentación que permita comprobar el cumplimiento de la obligación de publicidad.</w:t>
      </w:r>
    </w:p>
    <w:p w:rsidR="00E567E9" w:rsidRDefault="00F73D32">
      <w:pPr>
        <w:pStyle w:val="Ttulo1"/>
      </w:pPr>
      <w:r>
        <w:t>8. DECLARACIÓN DE LA ENTIDAD BENEFICIARIA</w:t>
      </w:r>
    </w:p>
    <w:p w:rsidR="00E567E9" w:rsidRDefault="00F73D32">
      <w:r>
        <w:t xml:space="preserve">D./D.ª </w:t>
      </w:r>
      <w:r>
        <w:t xml:space="preserve">________________________________________________________, con DNI/NIE ________________________, en nombre y representación de la entidad beneficiaria, declara que se ha cumplido la obligación de hacer constar la financiación de la Diputación Provincial de </w:t>
      </w:r>
      <w:r>
        <w:t>Cáceres en los términos previstos en las bases y en el presente anexo.</w:t>
      </w:r>
    </w:p>
    <w:p w:rsidR="00E567E9" w:rsidRDefault="00F73D32">
      <w:pPr>
        <w:spacing w:after="40"/>
      </w:pPr>
      <w:r>
        <w:rPr>
          <w:b/>
        </w:rPr>
        <w:t>Lugar y fecha:</w:t>
      </w:r>
      <w:r>
        <w:t xml:space="preserve"> ______________________________________________________________________</w:t>
      </w:r>
    </w:p>
    <w:p w:rsidR="00E567E9" w:rsidRDefault="00F73D32">
      <w:pPr>
        <w:spacing w:after="40"/>
      </w:pPr>
      <w:r>
        <w:rPr>
          <w:b/>
        </w:rPr>
        <w:t>Firma:</w:t>
      </w:r>
      <w:r>
        <w:t xml:space="preserve"> ______________________________________________________________________</w:t>
      </w:r>
    </w:p>
    <w:p w:rsidR="00E567E9" w:rsidRDefault="00F73D32">
      <w:pPr>
        <w:spacing w:after="40"/>
      </w:pPr>
      <w:r>
        <w:rPr>
          <w:b/>
        </w:rPr>
        <w:t>Nombre y cargo:</w:t>
      </w:r>
      <w:r>
        <w:t xml:space="preserve"> </w:t>
      </w:r>
      <w:r>
        <w:t>______________________________________________________________________</w:t>
      </w:r>
    </w:p>
    <w:sectPr w:rsidR="00E567E9" w:rsidSect="00034616">
      <w:footerReference w:type="default" r:id="rId8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73D32">
      <w:pPr>
        <w:spacing w:after="0" w:line="240" w:lineRule="auto"/>
      </w:pPr>
      <w:r>
        <w:separator/>
      </w:r>
    </w:p>
  </w:endnote>
  <w:endnote w:type="continuationSeparator" w:id="0">
    <w:p w:rsidR="00000000" w:rsidRDefault="00F73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7E9" w:rsidRDefault="00F73D32">
    <w:pPr>
      <w:pStyle w:val="Piedepgina"/>
      <w:jc w:val="center"/>
    </w:pPr>
    <w:r>
      <w:rPr>
        <w:sz w:val="16"/>
      </w:rPr>
      <w:t xml:space="preserve">Página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  <w:r>
      <w:rPr>
        <w:sz w:val="16"/>
      </w:rPr>
      <w:t xml:space="preserve"> de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73D32">
      <w:pPr>
        <w:spacing w:after="0" w:line="240" w:lineRule="auto"/>
      </w:pPr>
      <w:r>
        <w:separator/>
      </w:r>
    </w:p>
  </w:footnote>
  <w:footnote w:type="continuationSeparator" w:id="0">
    <w:p w:rsidR="00000000" w:rsidRDefault="00F73D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E567E9"/>
    <w:rsid w:val="00F73D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728F19F-8D3A-43E8-A6E3-8E5E955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hAnsi="Arial"/>
      <w:sz w:val="19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4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1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  <w:sz w:val="2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D0E764-E14A-495D-AA67-BB43052A1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716</Words>
  <Characters>3943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VII - Modelo de cartel o identificación de financiación provincial</vt:lpstr>
      <vt:lpstr/>
    </vt:vector>
  </TitlesOfParts>
  <Manager/>
  <Company/>
  <LinksUpToDate>false</LinksUpToDate>
  <CharactersWithSpaces>4650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VII - Modelo de cartel o identificación de financiación provincial</dc:title>
  <dc:subject>CONVOCATORIA DE SUBVENCIONES PARA EL FOMENTO Y RECUPERACIÓN DE ESPECIES CINEGÉTICAS DE CAZA MENOR EN COTOS SOCIALES DE LA PROVINCIA DE CÁCERES</dc:subject>
  <dc:creator>Diputación Provincial de Cáceres</dc:creator>
  <cp:keywords/>
  <dc:description>generated by python-docx</dc:description>
  <cp:lastModifiedBy>OLGA JAVATO BELLO</cp:lastModifiedBy>
  <cp:revision>2</cp:revision>
  <dcterms:created xsi:type="dcterms:W3CDTF">2026-07-08T18:37:00Z</dcterms:created>
  <dcterms:modified xsi:type="dcterms:W3CDTF">2026-07-08T18:37:00Z</dcterms:modified>
  <cp:category/>
</cp:coreProperties>
</file>