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CD4" w:rsidRDefault="003B4C0A">
      <w:pPr>
        <w:jc w:val="center"/>
      </w:pPr>
      <w:bookmarkStart w:id="0" w:name="_GoBack"/>
      <w:bookmarkEnd w:id="0"/>
      <w:r>
        <w:rPr>
          <w:b/>
          <w:sz w:val="28"/>
        </w:rPr>
        <w:t>ANEXO VI. MODELO DE CUENTA JUSTIFICATIVA Y MEMORIA FINAL DE EJECUCIÓN</w:t>
      </w:r>
    </w:p>
    <w:p w:rsidR="00F95CD4" w:rsidRDefault="003B4C0A">
      <w:pPr>
        <w:jc w:val="center"/>
      </w:pPr>
      <w:r>
        <w:rPr>
          <w:b/>
          <w:sz w:val="18"/>
        </w:rPr>
        <w:t>CONVOCATORIA DE SUBVENCIONES PARA EL FOMENTO Y RECUPERACIÓN DE ESPECIES CINEGÉTICAS DE CAZA MENOR EN COTOS SOCIALES DE LA PROVINCIA DE CÁCERES</w:t>
      </w:r>
    </w:p>
    <w:p w:rsidR="00F95CD4" w:rsidRDefault="003B4C0A">
      <w:r>
        <w:rPr>
          <w:b/>
        </w:rPr>
        <w:t xml:space="preserve">Instrucciones para la cumplimentación del </w:t>
      </w:r>
      <w:r>
        <w:rPr>
          <w:b/>
        </w:rPr>
        <w:t>anexo</w:t>
      </w:r>
    </w:p>
    <w:p w:rsidR="00F95CD4" w:rsidRDefault="003B4C0A">
      <w:pPr>
        <w:spacing w:after="80"/>
      </w:pPr>
      <w:r>
        <w:t>El presente anexo deberá ser cumplimentado por la entidad beneficiaria para justificar la ejecución de las actuaciones subvencionadas, la aplicación de los fondos recibidos y el cumplimiento de la finalidad de la subvención. Deberá presentarse por me</w:t>
      </w:r>
      <w:r>
        <w:t>dios electrónicos, dentro del plazo establecido en las bases, acompañado de la documentación técnica, económica, gráfica, cartográfica y administrativa exigible.</w:t>
      </w:r>
    </w:p>
    <w:p w:rsidR="00F95CD4" w:rsidRDefault="003B4C0A">
      <w:r>
        <w:t>La información consignada deberá ser coherente con la resolución de concesión, la Base Primera</w:t>
      </w:r>
      <w:r>
        <w:t>, el Anexo I de especificaciones técnicas, el Anexo IV de proyecto de inversiones, el Anexo V de explicación detallada de actuaciones y la documentación justificativa aportada.</w:t>
      </w:r>
    </w:p>
    <w:p w:rsidR="00F95CD4" w:rsidRDefault="003B4C0A">
      <w:pPr>
        <w:pStyle w:val="Ttulo1"/>
      </w:pPr>
      <w:r>
        <w:t>1. DATOS DE LA ENTIDAD BENEFICIARIA</w:t>
      </w:r>
    </w:p>
    <w:p w:rsidR="00F95CD4" w:rsidRDefault="003B4C0A">
      <w:pPr>
        <w:spacing w:after="40"/>
      </w:pPr>
      <w:r>
        <w:rPr>
          <w:b/>
        </w:rPr>
        <w:t>Denominación de la sociedad local de cazado</w:t>
      </w:r>
      <w:r>
        <w:rPr>
          <w:b/>
        </w:rPr>
        <w:t>res: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NIF: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Domicilio social: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Municipio / ent</w:t>
      </w:r>
      <w:r>
        <w:rPr>
          <w:b/>
        </w:rPr>
        <w:t>idad local: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Teléfono: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Correo electrónico: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P</w:t>
      </w:r>
      <w:r>
        <w:rPr>
          <w:b/>
        </w:rPr>
        <w:t>ersona que ostenta la representación legal: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Cargo: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DNI/NIE:</w:t>
      </w:r>
      <w:r>
        <w:t xml:space="preserve"> ______________________________________________________</w:t>
      </w:r>
      <w:r>
        <w:t>________________</w:t>
      </w:r>
    </w:p>
    <w:p w:rsidR="00F95CD4" w:rsidRDefault="003B4C0A">
      <w:pPr>
        <w:spacing w:after="40"/>
      </w:pPr>
      <w:r>
        <w:rPr>
          <w:b/>
        </w:rPr>
        <w:t>Persona o entidad representante, en su caso: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Documento acreditativo de la representación aportado:</w:t>
      </w:r>
      <w:r>
        <w:t xml:space="preserve"> _____________________________________________________________________</w:t>
      </w:r>
      <w:r>
        <w:t>_</w:t>
      </w:r>
    </w:p>
    <w:p w:rsidR="00F95CD4" w:rsidRDefault="003B4C0A">
      <w:pPr>
        <w:pStyle w:val="Ttulo1"/>
      </w:pPr>
      <w:r>
        <w:t>2. DATOS DE LA SUBVENCIÓN CONCEDIDA</w:t>
      </w:r>
    </w:p>
    <w:p w:rsidR="00F95CD4" w:rsidRDefault="003B4C0A">
      <w:pPr>
        <w:spacing w:after="40"/>
      </w:pPr>
      <w:r>
        <w:rPr>
          <w:b/>
        </w:rPr>
        <w:t>Número de expediente: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Fecha de resolución de concesión: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Importe de subvenció</w:t>
      </w:r>
      <w:r>
        <w:rPr>
          <w:b/>
        </w:rPr>
        <w:t>n concedido: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Denominación del proyecto subvencionado: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Denominación del coto social:</w:t>
      </w:r>
      <w:r>
        <w:t xml:space="preserve"> ______________________________</w:t>
      </w:r>
      <w:r>
        <w:t>________________________________________</w:t>
      </w:r>
    </w:p>
    <w:p w:rsidR="00F95CD4" w:rsidRDefault="003B4C0A">
      <w:pPr>
        <w:spacing w:after="40"/>
      </w:pPr>
      <w:r>
        <w:rPr>
          <w:b/>
        </w:rPr>
        <w:t>Matrícula / número de registro del coto: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Término o términos municipales: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Fecha real de inicio de ejecución: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Fecha real de finalización de ejecución:</w:t>
      </w:r>
      <w:r>
        <w:t xml:space="preserve"> ______________________________________________________________________</w:t>
      </w:r>
    </w:p>
    <w:p w:rsidR="00F95CD4" w:rsidRDefault="003B4C0A">
      <w:pPr>
        <w:pStyle w:val="Ttulo1"/>
      </w:pPr>
      <w:r>
        <w:lastRenderedPageBreak/>
        <w:t xml:space="preserve">3. DECLARACIÓN RESPONSABLE DE </w:t>
      </w:r>
      <w:r>
        <w:t>EJECUCIÓN</w:t>
      </w:r>
    </w:p>
    <w:p w:rsidR="00F95CD4" w:rsidRDefault="003B4C0A">
      <w:pPr>
        <w:spacing w:after="80"/>
      </w:pPr>
      <w:r>
        <w:t>D./D.ª ________________________________________________________, con DNI/NIE ________________________, en nombre y representación de la entidad beneficiaria, DECLARA RESPONSABLEMENTE:</w:t>
      </w:r>
    </w:p>
    <w:p w:rsidR="00F95CD4" w:rsidRDefault="003B4C0A">
      <w:pPr>
        <w:spacing w:after="20"/>
        <w:ind w:left="113"/>
      </w:pPr>
      <w:r>
        <w:t>1. Que las actuaciones subvencionadas han sido ejecutadas dent</w:t>
      </w:r>
      <w:r>
        <w:t>ro del plazo establecido en las bases y en la resolución de concesión.</w:t>
      </w:r>
    </w:p>
    <w:p w:rsidR="00F95CD4" w:rsidRDefault="003B4C0A">
      <w:pPr>
        <w:spacing w:after="20"/>
        <w:ind w:left="113"/>
      </w:pPr>
      <w:r>
        <w:t>2. Que las actuaciones se han ejecutado en el coto social y ubicaciones aprobadas.</w:t>
      </w:r>
    </w:p>
    <w:p w:rsidR="00F95CD4" w:rsidRDefault="003B4C0A">
      <w:pPr>
        <w:spacing w:after="20"/>
        <w:ind w:left="113"/>
      </w:pPr>
      <w:r>
        <w:t xml:space="preserve">3. Que las actuaciones cumplen las condiciones técnicas establecidas en las bases, en el Anexo I y en </w:t>
      </w:r>
      <w:r>
        <w:t>la resolución de concesión.</w:t>
      </w:r>
    </w:p>
    <w:p w:rsidR="00F95CD4" w:rsidRDefault="003B4C0A">
      <w:pPr>
        <w:spacing w:after="20"/>
        <w:ind w:left="113"/>
      </w:pPr>
      <w:r>
        <w:t>4. Que los gastos imputados responden de manera indubitada a la naturaleza de la actuación subvencionada y han sido efectivamente pagados.</w:t>
      </w:r>
    </w:p>
    <w:p w:rsidR="00F95CD4" w:rsidRDefault="003B4C0A">
      <w:pPr>
        <w:spacing w:after="20"/>
        <w:ind w:left="113"/>
      </w:pPr>
      <w:r>
        <w:t>5. Que la documentación justificativa aportada es veraz y se corresponde con las actuacio</w:t>
      </w:r>
      <w:r>
        <w:t>nes ejecutadas.</w:t>
      </w:r>
    </w:p>
    <w:p w:rsidR="00F95CD4" w:rsidRDefault="003B4C0A">
      <w:pPr>
        <w:spacing w:after="20"/>
        <w:ind w:left="113"/>
      </w:pPr>
      <w:r>
        <w:t>6. Que la entidad beneficiaria conserva la documentación original y queda sometida a las actuaciones de comprobación y control que procedan.</w:t>
      </w:r>
    </w:p>
    <w:p w:rsidR="00F95CD4" w:rsidRDefault="003B4C0A">
      <w:pPr>
        <w:pStyle w:val="Ttulo1"/>
      </w:pPr>
      <w:r>
        <w:t>4. MEMORIA TÉCNICA FINAL DE EJECUCIÓN</w:t>
      </w:r>
    </w:p>
    <w:p w:rsidR="00F95CD4" w:rsidRDefault="003B4C0A">
      <w:pPr>
        <w:spacing w:after="40"/>
      </w:pPr>
      <w:r>
        <w:rPr>
          <w:b/>
        </w:rPr>
        <w:t>4.1. Resumen de las actuaciones ejecutadas:</w:t>
      </w:r>
      <w:r>
        <w:br/>
        <w:t>_________________</w:t>
      </w:r>
      <w:r>
        <w:t>_____________________________________________________________________________________________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4.2. Objetivos alcanzados y contribución a la finalidad de la convocatoria:</w:t>
      </w:r>
      <w:r>
        <w:br/>
      </w:r>
      <w:r>
        <w:t>______________________________________________________________________________________________________________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4.3. Descripción de resultados obtenidos:</w:t>
      </w:r>
      <w:r>
        <w:br/>
        <w:t>_______________________________________________________________________________________________________</w:t>
      </w:r>
      <w:r>
        <w:t>_______</w:t>
      </w:r>
    </w:p>
    <w:p w:rsidR="00F95CD4" w:rsidRDefault="003B4C0A">
      <w:pPr>
        <w:spacing w:after="40"/>
      </w:pPr>
      <w:r>
        <w:rPr>
          <w:b/>
        </w:rPr>
        <w:t>4.4. Incidencias producidas durante la ejecución, en su caso:</w:t>
      </w:r>
      <w:r>
        <w:br/>
        <w:t>______________________________________________________________________________________________________________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4.5. Modificaciones autorizadas, en su caso, con referencia a la resolución</w:t>
      </w:r>
      <w:r>
        <w:rPr>
          <w:b/>
        </w:rPr>
        <w:t xml:space="preserve"> de autorización:</w:t>
      </w:r>
      <w:r>
        <w:br/>
        <w:t>______________________________________________________________________________________________________________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4.6. Observaciones técnicas adicionales:</w:t>
      </w:r>
      <w:r>
        <w:br/>
        <w:t>______________________________________________________________________________________</w:t>
      </w:r>
      <w:r>
        <w:t>________________________</w:t>
      </w:r>
    </w:p>
    <w:p w:rsidR="00F95CD4" w:rsidRDefault="003B4C0A">
      <w:pPr>
        <w:pStyle w:val="Ttulo1"/>
      </w:pPr>
      <w:r>
        <w:t>5. RELACIÓN DE ACTUACIONES EJECUTADAS</w:t>
      </w:r>
    </w:p>
    <w:p w:rsidR="00F95CD4" w:rsidRDefault="003B4C0A">
      <w:r>
        <w:rPr>
          <w:i/>
        </w:rPr>
        <w:t>Indicar todas las actuaciones ejecutadas, aunque coincidan íntegramente con las concedidas.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494"/>
        <w:gridCol w:w="2835"/>
        <w:gridCol w:w="1474"/>
        <w:gridCol w:w="1474"/>
        <w:gridCol w:w="1360"/>
        <w:gridCol w:w="1417"/>
        <w:gridCol w:w="2381"/>
      </w:tblGrid>
      <w:tr w:rsidR="00F95CD4">
        <w:trPr>
          <w:tblHeader/>
          <w:jc w:val="center"/>
        </w:trPr>
        <w:tc>
          <w:tcPr>
            <w:tcW w:w="567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Nº</w:t>
            </w:r>
          </w:p>
        </w:tc>
        <w:tc>
          <w:tcPr>
            <w:tcW w:w="2494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Actuación</w:t>
            </w:r>
          </w:p>
        </w:tc>
        <w:tc>
          <w:tcPr>
            <w:tcW w:w="2835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Ubicación / SIGPAC / coordenadas</w:t>
            </w:r>
          </w:p>
        </w:tc>
        <w:tc>
          <w:tcPr>
            <w:tcW w:w="1474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Medición concedida</w:t>
            </w:r>
          </w:p>
        </w:tc>
        <w:tc>
          <w:tcPr>
            <w:tcW w:w="1474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Medición ejecutada</w:t>
            </w:r>
          </w:p>
        </w:tc>
        <w:tc>
          <w:tcPr>
            <w:tcW w:w="1360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Coste justificado</w:t>
            </w:r>
          </w:p>
        </w:tc>
        <w:tc>
          <w:tcPr>
            <w:tcW w:w="1417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Subvención imputada</w:t>
            </w:r>
          </w:p>
        </w:tc>
        <w:tc>
          <w:tcPr>
            <w:tcW w:w="2381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Observaciones</w:t>
            </w:r>
          </w:p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494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360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494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360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494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360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494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360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494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360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494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360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494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360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494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360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494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360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494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360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494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474" w:type="dxa"/>
            <w:vAlign w:val="center"/>
          </w:tcPr>
          <w:p w:rsidR="00F95CD4" w:rsidRDefault="00F95CD4"/>
        </w:tc>
        <w:tc>
          <w:tcPr>
            <w:tcW w:w="1360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</w:tr>
    </w:tbl>
    <w:p w:rsidR="00F95CD4" w:rsidRDefault="003B4C0A">
      <w:pPr>
        <w:pStyle w:val="Ttulo1"/>
      </w:pPr>
      <w:r>
        <w:t>6. COMPARATIVA ENTRE LO CONCEDIDO Y LO EJECUTADO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835"/>
        <w:gridCol w:w="1701"/>
        <w:gridCol w:w="1701"/>
        <w:gridCol w:w="1701"/>
        <w:gridCol w:w="1417"/>
        <w:gridCol w:w="4082"/>
      </w:tblGrid>
      <w:tr w:rsidR="00F95CD4">
        <w:trPr>
          <w:tblHeader/>
          <w:jc w:val="center"/>
        </w:trPr>
        <w:tc>
          <w:tcPr>
            <w:tcW w:w="567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Nº</w:t>
            </w:r>
          </w:p>
        </w:tc>
        <w:tc>
          <w:tcPr>
            <w:tcW w:w="2835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Actuación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Importe concedido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Importe ejecutado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Importe justificado</w:t>
            </w:r>
          </w:p>
        </w:tc>
        <w:tc>
          <w:tcPr>
            <w:tcW w:w="1417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Diferencia</w:t>
            </w:r>
          </w:p>
        </w:tc>
        <w:tc>
          <w:tcPr>
            <w:tcW w:w="4082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Causa de diferencia / reintegro voluntario</w:t>
            </w:r>
          </w:p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4082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4082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4082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4082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4082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4082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4082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567" w:type="dxa"/>
            <w:vAlign w:val="center"/>
          </w:tcPr>
          <w:p w:rsidR="00F95CD4" w:rsidRDefault="00F95CD4"/>
        </w:tc>
        <w:tc>
          <w:tcPr>
            <w:tcW w:w="2835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417" w:type="dxa"/>
            <w:vAlign w:val="center"/>
          </w:tcPr>
          <w:p w:rsidR="00F95CD4" w:rsidRDefault="00F95CD4"/>
        </w:tc>
        <w:tc>
          <w:tcPr>
            <w:tcW w:w="4082" w:type="dxa"/>
            <w:vAlign w:val="center"/>
          </w:tcPr>
          <w:p w:rsidR="00F95CD4" w:rsidRDefault="00F95CD4"/>
        </w:tc>
      </w:tr>
    </w:tbl>
    <w:p w:rsidR="00F95CD4" w:rsidRDefault="003B4C0A">
      <w:pPr>
        <w:pStyle w:val="Ttulo1"/>
      </w:pPr>
      <w:r>
        <w:t>7. RELACIÓN CLASIFICADA DE GASTOS</w:t>
      </w:r>
    </w:p>
    <w:p w:rsidR="00F95CD4" w:rsidRDefault="003B4C0A">
      <w:r>
        <w:rPr>
          <w:i/>
        </w:rPr>
        <w:t xml:space="preserve">Las facturas o documentos de valor probatorio equivalente deberán acompañarse de sus justificantes de </w:t>
      </w:r>
      <w:r>
        <w:rPr>
          <w:i/>
        </w:rPr>
        <w:t>pago.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53"/>
        <w:gridCol w:w="1927"/>
        <w:gridCol w:w="1247"/>
        <w:gridCol w:w="907"/>
        <w:gridCol w:w="2721"/>
        <w:gridCol w:w="1814"/>
        <w:gridCol w:w="1134"/>
        <w:gridCol w:w="1247"/>
        <w:gridCol w:w="1134"/>
        <w:gridCol w:w="1587"/>
      </w:tblGrid>
      <w:tr w:rsidR="00F95CD4">
        <w:trPr>
          <w:tblHeader/>
          <w:jc w:val="center"/>
        </w:trPr>
        <w:tc>
          <w:tcPr>
            <w:tcW w:w="453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3"/>
              </w:rPr>
              <w:t>Nº</w:t>
            </w:r>
          </w:p>
        </w:tc>
        <w:tc>
          <w:tcPr>
            <w:tcW w:w="1927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3"/>
              </w:rPr>
              <w:t>Proveedor</w:t>
            </w:r>
          </w:p>
        </w:tc>
        <w:tc>
          <w:tcPr>
            <w:tcW w:w="1247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3"/>
              </w:rPr>
              <w:t>NIF</w:t>
            </w:r>
          </w:p>
        </w:tc>
        <w:tc>
          <w:tcPr>
            <w:tcW w:w="907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3"/>
              </w:rPr>
              <w:t>Actuación</w:t>
            </w:r>
          </w:p>
        </w:tc>
        <w:tc>
          <w:tcPr>
            <w:tcW w:w="2721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3"/>
              </w:rPr>
              <w:t>Concepto</w:t>
            </w:r>
          </w:p>
        </w:tc>
        <w:tc>
          <w:tcPr>
            <w:tcW w:w="1814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3"/>
              </w:rPr>
              <w:t>Factura / documento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3"/>
              </w:rPr>
              <w:t>Fecha factura</w:t>
            </w:r>
          </w:p>
        </w:tc>
        <w:tc>
          <w:tcPr>
            <w:tcW w:w="1247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3"/>
              </w:rPr>
              <w:t>Importe con IVA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3"/>
              </w:rPr>
              <w:t>Fecha pago</w:t>
            </w:r>
          </w:p>
        </w:tc>
        <w:tc>
          <w:tcPr>
            <w:tcW w:w="1587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3"/>
              </w:rPr>
              <w:t>Medio de pago</w:t>
            </w:r>
          </w:p>
        </w:tc>
      </w:tr>
      <w:tr w:rsidR="00F95CD4">
        <w:trPr>
          <w:jc w:val="center"/>
        </w:trPr>
        <w:tc>
          <w:tcPr>
            <w:tcW w:w="453" w:type="dxa"/>
            <w:vAlign w:val="center"/>
          </w:tcPr>
          <w:p w:rsidR="00F95CD4" w:rsidRDefault="00F95CD4"/>
        </w:tc>
        <w:tc>
          <w:tcPr>
            <w:tcW w:w="1927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907" w:type="dxa"/>
            <w:vAlign w:val="center"/>
          </w:tcPr>
          <w:p w:rsidR="00F95CD4" w:rsidRDefault="00F95CD4"/>
        </w:tc>
        <w:tc>
          <w:tcPr>
            <w:tcW w:w="2721" w:type="dxa"/>
            <w:vAlign w:val="center"/>
          </w:tcPr>
          <w:p w:rsidR="00F95CD4" w:rsidRDefault="00F95CD4"/>
        </w:tc>
        <w:tc>
          <w:tcPr>
            <w:tcW w:w="1814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587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453" w:type="dxa"/>
            <w:vAlign w:val="center"/>
          </w:tcPr>
          <w:p w:rsidR="00F95CD4" w:rsidRDefault="00F95CD4"/>
        </w:tc>
        <w:tc>
          <w:tcPr>
            <w:tcW w:w="1927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907" w:type="dxa"/>
            <w:vAlign w:val="center"/>
          </w:tcPr>
          <w:p w:rsidR="00F95CD4" w:rsidRDefault="00F95CD4"/>
        </w:tc>
        <w:tc>
          <w:tcPr>
            <w:tcW w:w="2721" w:type="dxa"/>
            <w:vAlign w:val="center"/>
          </w:tcPr>
          <w:p w:rsidR="00F95CD4" w:rsidRDefault="00F95CD4"/>
        </w:tc>
        <w:tc>
          <w:tcPr>
            <w:tcW w:w="1814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587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453" w:type="dxa"/>
            <w:vAlign w:val="center"/>
          </w:tcPr>
          <w:p w:rsidR="00F95CD4" w:rsidRDefault="00F95CD4"/>
        </w:tc>
        <w:tc>
          <w:tcPr>
            <w:tcW w:w="1927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907" w:type="dxa"/>
            <w:vAlign w:val="center"/>
          </w:tcPr>
          <w:p w:rsidR="00F95CD4" w:rsidRDefault="00F95CD4"/>
        </w:tc>
        <w:tc>
          <w:tcPr>
            <w:tcW w:w="2721" w:type="dxa"/>
            <w:vAlign w:val="center"/>
          </w:tcPr>
          <w:p w:rsidR="00F95CD4" w:rsidRDefault="00F95CD4"/>
        </w:tc>
        <w:tc>
          <w:tcPr>
            <w:tcW w:w="1814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587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453" w:type="dxa"/>
            <w:vAlign w:val="center"/>
          </w:tcPr>
          <w:p w:rsidR="00F95CD4" w:rsidRDefault="00F95CD4"/>
        </w:tc>
        <w:tc>
          <w:tcPr>
            <w:tcW w:w="1927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907" w:type="dxa"/>
            <w:vAlign w:val="center"/>
          </w:tcPr>
          <w:p w:rsidR="00F95CD4" w:rsidRDefault="00F95CD4"/>
        </w:tc>
        <w:tc>
          <w:tcPr>
            <w:tcW w:w="2721" w:type="dxa"/>
            <w:vAlign w:val="center"/>
          </w:tcPr>
          <w:p w:rsidR="00F95CD4" w:rsidRDefault="00F95CD4"/>
        </w:tc>
        <w:tc>
          <w:tcPr>
            <w:tcW w:w="1814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587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453" w:type="dxa"/>
            <w:vAlign w:val="center"/>
          </w:tcPr>
          <w:p w:rsidR="00F95CD4" w:rsidRDefault="00F95CD4"/>
        </w:tc>
        <w:tc>
          <w:tcPr>
            <w:tcW w:w="1927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907" w:type="dxa"/>
            <w:vAlign w:val="center"/>
          </w:tcPr>
          <w:p w:rsidR="00F95CD4" w:rsidRDefault="00F95CD4"/>
        </w:tc>
        <w:tc>
          <w:tcPr>
            <w:tcW w:w="2721" w:type="dxa"/>
            <w:vAlign w:val="center"/>
          </w:tcPr>
          <w:p w:rsidR="00F95CD4" w:rsidRDefault="00F95CD4"/>
        </w:tc>
        <w:tc>
          <w:tcPr>
            <w:tcW w:w="1814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587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453" w:type="dxa"/>
            <w:vAlign w:val="center"/>
          </w:tcPr>
          <w:p w:rsidR="00F95CD4" w:rsidRDefault="00F95CD4"/>
        </w:tc>
        <w:tc>
          <w:tcPr>
            <w:tcW w:w="1927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907" w:type="dxa"/>
            <w:vAlign w:val="center"/>
          </w:tcPr>
          <w:p w:rsidR="00F95CD4" w:rsidRDefault="00F95CD4"/>
        </w:tc>
        <w:tc>
          <w:tcPr>
            <w:tcW w:w="2721" w:type="dxa"/>
            <w:vAlign w:val="center"/>
          </w:tcPr>
          <w:p w:rsidR="00F95CD4" w:rsidRDefault="00F95CD4"/>
        </w:tc>
        <w:tc>
          <w:tcPr>
            <w:tcW w:w="1814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587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453" w:type="dxa"/>
            <w:vAlign w:val="center"/>
          </w:tcPr>
          <w:p w:rsidR="00F95CD4" w:rsidRDefault="00F95CD4"/>
        </w:tc>
        <w:tc>
          <w:tcPr>
            <w:tcW w:w="1927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907" w:type="dxa"/>
            <w:vAlign w:val="center"/>
          </w:tcPr>
          <w:p w:rsidR="00F95CD4" w:rsidRDefault="00F95CD4"/>
        </w:tc>
        <w:tc>
          <w:tcPr>
            <w:tcW w:w="2721" w:type="dxa"/>
            <w:vAlign w:val="center"/>
          </w:tcPr>
          <w:p w:rsidR="00F95CD4" w:rsidRDefault="00F95CD4"/>
        </w:tc>
        <w:tc>
          <w:tcPr>
            <w:tcW w:w="1814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587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453" w:type="dxa"/>
            <w:vAlign w:val="center"/>
          </w:tcPr>
          <w:p w:rsidR="00F95CD4" w:rsidRDefault="00F95CD4"/>
        </w:tc>
        <w:tc>
          <w:tcPr>
            <w:tcW w:w="1927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907" w:type="dxa"/>
            <w:vAlign w:val="center"/>
          </w:tcPr>
          <w:p w:rsidR="00F95CD4" w:rsidRDefault="00F95CD4"/>
        </w:tc>
        <w:tc>
          <w:tcPr>
            <w:tcW w:w="2721" w:type="dxa"/>
            <w:vAlign w:val="center"/>
          </w:tcPr>
          <w:p w:rsidR="00F95CD4" w:rsidRDefault="00F95CD4"/>
        </w:tc>
        <w:tc>
          <w:tcPr>
            <w:tcW w:w="1814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587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453" w:type="dxa"/>
            <w:vAlign w:val="center"/>
          </w:tcPr>
          <w:p w:rsidR="00F95CD4" w:rsidRDefault="00F95CD4"/>
        </w:tc>
        <w:tc>
          <w:tcPr>
            <w:tcW w:w="1927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907" w:type="dxa"/>
            <w:vAlign w:val="center"/>
          </w:tcPr>
          <w:p w:rsidR="00F95CD4" w:rsidRDefault="00F95CD4"/>
        </w:tc>
        <w:tc>
          <w:tcPr>
            <w:tcW w:w="2721" w:type="dxa"/>
            <w:vAlign w:val="center"/>
          </w:tcPr>
          <w:p w:rsidR="00F95CD4" w:rsidRDefault="00F95CD4"/>
        </w:tc>
        <w:tc>
          <w:tcPr>
            <w:tcW w:w="1814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587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453" w:type="dxa"/>
            <w:vAlign w:val="center"/>
          </w:tcPr>
          <w:p w:rsidR="00F95CD4" w:rsidRDefault="00F95CD4"/>
        </w:tc>
        <w:tc>
          <w:tcPr>
            <w:tcW w:w="1927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907" w:type="dxa"/>
            <w:vAlign w:val="center"/>
          </w:tcPr>
          <w:p w:rsidR="00F95CD4" w:rsidRDefault="00F95CD4"/>
        </w:tc>
        <w:tc>
          <w:tcPr>
            <w:tcW w:w="2721" w:type="dxa"/>
            <w:vAlign w:val="center"/>
          </w:tcPr>
          <w:p w:rsidR="00F95CD4" w:rsidRDefault="00F95CD4"/>
        </w:tc>
        <w:tc>
          <w:tcPr>
            <w:tcW w:w="1814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587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453" w:type="dxa"/>
            <w:vAlign w:val="center"/>
          </w:tcPr>
          <w:p w:rsidR="00F95CD4" w:rsidRDefault="00F95CD4"/>
        </w:tc>
        <w:tc>
          <w:tcPr>
            <w:tcW w:w="1927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907" w:type="dxa"/>
            <w:vAlign w:val="center"/>
          </w:tcPr>
          <w:p w:rsidR="00F95CD4" w:rsidRDefault="00F95CD4"/>
        </w:tc>
        <w:tc>
          <w:tcPr>
            <w:tcW w:w="2721" w:type="dxa"/>
            <w:vAlign w:val="center"/>
          </w:tcPr>
          <w:p w:rsidR="00F95CD4" w:rsidRDefault="00F95CD4"/>
        </w:tc>
        <w:tc>
          <w:tcPr>
            <w:tcW w:w="1814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587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453" w:type="dxa"/>
            <w:vAlign w:val="center"/>
          </w:tcPr>
          <w:p w:rsidR="00F95CD4" w:rsidRDefault="00F95CD4"/>
        </w:tc>
        <w:tc>
          <w:tcPr>
            <w:tcW w:w="1927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907" w:type="dxa"/>
            <w:vAlign w:val="center"/>
          </w:tcPr>
          <w:p w:rsidR="00F95CD4" w:rsidRDefault="00F95CD4"/>
        </w:tc>
        <w:tc>
          <w:tcPr>
            <w:tcW w:w="2721" w:type="dxa"/>
            <w:vAlign w:val="center"/>
          </w:tcPr>
          <w:p w:rsidR="00F95CD4" w:rsidRDefault="00F95CD4"/>
        </w:tc>
        <w:tc>
          <w:tcPr>
            <w:tcW w:w="1814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587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453" w:type="dxa"/>
            <w:vAlign w:val="center"/>
          </w:tcPr>
          <w:p w:rsidR="00F95CD4" w:rsidRDefault="00F95CD4"/>
        </w:tc>
        <w:tc>
          <w:tcPr>
            <w:tcW w:w="1927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907" w:type="dxa"/>
            <w:vAlign w:val="center"/>
          </w:tcPr>
          <w:p w:rsidR="00F95CD4" w:rsidRDefault="00F95CD4"/>
        </w:tc>
        <w:tc>
          <w:tcPr>
            <w:tcW w:w="2721" w:type="dxa"/>
            <w:vAlign w:val="center"/>
          </w:tcPr>
          <w:p w:rsidR="00F95CD4" w:rsidRDefault="00F95CD4"/>
        </w:tc>
        <w:tc>
          <w:tcPr>
            <w:tcW w:w="1814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587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453" w:type="dxa"/>
            <w:vAlign w:val="center"/>
          </w:tcPr>
          <w:p w:rsidR="00F95CD4" w:rsidRDefault="00F95CD4"/>
        </w:tc>
        <w:tc>
          <w:tcPr>
            <w:tcW w:w="1927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907" w:type="dxa"/>
            <w:vAlign w:val="center"/>
          </w:tcPr>
          <w:p w:rsidR="00F95CD4" w:rsidRDefault="00F95CD4"/>
        </w:tc>
        <w:tc>
          <w:tcPr>
            <w:tcW w:w="2721" w:type="dxa"/>
            <w:vAlign w:val="center"/>
          </w:tcPr>
          <w:p w:rsidR="00F95CD4" w:rsidRDefault="00F95CD4"/>
        </w:tc>
        <w:tc>
          <w:tcPr>
            <w:tcW w:w="1814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1134" w:type="dxa"/>
            <w:vAlign w:val="center"/>
          </w:tcPr>
          <w:p w:rsidR="00F95CD4" w:rsidRDefault="00F95CD4"/>
        </w:tc>
        <w:tc>
          <w:tcPr>
            <w:tcW w:w="1587" w:type="dxa"/>
            <w:vAlign w:val="center"/>
          </w:tcPr>
          <w:p w:rsidR="00F95CD4" w:rsidRDefault="00F95CD4"/>
        </w:tc>
      </w:tr>
    </w:tbl>
    <w:p w:rsidR="00F95CD4" w:rsidRDefault="003B4C0A">
      <w:pPr>
        <w:pStyle w:val="Ttulo1"/>
      </w:pPr>
      <w:r>
        <w:t>8. FACTURAS Y JUSTIFICANTES DE PAGO</w:t>
      </w:r>
    </w:p>
    <w:p w:rsidR="00F95CD4" w:rsidRDefault="003B4C0A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Se aportan facturas o documentos de valor probatorio equivalente de todos los gastos imputados.</w:t>
      </w:r>
    </w:p>
    <w:p w:rsidR="00F95CD4" w:rsidRDefault="003B4C0A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Se aportan justificantes bancarios de pago o documentos equivalentes que acreditan la salida efectiva de</w:t>
      </w:r>
      <w:r>
        <w:rPr>
          <w:sz w:val="18"/>
        </w:rPr>
        <w:t xml:space="preserve"> fondos.</w:t>
      </w:r>
    </w:p>
    <w:p w:rsidR="00F95CD4" w:rsidRDefault="003B4C0A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Los conceptos facturados permiten identificar su relación directa con las actuaciones subvencionadas.</w:t>
      </w:r>
    </w:p>
    <w:p w:rsidR="00F95CD4" w:rsidRDefault="003B4C0A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No se imputan gastos no subvencionables ni importes superiores a los costes unitarios máximos establecidos.</w:t>
      </w:r>
    </w:p>
    <w:p w:rsidR="00F95CD4" w:rsidRDefault="003B4C0A">
      <w:pPr>
        <w:pStyle w:val="Ttulo1"/>
      </w:pPr>
      <w:r>
        <w:t>9. DOCUMENTACIÓN GRÁFICA Y CARTOG</w:t>
      </w:r>
      <w:r>
        <w:t>RÁFICA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126"/>
        <w:gridCol w:w="7126"/>
      </w:tblGrid>
      <w:tr w:rsidR="00F95CD4"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Plano final de localización de las actuaciones ejecutadas.</w:t>
            </w:r>
          </w:p>
        </w:tc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Cartografía SIGPAC, catastral, cartografía oficial o sistema equivalente.</w:t>
            </w:r>
          </w:p>
        </w:tc>
      </w:tr>
      <w:tr w:rsidR="00F95CD4"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Coordenadas geográficas o UTM de las actuaciones, cuando proceda.</w:t>
            </w:r>
          </w:p>
        </w:tc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Fotografías fechadas del estado inicial, </w:t>
            </w:r>
            <w:r>
              <w:rPr>
                <w:sz w:val="16"/>
              </w:rPr>
              <w:t>ejecución y resultado final.</w:t>
            </w:r>
          </w:p>
        </w:tc>
      </w:tr>
      <w:tr w:rsidR="00F95CD4"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Fotografías georreferenciadas, cuando resulten exigibles conforme al Anexo I o sean necesarias para la comprobación.</w:t>
            </w:r>
          </w:p>
        </w:tc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Croquis, planos de detalle o documentación complementaria, en su caso.</w:t>
            </w:r>
          </w:p>
        </w:tc>
      </w:tr>
    </w:tbl>
    <w:p w:rsidR="00F95CD4" w:rsidRDefault="003B4C0A">
      <w:pPr>
        <w:pStyle w:val="Ttulo1"/>
      </w:pPr>
      <w:r>
        <w:t>10. AUTORIZACIONES, PERMISOS, INF</w:t>
      </w:r>
      <w:r>
        <w:t>ORMES O COMUNICACIONES</w:t>
      </w:r>
    </w:p>
    <w:p w:rsidR="00F95CD4" w:rsidRDefault="003B4C0A">
      <w:r>
        <w:rPr>
          <w:i/>
        </w:rPr>
        <w:t>Relacionar las autorizaciones, permisos, informes, comunicaciones o conformidades administrativas exigibles para cada actuación.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2948"/>
        <w:gridCol w:w="2381"/>
        <w:gridCol w:w="1247"/>
        <w:gridCol w:w="2268"/>
        <w:gridCol w:w="2948"/>
      </w:tblGrid>
      <w:tr w:rsidR="00F95CD4">
        <w:trPr>
          <w:tblHeader/>
          <w:jc w:val="center"/>
        </w:trPr>
        <w:tc>
          <w:tcPr>
            <w:tcW w:w="1134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Nº actuación</w:t>
            </w:r>
          </w:p>
        </w:tc>
        <w:tc>
          <w:tcPr>
            <w:tcW w:w="2948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Tipo de autorización / informe / comunicación</w:t>
            </w:r>
          </w:p>
        </w:tc>
        <w:tc>
          <w:tcPr>
            <w:tcW w:w="2381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Órgano competente</w:t>
            </w:r>
          </w:p>
        </w:tc>
        <w:tc>
          <w:tcPr>
            <w:tcW w:w="1247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Fecha</w:t>
            </w:r>
          </w:p>
        </w:tc>
        <w:tc>
          <w:tcPr>
            <w:tcW w:w="2268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Referencia / expedien</w:t>
            </w:r>
            <w:r>
              <w:rPr>
                <w:b/>
                <w:sz w:val="14"/>
              </w:rPr>
              <w:t>te</w:t>
            </w:r>
          </w:p>
        </w:tc>
        <w:tc>
          <w:tcPr>
            <w:tcW w:w="2948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Documento aportado</w:t>
            </w:r>
          </w:p>
        </w:tc>
      </w:tr>
      <w:tr w:rsidR="00F95CD4">
        <w:trPr>
          <w:jc w:val="center"/>
        </w:trPr>
        <w:tc>
          <w:tcPr>
            <w:tcW w:w="1134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1134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1134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1134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1134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1134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  <w:tc>
          <w:tcPr>
            <w:tcW w:w="2381" w:type="dxa"/>
            <w:vAlign w:val="center"/>
          </w:tcPr>
          <w:p w:rsidR="00F95CD4" w:rsidRDefault="00F95CD4"/>
        </w:tc>
        <w:tc>
          <w:tcPr>
            <w:tcW w:w="1247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</w:tr>
    </w:tbl>
    <w:p w:rsidR="00F95CD4" w:rsidRDefault="003B4C0A">
      <w:pPr>
        <w:pStyle w:val="Ttulo1"/>
      </w:pPr>
      <w:r>
        <w:t>11. DOCUMENTACIÓN ESPECÍFICA EN CASO DE REPOBLACIONES O REFORZAMIENTOS POBLACIONALES</w:t>
      </w:r>
    </w:p>
    <w:p w:rsidR="00F95CD4" w:rsidRDefault="003B4C0A">
      <w:pPr>
        <w:spacing w:after="0"/>
        <w:ind w:left="170"/>
      </w:pPr>
      <w:r>
        <w:rPr>
          <w:sz w:val="17"/>
        </w:rPr>
        <w:t>☐</w:t>
      </w:r>
      <w:r>
        <w:rPr>
          <w:sz w:val="17"/>
        </w:rPr>
        <w:t xml:space="preserve"> No procede, porque el proyecto no incluye repoblaciones ni reforzamientos poblacionales.</w:t>
      </w:r>
    </w:p>
    <w:p w:rsidR="00F95CD4" w:rsidRDefault="003B4C0A">
      <w:pPr>
        <w:spacing w:after="0"/>
        <w:ind w:left="170"/>
      </w:pPr>
      <w:r>
        <w:rPr>
          <w:sz w:val="17"/>
        </w:rPr>
        <w:t>☐</w:t>
      </w:r>
      <w:r>
        <w:rPr>
          <w:sz w:val="17"/>
        </w:rPr>
        <w:t xml:space="preserve"> Se aporta </w:t>
      </w:r>
      <w:r>
        <w:rPr>
          <w:sz w:val="17"/>
        </w:rPr>
        <w:t>autorización administrativa de repoblación o reforzamiento poblacional.</w:t>
      </w:r>
    </w:p>
    <w:p w:rsidR="00F95CD4" w:rsidRDefault="003B4C0A">
      <w:pPr>
        <w:spacing w:after="0"/>
        <w:ind w:left="170"/>
      </w:pPr>
      <w:r>
        <w:rPr>
          <w:sz w:val="17"/>
        </w:rPr>
        <w:t>☐</w:t>
      </w:r>
      <w:r>
        <w:rPr>
          <w:sz w:val="17"/>
        </w:rPr>
        <w:t xml:space="preserve"> Se aporta documentación de origen de los ejemplares.</w:t>
      </w:r>
    </w:p>
    <w:p w:rsidR="00F95CD4" w:rsidRDefault="003B4C0A">
      <w:pPr>
        <w:spacing w:after="0"/>
        <w:ind w:left="170"/>
      </w:pPr>
      <w:r>
        <w:rPr>
          <w:sz w:val="17"/>
        </w:rPr>
        <w:t>☐</w:t>
      </w:r>
      <w:r>
        <w:rPr>
          <w:sz w:val="17"/>
        </w:rPr>
        <w:t xml:space="preserve"> Se aporta documentación sanitaria exigible.</w:t>
      </w:r>
    </w:p>
    <w:p w:rsidR="00F95CD4" w:rsidRDefault="003B4C0A">
      <w:pPr>
        <w:spacing w:after="0"/>
        <w:ind w:left="170"/>
      </w:pPr>
      <w:r>
        <w:rPr>
          <w:sz w:val="17"/>
        </w:rPr>
        <w:t>☐</w:t>
      </w:r>
      <w:r>
        <w:rPr>
          <w:sz w:val="17"/>
        </w:rPr>
        <w:t xml:space="preserve"> Se aporta documentación relativa al transporte de los ejemplares.</w:t>
      </w:r>
    </w:p>
    <w:p w:rsidR="00F95CD4" w:rsidRDefault="003B4C0A">
      <w:pPr>
        <w:spacing w:after="0"/>
        <w:ind w:left="170"/>
      </w:pPr>
      <w:r>
        <w:rPr>
          <w:sz w:val="17"/>
        </w:rPr>
        <w:t>☐</w:t>
      </w:r>
      <w:r>
        <w:rPr>
          <w:sz w:val="17"/>
        </w:rPr>
        <w:t xml:space="preserve"> Se aporta act</w:t>
      </w:r>
      <w:r>
        <w:rPr>
          <w:sz w:val="17"/>
        </w:rPr>
        <w:t>a, certificado, informe o documentación acreditativa de la suelta.</w:t>
      </w:r>
    </w:p>
    <w:p w:rsidR="00F95CD4" w:rsidRDefault="003B4C0A">
      <w:pPr>
        <w:spacing w:after="0"/>
        <w:ind w:left="170"/>
      </w:pPr>
      <w:r>
        <w:rPr>
          <w:sz w:val="17"/>
        </w:rPr>
        <w:t>☐</w:t>
      </w:r>
      <w:r>
        <w:rPr>
          <w:sz w:val="17"/>
        </w:rPr>
        <w:t xml:space="preserve"> Se acredita la existencia, adecuación y funcionalidad de las infraestructuras de apoyo exigidas.</w:t>
      </w:r>
    </w:p>
    <w:p w:rsidR="00F95CD4" w:rsidRDefault="003B4C0A">
      <w:pPr>
        <w:spacing w:after="0"/>
        <w:ind w:left="170"/>
      </w:pPr>
      <w:r>
        <w:rPr>
          <w:sz w:val="17"/>
        </w:rPr>
        <w:t>☐</w:t>
      </w:r>
      <w:r>
        <w:rPr>
          <w:sz w:val="17"/>
        </w:rPr>
        <w:t xml:space="preserve"> Se aportan fotografías fechadas y, cuando proceda, georreferenciadas de la zona de suelt</w:t>
      </w:r>
      <w:r>
        <w:rPr>
          <w:sz w:val="17"/>
        </w:rPr>
        <w:t>a y de las infraestructuras vinculadas.</w:t>
      </w:r>
    </w:p>
    <w:p w:rsidR="00F95CD4" w:rsidRDefault="003B4C0A">
      <w:pPr>
        <w:pStyle w:val="Ttulo1"/>
      </w:pPr>
      <w:r>
        <w:t>12. MANTENIMIENTO DE LAS ACTUACIONES</w:t>
      </w:r>
    </w:p>
    <w:p w:rsidR="00F95CD4" w:rsidRDefault="003B4C0A">
      <w:pPr>
        <w:spacing w:after="80"/>
      </w:pPr>
      <w:r>
        <w:t xml:space="preserve">La entidad beneficiaria declara que mantendrá las actuaciones subvencionadas durante el periodo mínimo establecido en el Anexo I para cada actuación y, en defecto de previsión </w:t>
      </w:r>
      <w:r>
        <w:t>específica, durante el periodo previsto en las bases.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3288"/>
        <w:gridCol w:w="2268"/>
        <w:gridCol w:w="4536"/>
        <w:gridCol w:w="2268"/>
      </w:tblGrid>
      <w:tr w:rsidR="00F95CD4">
        <w:trPr>
          <w:tblHeader/>
          <w:jc w:val="center"/>
        </w:trPr>
        <w:tc>
          <w:tcPr>
            <w:tcW w:w="1134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Nº actuación</w:t>
            </w:r>
          </w:p>
        </w:tc>
        <w:tc>
          <w:tcPr>
            <w:tcW w:w="3288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Actuación</w:t>
            </w:r>
          </w:p>
        </w:tc>
        <w:tc>
          <w:tcPr>
            <w:tcW w:w="2268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Periodo de mantenimiento aplicable</w:t>
            </w:r>
          </w:p>
        </w:tc>
        <w:tc>
          <w:tcPr>
            <w:tcW w:w="4536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Medidas de mantenimiento previstas</w:t>
            </w:r>
          </w:p>
        </w:tc>
        <w:tc>
          <w:tcPr>
            <w:tcW w:w="2268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4"/>
              </w:rPr>
              <w:t>Responsable</w:t>
            </w:r>
          </w:p>
        </w:tc>
      </w:tr>
      <w:tr w:rsidR="00F95CD4">
        <w:trPr>
          <w:jc w:val="center"/>
        </w:trPr>
        <w:tc>
          <w:tcPr>
            <w:tcW w:w="1134" w:type="dxa"/>
            <w:vAlign w:val="center"/>
          </w:tcPr>
          <w:p w:rsidR="00F95CD4" w:rsidRDefault="00F95CD4"/>
        </w:tc>
        <w:tc>
          <w:tcPr>
            <w:tcW w:w="3288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  <w:tc>
          <w:tcPr>
            <w:tcW w:w="4536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1134" w:type="dxa"/>
            <w:vAlign w:val="center"/>
          </w:tcPr>
          <w:p w:rsidR="00F95CD4" w:rsidRDefault="00F95CD4"/>
        </w:tc>
        <w:tc>
          <w:tcPr>
            <w:tcW w:w="3288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  <w:tc>
          <w:tcPr>
            <w:tcW w:w="4536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1134" w:type="dxa"/>
            <w:vAlign w:val="center"/>
          </w:tcPr>
          <w:p w:rsidR="00F95CD4" w:rsidRDefault="00F95CD4"/>
        </w:tc>
        <w:tc>
          <w:tcPr>
            <w:tcW w:w="3288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  <w:tc>
          <w:tcPr>
            <w:tcW w:w="4536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1134" w:type="dxa"/>
            <w:vAlign w:val="center"/>
          </w:tcPr>
          <w:p w:rsidR="00F95CD4" w:rsidRDefault="00F95CD4"/>
        </w:tc>
        <w:tc>
          <w:tcPr>
            <w:tcW w:w="3288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  <w:tc>
          <w:tcPr>
            <w:tcW w:w="4536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1134" w:type="dxa"/>
            <w:vAlign w:val="center"/>
          </w:tcPr>
          <w:p w:rsidR="00F95CD4" w:rsidRDefault="00F95CD4"/>
        </w:tc>
        <w:tc>
          <w:tcPr>
            <w:tcW w:w="3288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  <w:tc>
          <w:tcPr>
            <w:tcW w:w="4536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1134" w:type="dxa"/>
            <w:vAlign w:val="center"/>
          </w:tcPr>
          <w:p w:rsidR="00F95CD4" w:rsidRDefault="00F95CD4"/>
        </w:tc>
        <w:tc>
          <w:tcPr>
            <w:tcW w:w="3288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  <w:tc>
          <w:tcPr>
            <w:tcW w:w="4536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1134" w:type="dxa"/>
            <w:vAlign w:val="center"/>
          </w:tcPr>
          <w:p w:rsidR="00F95CD4" w:rsidRDefault="00F95CD4"/>
        </w:tc>
        <w:tc>
          <w:tcPr>
            <w:tcW w:w="3288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  <w:tc>
          <w:tcPr>
            <w:tcW w:w="4536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1134" w:type="dxa"/>
            <w:vAlign w:val="center"/>
          </w:tcPr>
          <w:p w:rsidR="00F95CD4" w:rsidRDefault="00F95CD4"/>
        </w:tc>
        <w:tc>
          <w:tcPr>
            <w:tcW w:w="3288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  <w:tc>
          <w:tcPr>
            <w:tcW w:w="4536" w:type="dxa"/>
            <w:vAlign w:val="center"/>
          </w:tcPr>
          <w:p w:rsidR="00F95CD4" w:rsidRDefault="00F95CD4"/>
        </w:tc>
        <w:tc>
          <w:tcPr>
            <w:tcW w:w="2268" w:type="dxa"/>
            <w:vAlign w:val="center"/>
          </w:tcPr>
          <w:p w:rsidR="00F95CD4" w:rsidRDefault="00F95CD4"/>
        </w:tc>
      </w:tr>
    </w:tbl>
    <w:p w:rsidR="00F95CD4" w:rsidRDefault="003B4C0A">
      <w:pPr>
        <w:pStyle w:val="Ttulo1"/>
      </w:pPr>
      <w:r>
        <w:t>13. PUBLICIDAD DE LA FINANCIACIÓN PROVINCIAL</w:t>
      </w:r>
    </w:p>
    <w:p w:rsidR="00F95CD4" w:rsidRDefault="003B4C0A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</w:t>
      </w:r>
      <w:r>
        <w:rPr>
          <w:sz w:val="18"/>
        </w:rPr>
        <w:t>Se ha instalado cartel, soporte o identificación de la financiación provincial conforme al Anexo VII.</w:t>
      </w:r>
    </w:p>
    <w:p w:rsidR="00F95CD4" w:rsidRDefault="003B4C0A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Se aportan fotografías acreditativas del cartel, soporte o medio de difusión instalado.</w:t>
      </w:r>
    </w:p>
    <w:p w:rsidR="00F95CD4" w:rsidRDefault="003B4C0A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No resulta materialmente posible instalar cartel por la natura</w:t>
      </w:r>
      <w:r>
        <w:rPr>
          <w:sz w:val="18"/>
        </w:rPr>
        <w:t>leza o localización de la actuación, y se justifica documentalmente.</w:t>
      </w:r>
    </w:p>
    <w:p w:rsidR="00F95CD4" w:rsidRDefault="003B4C0A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Se ha hecho constar la colaboración de la Diputación Provincial de Cáceres en los términos establecidos en las bases.</w:t>
      </w:r>
    </w:p>
    <w:p w:rsidR="00F95CD4" w:rsidRDefault="003B4C0A">
      <w:pPr>
        <w:spacing w:after="40"/>
      </w:pPr>
      <w:r>
        <w:rPr>
          <w:b/>
        </w:rPr>
        <w:t>Observaciones sobre publicidad:</w:t>
      </w:r>
      <w:r>
        <w:br/>
        <w:t>___________________________________</w:t>
      </w:r>
      <w:r>
        <w:t>___________________________________________________________________________</w:t>
      </w:r>
    </w:p>
    <w:p w:rsidR="00F95CD4" w:rsidRDefault="003B4C0A">
      <w:pPr>
        <w:pStyle w:val="Ttulo1"/>
      </w:pPr>
      <w:r>
        <w:t>14. OTRAS SUBVENCIONES, AYUDAS, INGRESOS O RECURSOS</w:t>
      </w:r>
    </w:p>
    <w:p w:rsidR="00F95CD4" w:rsidRDefault="003B4C0A">
      <w:r>
        <w:t>La entidad beneficiaria declara respecto de las actuaciones subvencionadas:</w:t>
      </w:r>
    </w:p>
    <w:p w:rsidR="00F95CD4" w:rsidRDefault="003B4C0A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Que no ha solicitado ni obtenido otras subvencione</w:t>
      </w:r>
      <w:r>
        <w:rPr>
          <w:sz w:val="18"/>
        </w:rPr>
        <w:t>s, ayudas, ingresos o recursos para las mismas actuaciones.</w:t>
      </w:r>
    </w:p>
    <w:p w:rsidR="00F95CD4" w:rsidRDefault="003B4C0A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Que ha solicitado u obtenido otras subvenciones, ayudas, ingresos o recursos, que se detallan a continuación, sin que exista doble financiación del mismo gasto subvencionable.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81"/>
        <w:gridCol w:w="2948"/>
        <w:gridCol w:w="1701"/>
        <w:gridCol w:w="1701"/>
        <w:gridCol w:w="1701"/>
        <w:gridCol w:w="3061"/>
      </w:tblGrid>
      <w:tr w:rsidR="00F95CD4">
        <w:trPr>
          <w:tblHeader/>
          <w:jc w:val="center"/>
        </w:trPr>
        <w:tc>
          <w:tcPr>
            <w:tcW w:w="2381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5"/>
              </w:rPr>
              <w:t>Entidad concedente</w:t>
            </w:r>
          </w:p>
        </w:tc>
        <w:tc>
          <w:tcPr>
            <w:tcW w:w="2948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5"/>
              </w:rPr>
              <w:t>Finalidad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5"/>
              </w:rPr>
              <w:t>Importe solicitado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5"/>
              </w:rPr>
              <w:t>Importe concedido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5"/>
              </w:rPr>
              <w:t>Estado</w:t>
            </w:r>
          </w:p>
        </w:tc>
        <w:tc>
          <w:tcPr>
            <w:tcW w:w="3061" w:type="dxa"/>
            <w:shd w:val="clear" w:color="auto" w:fill="D9EAF7"/>
            <w:vAlign w:val="center"/>
          </w:tcPr>
          <w:p w:rsidR="00F95CD4" w:rsidRDefault="003B4C0A">
            <w:pPr>
              <w:jc w:val="center"/>
            </w:pPr>
            <w:r>
              <w:rPr>
                <w:b/>
                <w:sz w:val="15"/>
              </w:rPr>
              <w:t>Observaciones</w:t>
            </w:r>
          </w:p>
        </w:tc>
      </w:tr>
      <w:tr w:rsidR="00F95CD4">
        <w:trPr>
          <w:jc w:val="center"/>
        </w:trPr>
        <w:tc>
          <w:tcPr>
            <w:tcW w:w="2381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3061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2381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3061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2381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3061" w:type="dxa"/>
            <w:vAlign w:val="center"/>
          </w:tcPr>
          <w:p w:rsidR="00F95CD4" w:rsidRDefault="00F95CD4"/>
        </w:tc>
      </w:tr>
      <w:tr w:rsidR="00F95CD4">
        <w:trPr>
          <w:jc w:val="center"/>
        </w:trPr>
        <w:tc>
          <w:tcPr>
            <w:tcW w:w="2381" w:type="dxa"/>
            <w:vAlign w:val="center"/>
          </w:tcPr>
          <w:p w:rsidR="00F95CD4" w:rsidRDefault="00F95CD4"/>
        </w:tc>
        <w:tc>
          <w:tcPr>
            <w:tcW w:w="2948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1701" w:type="dxa"/>
            <w:vAlign w:val="center"/>
          </w:tcPr>
          <w:p w:rsidR="00F95CD4" w:rsidRDefault="00F95CD4"/>
        </w:tc>
        <w:tc>
          <w:tcPr>
            <w:tcW w:w="3061" w:type="dxa"/>
            <w:vAlign w:val="center"/>
          </w:tcPr>
          <w:p w:rsidR="00F95CD4" w:rsidRDefault="00F95CD4"/>
        </w:tc>
      </w:tr>
    </w:tbl>
    <w:p w:rsidR="00F95CD4" w:rsidRDefault="003B4C0A">
      <w:pPr>
        <w:pStyle w:val="Ttulo1"/>
      </w:pPr>
      <w:r>
        <w:t>15. DOCUMENTACIÓN QUE SE ACOMPAÑA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126"/>
        <w:gridCol w:w="7126"/>
      </w:tblGrid>
      <w:tr w:rsidR="00F95CD4"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Anexo VI. Cuenta justificativa y memoria final de ejecución.</w:t>
            </w:r>
          </w:p>
        </w:tc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Memoria técnica final.</w:t>
            </w:r>
          </w:p>
        </w:tc>
      </w:tr>
      <w:tr w:rsidR="00F95CD4"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Relación de actuaciones </w:t>
            </w:r>
            <w:r>
              <w:rPr>
                <w:sz w:val="16"/>
              </w:rPr>
              <w:t>ejecutadas.</w:t>
            </w:r>
          </w:p>
        </w:tc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Relación clasificada de gastos.</w:t>
            </w:r>
          </w:p>
        </w:tc>
      </w:tr>
      <w:tr w:rsidR="00F95CD4"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Facturas o documentos de valor probatorio equivalente.</w:t>
            </w:r>
          </w:p>
        </w:tc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Justificantes de pago.</w:t>
            </w:r>
          </w:p>
        </w:tc>
      </w:tr>
      <w:tr w:rsidR="00F95CD4"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Planos finales de localización.</w:t>
            </w:r>
          </w:p>
        </w:tc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Fotografías fechadas y, en su caso, georreferenciadas.</w:t>
            </w:r>
          </w:p>
        </w:tc>
      </w:tr>
      <w:tr w:rsidR="00F95CD4"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Autorizaciones, permisos, </w:t>
            </w:r>
            <w:r>
              <w:rPr>
                <w:sz w:val="16"/>
              </w:rPr>
              <w:t>informes o comunicaciones administrativas exigibles.</w:t>
            </w:r>
          </w:p>
        </w:tc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Documentación sanitaria, de origen y transporte, en caso de repoblaciones.</w:t>
            </w:r>
          </w:p>
        </w:tc>
      </w:tr>
      <w:tr w:rsidR="00F95CD4"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Declaración de mantenimiento de las actuaciones.</w:t>
            </w:r>
          </w:p>
        </w:tc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Acreditación de la publicidad de la financiación provincial.</w:t>
            </w:r>
          </w:p>
        </w:tc>
      </w:tr>
      <w:tr w:rsidR="00F95CD4"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Declarac</w:t>
            </w:r>
            <w:r>
              <w:rPr>
                <w:sz w:val="16"/>
              </w:rPr>
              <w:t>ión sobre otras ayudas.</w:t>
            </w:r>
          </w:p>
        </w:tc>
        <w:tc>
          <w:tcPr>
            <w:tcW w:w="7126" w:type="dxa"/>
            <w:vAlign w:val="center"/>
          </w:tcPr>
          <w:p w:rsidR="00F95CD4" w:rsidRDefault="003B4C0A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Otra documentación exigida en el Anexo I o requerida por el órgano gestor.</w:t>
            </w:r>
          </w:p>
        </w:tc>
      </w:tr>
    </w:tbl>
    <w:p w:rsidR="00F95CD4" w:rsidRDefault="003B4C0A">
      <w:pPr>
        <w:pStyle w:val="Ttulo1"/>
      </w:pPr>
      <w:r>
        <w:t>16. DECLARACIÓN FINAL Y FIRMA</w:t>
      </w:r>
    </w:p>
    <w:p w:rsidR="00F95CD4" w:rsidRDefault="003B4C0A">
      <w:pPr>
        <w:spacing w:after="160"/>
      </w:pPr>
      <w:r>
        <w:t>La persona firmante declara bajo su responsabilidad que los datos consignados en este anexo son ciertos, que la documentació</w:t>
      </w:r>
      <w:r>
        <w:t>n aportada se corresponde con las actuaciones ejecutadas y que la entidad beneficiaria ha aplicado los fondos recibidos a la finalidad para la que fueron concedidos.</w:t>
      </w:r>
    </w:p>
    <w:p w:rsidR="00F95CD4" w:rsidRDefault="003B4C0A">
      <w:pPr>
        <w:spacing w:after="40"/>
      </w:pPr>
      <w:r>
        <w:rPr>
          <w:b/>
        </w:rPr>
        <w:t>Lugar y fecha:</w:t>
      </w:r>
      <w:r>
        <w:t xml:space="preserve"> 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Firm</w:t>
      </w:r>
      <w:r>
        <w:rPr>
          <w:b/>
        </w:rPr>
        <w:t>a de la persona que ostenta la representación legal o representante acreditado:</w:t>
      </w:r>
      <w:r>
        <w:br/>
        <w:t>______________________________________________________________________________________________________________</w:t>
      </w:r>
    </w:p>
    <w:p w:rsidR="00F95CD4" w:rsidRDefault="003B4C0A">
      <w:pPr>
        <w:spacing w:after="40"/>
      </w:pPr>
      <w:r>
        <w:rPr>
          <w:b/>
        </w:rPr>
        <w:t>Nombre y cargo:</w:t>
      </w:r>
      <w:r>
        <w:t xml:space="preserve"> _________________________________________________</w:t>
      </w:r>
      <w:r>
        <w:t>_____________________</w:t>
      </w:r>
    </w:p>
    <w:sectPr w:rsidR="00F95CD4" w:rsidSect="00034616">
      <w:footerReference w:type="default" r:id="rId8"/>
      <w:pgSz w:w="15840" w:h="12240" w:orient="landscape"/>
      <w:pgMar w:top="794" w:right="794" w:bottom="794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B4C0A">
      <w:pPr>
        <w:spacing w:after="0" w:line="240" w:lineRule="auto"/>
      </w:pPr>
      <w:r>
        <w:separator/>
      </w:r>
    </w:p>
  </w:endnote>
  <w:endnote w:type="continuationSeparator" w:id="0">
    <w:p w:rsidR="00000000" w:rsidRDefault="003B4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CD4" w:rsidRDefault="003B4C0A">
    <w:pPr>
      <w:pStyle w:val="Piedepgina"/>
      <w:jc w:val="center"/>
    </w:pPr>
    <w:r>
      <w:rPr>
        <w:sz w:val="16"/>
      </w:rPr>
      <w:t xml:space="preserve">Página </w:t>
    </w: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  <w:r>
      <w:rPr>
        <w:sz w:val="16"/>
      </w:rPr>
      <w:t xml:space="preserve"> de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B4C0A">
      <w:pPr>
        <w:spacing w:after="0" w:line="240" w:lineRule="auto"/>
      </w:pPr>
      <w:r>
        <w:separator/>
      </w:r>
    </w:p>
  </w:footnote>
  <w:footnote w:type="continuationSeparator" w:id="0">
    <w:p w:rsidR="00000000" w:rsidRDefault="003B4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B4C0A"/>
    <w:rsid w:val="00AA1D8D"/>
    <w:rsid w:val="00B47730"/>
    <w:rsid w:val="00CB0664"/>
    <w:rsid w:val="00F95CD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3A2DDA14-F591-41ED-94A0-2C1CDE853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ial" w:hAnsi="Arial"/>
      <w:sz w:val="19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4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1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/>
      <w:sz w:val="2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E661971-5097-4E78-8614-7C1E9E98C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1717</Words>
  <Characters>9448</Characters>
  <Application>Microsoft Office Word</Application>
  <DocSecurity>0</DocSecurity>
  <Lines>78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Anexo VI - Cuenta justificativa y memoria final de ejecución</vt:lpstr>
      <vt:lpstr/>
    </vt:vector>
  </TitlesOfParts>
  <Manager/>
  <Company/>
  <LinksUpToDate>false</LinksUpToDate>
  <CharactersWithSpaces>11143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VI - Cuenta justificativa y memoria final de ejecución</dc:title>
  <dc:subject>CONVOCATORIA DE SUBVENCIONES PARA EL FOMENTO Y RECUPERACIÓN DE ESPECIES CINEGÉTICAS DE CAZA MENOR EN COTOS SOCIALES DE LA PROVINCIA DE CÁCERES</dc:subject>
  <dc:creator>Diputación Provincial de Cáceres</dc:creator>
  <cp:keywords/>
  <dc:description>generated by python-docx</dc:description>
  <cp:lastModifiedBy>OLGA JAVATO BELLO</cp:lastModifiedBy>
  <cp:revision>2</cp:revision>
  <dcterms:created xsi:type="dcterms:W3CDTF">2026-07-08T18:36:00Z</dcterms:created>
  <dcterms:modified xsi:type="dcterms:W3CDTF">2026-07-08T18:36:00Z</dcterms:modified>
  <cp:category/>
</cp:coreProperties>
</file>