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bookmarkStart w:id="0" w:name="_GoBack"/>
      <w:bookmarkEnd w:id="0"/>
      <w:r>
        <w:rPr>
          <w:b/>
          <w:sz w:val="28"/>
        </w:rPr>
        <w:t>ANEXO III. MODELO DE AUTORIZACIÓN O ACREDITACIÓN DE REPRESENTACIÓN</w:t>
      </w:r>
    </w:p>
    <w:p>
      <w:pPr>
        <w:pStyle w:val="Normal"/>
        <w:jc w:val="center"/>
        <w:rPr/>
      </w:pPr>
      <w:r>
        <w:rPr>
          <w:b/>
          <w:sz w:val="22"/>
        </w:rPr>
        <w:t>CONVOCATORIA DE SUBVENCIONES PARA EL FOMENTO Y RECUPERACIÓN DE ESPECIES CINEGÉTICAS DE CAZA MENOR EN COTOS SOCIALES DE LA PROVINCIA DE CÁCERES</w:t>
      </w:r>
    </w:p>
    <w:p>
      <w:pPr>
        <w:pStyle w:val="Ttulo2"/>
        <w:rPr/>
      </w:pPr>
      <w:r>
        <w:rPr/>
        <w:t>1. DATOS DE LA ENTIDAD SOLICITANTE</w:t>
      </w:r>
    </w:p>
    <w:p>
      <w:pPr>
        <w:pStyle w:val="Normal"/>
        <w:spacing w:before="0" w:after="60"/>
        <w:rPr/>
      </w:pPr>
      <w:r>
        <w:rPr>
          <w:b/>
        </w:rPr>
        <w:t>Denominación de la sociedad local de cazadores:</w:t>
      </w:r>
      <w:r>
        <w:rPr/>
        <w:t xml:space="preserve"> ____________________________________________________________________</w:t>
      </w:r>
    </w:p>
    <w:p>
      <w:pPr>
        <w:pStyle w:val="Normal"/>
        <w:spacing w:before="0" w:after="60"/>
        <w:rPr/>
      </w:pPr>
      <w:r>
        <w:rPr>
          <w:b/>
        </w:rPr>
        <w:t>NIF:</w:t>
      </w:r>
      <w:r>
        <w:rPr/>
        <w:t xml:space="preserve"> ____________________________________________________________________</w:t>
      </w:r>
    </w:p>
    <w:p>
      <w:pPr>
        <w:pStyle w:val="Normal"/>
        <w:spacing w:before="0" w:after="60"/>
        <w:rPr/>
      </w:pPr>
      <w:r>
        <w:rPr>
          <w:b/>
        </w:rPr>
        <w:t>Domicilio social:</w:t>
      </w:r>
      <w:r>
        <w:rPr/>
        <w:t xml:space="preserve"> ____________________________________________________________________</w:t>
      </w:r>
    </w:p>
    <w:p>
      <w:pPr>
        <w:pStyle w:val="Normal"/>
        <w:spacing w:before="0" w:after="60"/>
        <w:rPr/>
      </w:pPr>
      <w:r>
        <w:rPr>
          <w:b/>
        </w:rPr>
        <w:t>Municipio / entidad local:</w:t>
      </w:r>
      <w:r>
        <w:rPr/>
        <w:t xml:space="preserve"> ____________________________________________________________________</w:t>
      </w:r>
    </w:p>
    <w:p>
      <w:pPr>
        <w:pStyle w:val="Normal"/>
        <w:spacing w:before="0" w:after="60"/>
        <w:rPr/>
      </w:pPr>
      <w:r>
        <w:rPr>
          <w:b/>
        </w:rPr>
        <w:t>Código postal:</w:t>
      </w:r>
      <w:r>
        <w:rPr/>
        <w:t xml:space="preserve"> ____________________________________________________________________</w:t>
      </w:r>
    </w:p>
    <w:p>
      <w:pPr>
        <w:pStyle w:val="Normal"/>
        <w:spacing w:before="0" w:after="60"/>
        <w:rPr/>
      </w:pPr>
      <w:r>
        <w:rPr>
          <w:b/>
        </w:rPr>
        <w:t>Teléfono:</w:t>
      </w:r>
      <w:r>
        <w:rPr/>
        <w:t xml:space="preserve"> ____________________________________________________________________</w:t>
      </w:r>
    </w:p>
    <w:p>
      <w:pPr>
        <w:pStyle w:val="Normal"/>
        <w:spacing w:before="0" w:after="60"/>
        <w:rPr/>
      </w:pPr>
      <w:r>
        <w:rPr>
          <w:b/>
        </w:rPr>
        <w:t>Correo electrónico:</w:t>
      </w:r>
      <w:r>
        <w:rPr/>
        <w:t xml:space="preserve"> ____________________________________________________________________</w:t>
      </w:r>
    </w:p>
    <w:p>
      <w:pPr>
        <w:pStyle w:val="Normal"/>
        <w:spacing w:before="0" w:after="60"/>
        <w:rPr/>
      </w:pPr>
      <w:r>
        <w:rPr>
          <w:b/>
        </w:rPr>
        <w:t>Coto social respecto del que se solicita la subvención:</w:t>
      </w:r>
      <w:r>
        <w:rPr/>
        <w:t xml:space="preserve"> ____________________________________________________________________</w:t>
      </w:r>
    </w:p>
    <w:p>
      <w:pPr>
        <w:pStyle w:val="Normal"/>
        <w:spacing w:before="0" w:after="60"/>
        <w:rPr/>
      </w:pPr>
      <w:r>
        <w:rPr>
          <w:b/>
        </w:rPr>
        <w:t>Matrícula / número de registro del coto:</w:t>
      </w:r>
      <w:r>
        <w:rPr/>
        <w:t xml:space="preserve"> ____________________________________________________________________</w:t>
      </w:r>
    </w:p>
    <w:p>
      <w:pPr>
        <w:pStyle w:val="Ttulo2"/>
        <w:rPr/>
      </w:pPr>
      <w:r>
        <w:rPr/>
        <w:t>2. DATOS DE LA PERSONA QUE OSTENTA LA REPRESENTACIÓN LEGAL DE LA ENTIDAD</w:t>
      </w:r>
    </w:p>
    <w:p>
      <w:pPr>
        <w:pStyle w:val="Normal"/>
        <w:spacing w:before="0" w:after="60"/>
        <w:rPr/>
      </w:pPr>
      <w:r>
        <w:rPr>
          <w:b/>
        </w:rPr>
        <w:t>D./D.ª:</w:t>
      </w:r>
      <w:r>
        <w:rPr/>
        <w:t xml:space="preserve"> ____________________________________________________________________</w:t>
      </w:r>
    </w:p>
    <w:p>
      <w:pPr>
        <w:pStyle w:val="Normal"/>
        <w:spacing w:before="0" w:after="60"/>
        <w:rPr/>
      </w:pPr>
      <w:r>
        <w:rPr>
          <w:b/>
        </w:rPr>
        <w:t>DNI/NIE:</w:t>
      </w:r>
      <w:r>
        <w:rPr/>
        <w:t xml:space="preserve"> ____________________________________________________________________</w:t>
      </w:r>
    </w:p>
    <w:p>
      <w:pPr>
        <w:pStyle w:val="Normal"/>
        <w:rPr/>
      </w:pPr>
      <w:r>
        <w:rPr>
          <w:b/>
        </w:rPr>
        <w:t>En calidad de:</w:t>
      </w:r>
    </w:p>
    <w:p>
      <w:pPr>
        <w:pStyle w:val="Normal"/>
        <w:spacing w:before="0" w:after="40"/>
        <w:ind w:left="227" w:hanging="0"/>
        <w:rPr/>
      </w:pPr>
      <w:r>
        <w:rPr>
          <w:sz w:val="20"/>
        </w:rPr>
        <w:t xml:space="preserve">☐ </w:t>
      </w:r>
      <w:r>
        <w:rPr>
          <w:sz w:val="20"/>
        </w:rPr>
        <w:t>Presidente/a de la sociedad local de cazadores.</w:t>
      </w:r>
    </w:p>
    <w:p>
      <w:pPr>
        <w:pStyle w:val="Normal"/>
        <w:spacing w:before="0" w:after="40"/>
        <w:ind w:left="227" w:hanging="0"/>
        <w:rPr/>
      </w:pPr>
      <w:r>
        <w:rPr>
          <w:sz w:val="20"/>
        </w:rPr>
        <w:t xml:space="preserve">☐ </w:t>
      </w:r>
      <w:r>
        <w:rPr>
          <w:sz w:val="20"/>
        </w:rPr>
        <w:t>Secretario/a de la sociedad local de cazadores.</w:t>
      </w:r>
    </w:p>
    <w:p>
      <w:pPr>
        <w:pStyle w:val="Normal"/>
        <w:spacing w:before="0" w:after="40"/>
        <w:ind w:left="227" w:hanging="0"/>
        <w:rPr/>
      </w:pPr>
      <w:r>
        <w:rPr>
          <w:sz w:val="20"/>
        </w:rPr>
        <w:t xml:space="preserve">☐ </w:t>
      </w:r>
      <w:r>
        <w:rPr>
          <w:sz w:val="20"/>
        </w:rPr>
        <w:t>Representante legal de la entidad.</w:t>
      </w:r>
    </w:p>
    <w:p>
      <w:pPr>
        <w:pStyle w:val="Normal"/>
        <w:spacing w:before="0" w:after="40"/>
        <w:ind w:left="227" w:hanging="0"/>
        <w:rPr/>
      </w:pPr>
      <w:r>
        <w:rPr>
          <w:sz w:val="20"/>
        </w:rPr>
        <w:t xml:space="preserve">☐ </w:t>
      </w:r>
      <w:r>
        <w:rPr>
          <w:sz w:val="20"/>
        </w:rPr>
        <w:t>Otro cargo: _______________________________________________________</w:t>
      </w:r>
    </w:p>
    <w:p>
      <w:pPr>
        <w:pStyle w:val="Normal"/>
        <w:spacing w:before="0" w:after="80"/>
        <w:rPr/>
      </w:pPr>
      <w:r>
        <w:rPr/>
        <w:t>Actuando en nombre y representación de la entidad solicitante indicada en el apartado anterior,</w:t>
      </w:r>
    </w:p>
    <w:p>
      <w:pPr>
        <w:pStyle w:val="Normal"/>
        <w:jc w:val="center"/>
        <w:rPr/>
      </w:pPr>
      <w:r>
        <w:rPr>
          <w:b/>
        </w:rPr>
        <w:t>MANIFIESTA</w:t>
      </w:r>
    </w:p>
    <w:p>
      <w:pPr>
        <w:pStyle w:val="Normal"/>
        <w:spacing w:before="0" w:after="80"/>
        <w:rPr/>
      </w:pPr>
      <w:r>
        <w:rPr/>
        <w:t>Que ostenta capacidad suficiente para conferir la presente autorización o representación en nombre de la entidad, conforme a sus estatutos, acuerdos internos o documentación acreditativa de representación que se acompaña o que obra en poder de la entidad.</w:t>
      </w:r>
    </w:p>
    <w:p>
      <w:pPr>
        <w:pStyle w:val="Ttulo2"/>
        <w:rPr/>
      </w:pPr>
      <w:r>
        <w:rPr/>
        <w:t>3. DATOS DE LA PERSONA O ENTIDAD REPRESENTANTE AUTORIZADA</w:t>
      </w:r>
    </w:p>
    <w:p>
      <w:pPr>
        <w:pStyle w:val="Normal"/>
        <w:spacing w:before="0" w:after="60"/>
        <w:rPr/>
      </w:pPr>
      <w:r>
        <w:rPr>
          <w:b/>
        </w:rPr>
        <w:t>Nombre y apellidos / denominación social:</w:t>
      </w:r>
      <w:r>
        <w:rPr/>
        <w:t xml:space="preserve"> ____________________________________________________________________</w:t>
      </w:r>
    </w:p>
    <w:p>
      <w:pPr>
        <w:pStyle w:val="Normal"/>
        <w:spacing w:before="0" w:after="60"/>
        <w:rPr/>
      </w:pPr>
      <w:r>
        <w:rPr>
          <w:b/>
        </w:rPr>
        <w:t>DNI/NIE/NIF:</w:t>
      </w:r>
      <w:r>
        <w:rPr/>
        <w:t xml:space="preserve"> ____________________________________________________________________</w:t>
      </w:r>
    </w:p>
    <w:p>
      <w:pPr>
        <w:pStyle w:val="Normal"/>
        <w:spacing w:before="0" w:after="60"/>
        <w:rPr/>
      </w:pPr>
      <w:r>
        <w:rPr>
          <w:b/>
        </w:rPr>
        <w:t>Domicilio:</w:t>
      </w:r>
      <w:r>
        <w:rPr/>
        <w:t xml:space="preserve"> ____________________________________________________________________</w:t>
      </w:r>
    </w:p>
    <w:p>
      <w:pPr>
        <w:pStyle w:val="Normal"/>
        <w:spacing w:before="0" w:after="60"/>
        <w:rPr/>
      </w:pPr>
      <w:r>
        <w:rPr>
          <w:b/>
        </w:rPr>
        <w:t>Municipio:</w:t>
      </w:r>
      <w:r>
        <w:rPr/>
        <w:t xml:space="preserve"> ____________________________________________________________________</w:t>
      </w:r>
    </w:p>
    <w:p>
      <w:pPr>
        <w:pStyle w:val="Normal"/>
        <w:spacing w:before="0" w:after="60"/>
        <w:rPr/>
      </w:pPr>
      <w:r>
        <w:rPr>
          <w:b/>
        </w:rPr>
        <w:t>Código postal:</w:t>
      </w:r>
      <w:r>
        <w:rPr/>
        <w:t xml:space="preserve"> ____________________________________________________________________</w:t>
      </w:r>
    </w:p>
    <w:p>
      <w:pPr>
        <w:pStyle w:val="Normal"/>
        <w:spacing w:before="0" w:after="60"/>
        <w:rPr/>
      </w:pPr>
      <w:r>
        <w:rPr>
          <w:b/>
        </w:rPr>
        <w:t>Teléfono:</w:t>
      </w:r>
      <w:r>
        <w:rPr/>
        <w:t xml:space="preserve"> ____________________________________________________________________</w:t>
      </w:r>
    </w:p>
    <w:p>
      <w:pPr>
        <w:pStyle w:val="Normal"/>
        <w:spacing w:before="0" w:after="60"/>
        <w:rPr/>
      </w:pPr>
      <w:r>
        <w:rPr>
          <w:b/>
        </w:rPr>
        <w:t>Correo electrónico:</w:t>
      </w:r>
      <w:r>
        <w:rPr/>
        <w:t xml:space="preserve"> ____________________________________________________________________</w:t>
      </w:r>
    </w:p>
    <w:p>
      <w:pPr>
        <w:pStyle w:val="Normal"/>
        <w:spacing w:before="0" w:after="60"/>
        <w:rPr/>
      </w:pPr>
      <w:r>
        <w:rPr>
          <w:b/>
        </w:rPr>
        <w:t>Persona de contacto, en caso de entidad representante:</w:t>
      </w:r>
      <w:r>
        <w:rPr/>
        <w:t xml:space="preserve"> ____________________________________________________________________</w:t>
      </w:r>
    </w:p>
    <w:p>
      <w:pPr>
        <w:pStyle w:val="Normal"/>
        <w:spacing w:before="0" w:after="60"/>
        <w:rPr/>
      </w:pPr>
      <w:r>
        <w:rPr>
          <w:b/>
        </w:rPr>
        <w:t>DNI/NIE:</w:t>
      </w:r>
      <w:r>
        <w:rPr/>
        <w:t xml:space="preserve"> ____________________________________________________________________</w:t>
      </w:r>
    </w:p>
    <w:p>
      <w:pPr>
        <w:pStyle w:val="Normal"/>
        <w:spacing w:before="0" w:after="60"/>
        <w:rPr/>
      </w:pPr>
      <w:r>
        <w:rPr>
          <w:b/>
        </w:rPr>
        <w:t>Cargo o relación con la entidad representante:</w:t>
      </w:r>
      <w:r>
        <w:rPr/>
        <w:t xml:space="preserve"> ____________________________________________________________________</w:t>
      </w:r>
    </w:p>
    <w:p>
      <w:pPr>
        <w:pStyle w:val="Ttulo2"/>
        <w:rPr/>
      </w:pPr>
      <w:r>
        <w:rPr/>
        <w:t>4. ALCANCE DE LA REPRESENTACIÓN CONFERIDA</w:t>
      </w:r>
    </w:p>
    <w:p>
      <w:pPr>
        <w:pStyle w:val="Normal"/>
        <w:spacing w:before="0" w:after="80"/>
        <w:rPr/>
      </w:pPr>
      <w:r>
        <w:rPr/>
        <w:t>Mediante el presente documento, la entidad solicitante autoriza y faculta a la persona o entidad representante identificada en el apartado anterior para actuar en su nombre ante la Diputación Provincial de Cáceres en relación con la convocatoria de subvenciones para el fomento y recuperación de especies cinegéticas de caza menor en cotos sociales de la provincia de Cáceres.</w:t>
      </w:r>
    </w:p>
    <w:p>
      <w:pPr>
        <w:pStyle w:val="Normal"/>
        <w:spacing w:before="0" w:after="80"/>
        <w:rPr/>
      </w:pPr>
      <w:r>
        <w:rPr/>
        <w:t>La representación comprenderá las siguientes actuaciones:</w:t>
      </w:r>
    </w:p>
    <w:p>
      <w:pPr>
        <w:pStyle w:val="Normal"/>
        <w:spacing w:before="0" w:after="40"/>
        <w:ind w:left="227" w:hanging="0"/>
        <w:rPr/>
      </w:pPr>
      <w:r>
        <w:rPr>
          <w:sz w:val="20"/>
        </w:rPr>
        <w:t xml:space="preserve">☐ </w:t>
      </w:r>
      <w:r>
        <w:rPr>
          <w:sz w:val="20"/>
        </w:rPr>
        <w:t>Presentar la solicitud de subvención en nombre de la entidad solicitante.</w:t>
      </w:r>
    </w:p>
    <w:p>
      <w:pPr>
        <w:pStyle w:val="Normal"/>
        <w:spacing w:before="0" w:after="40"/>
        <w:ind w:left="227" w:hanging="0"/>
        <w:rPr/>
      </w:pPr>
      <w:r>
        <w:rPr>
          <w:sz w:val="20"/>
        </w:rPr>
        <w:t xml:space="preserve">☐ </w:t>
      </w:r>
      <w:r>
        <w:rPr>
          <w:sz w:val="20"/>
        </w:rPr>
        <w:t>Aportar la documentación exigida en la convocatoria.</w:t>
      </w:r>
    </w:p>
    <w:p>
      <w:pPr>
        <w:pStyle w:val="Normal"/>
        <w:spacing w:before="0" w:after="40"/>
        <w:ind w:left="227" w:hanging="0"/>
        <w:rPr/>
      </w:pPr>
      <w:r>
        <w:rPr>
          <w:sz w:val="20"/>
        </w:rPr>
        <w:t xml:space="preserve">☐ </w:t>
      </w:r>
      <w:r>
        <w:rPr>
          <w:sz w:val="20"/>
        </w:rPr>
        <w:t>Presentar el Anexo II. Modelo de solicitud de subvención y declaraciones responsables, cuando esté debidamente firmado por quien corresponda.</w:t>
      </w:r>
    </w:p>
    <w:p>
      <w:pPr>
        <w:pStyle w:val="Normal"/>
        <w:spacing w:before="0" w:after="40"/>
        <w:ind w:left="227" w:hanging="0"/>
        <w:rPr/>
      </w:pPr>
      <w:r>
        <w:rPr>
          <w:sz w:val="20"/>
        </w:rPr>
        <w:t xml:space="preserve">☐ </w:t>
      </w:r>
      <w:r>
        <w:rPr>
          <w:sz w:val="20"/>
        </w:rPr>
        <w:t>Presentar el Anexo IV. Proyecto de inversiones.</w:t>
      </w:r>
    </w:p>
    <w:p>
      <w:pPr>
        <w:pStyle w:val="Normal"/>
        <w:spacing w:before="0" w:after="40"/>
        <w:ind w:left="227" w:hanging="0"/>
        <w:rPr/>
      </w:pPr>
      <w:r>
        <w:rPr>
          <w:sz w:val="20"/>
        </w:rPr>
        <w:t xml:space="preserve">☐ </w:t>
      </w:r>
      <w:r>
        <w:rPr>
          <w:sz w:val="20"/>
        </w:rPr>
        <w:t>Presentar el Anexo V. Explicación detallada de las actuaciones solicitadas.</w:t>
      </w:r>
    </w:p>
    <w:p>
      <w:pPr>
        <w:pStyle w:val="Normal"/>
        <w:spacing w:before="0" w:after="40"/>
        <w:ind w:left="227" w:hanging="0"/>
        <w:rPr/>
      </w:pPr>
      <w:r>
        <w:rPr>
          <w:sz w:val="20"/>
        </w:rPr>
        <w:t xml:space="preserve">☐ </w:t>
      </w:r>
      <w:r>
        <w:rPr>
          <w:sz w:val="20"/>
        </w:rPr>
        <w:t>Presentar documentación técnica, planos, fotografías, presupuestos, facturas proforma, certificaciones, autorizaciones administrativas o cualquier otro documento necesario para la instrucción del expediente.</w:t>
      </w:r>
    </w:p>
    <w:p>
      <w:pPr>
        <w:pStyle w:val="Normal"/>
        <w:spacing w:before="0" w:after="40"/>
        <w:ind w:left="227" w:hanging="0"/>
        <w:rPr/>
      </w:pPr>
      <w:r>
        <w:rPr>
          <w:sz w:val="20"/>
        </w:rPr>
        <w:t xml:space="preserve">☐ </w:t>
      </w:r>
      <w:r>
        <w:rPr>
          <w:sz w:val="20"/>
        </w:rPr>
        <w:t>Recibir comunicaciones y notificaciones electrónicas relacionadas con el procedimiento.</w:t>
      </w:r>
    </w:p>
    <w:p>
      <w:pPr>
        <w:pStyle w:val="Normal"/>
        <w:spacing w:before="0" w:after="40"/>
        <w:ind w:left="227" w:hanging="0"/>
        <w:rPr/>
      </w:pPr>
      <w:r>
        <w:rPr>
          <w:sz w:val="20"/>
        </w:rPr>
        <w:t xml:space="preserve">☐ </w:t>
      </w:r>
      <w:r>
        <w:rPr>
          <w:sz w:val="20"/>
        </w:rPr>
        <w:t>Atender requerimientos de subsanación.</w:t>
      </w:r>
    </w:p>
    <w:p>
      <w:pPr>
        <w:pStyle w:val="Normal"/>
        <w:spacing w:before="0" w:after="40"/>
        <w:ind w:left="227" w:hanging="0"/>
        <w:rPr/>
      </w:pPr>
      <w:r>
        <w:rPr>
          <w:sz w:val="20"/>
        </w:rPr>
        <w:t xml:space="preserve">☐ </w:t>
      </w:r>
      <w:r>
        <w:rPr>
          <w:sz w:val="20"/>
        </w:rPr>
        <w:t>Presentar escritos de subsanación, alegaciones, aclaraciones o documentación complementaria.</w:t>
      </w:r>
    </w:p>
    <w:p>
      <w:pPr>
        <w:pStyle w:val="Normal"/>
        <w:spacing w:before="0" w:after="40"/>
        <w:ind w:left="227" w:hanging="0"/>
        <w:rPr/>
      </w:pPr>
      <w:r>
        <w:rPr>
          <w:sz w:val="20"/>
        </w:rPr>
        <w:t xml:space="preserve">☐ </w:t>
      </w:r>
      <w:r>
        <w:rPr>
          <w:sz w:val="20"/>
        </w:rPr>
        <w:t>Consultar el estado de tramitación del expediente.</w:t>
      </w:r>
    </w:p>
    <w:p>
      <w:pPr>
        <w:pStyle w:val="Normal"/>
        <w:spacing w:before="0" w:after="40"/>
        <w:ind w:left="227" w:hanging="0"/>
        <w:rPr/>
      </w:pPr>
      <w:r>
        <w:rPr>
          <w:sz w:val="20"/>
        </w:rPr>
        <w:t xml:space="preserve">☐ </w:t>
      </w:r>
      <w:r>
        <w:rPr>
          <w:sz w:val="20"/>
        </w:rPr>
        <w:t>Presentar la aceptación de la subvención, en caso de concesión.</w:t>
      </w:r>
    </w:p>
    <w:p>
      <w:pPr>
        <w:pStyle w:val="Normal"/>
        <w:spacing w:before="0" w:after="40"/>
        <w:ind w:left="227" w:hanging="0"/>
        <w:rPr/>
      </w:pPr>
      <w:r>
        <w:rPr>
          <w:sz w:val="20"/>
        </w:rPr>
        <w:t xml:space="preserve">☐ </w:t>
      </w:r>
      <w:r>
        <w:rPr>
          <w:sz w:val="20"/>
        </w:rPr>
        <w:t>Presentar la renuncia a la subvención, cuando así lo acuerde expresamente la entidad solicitante.</w:t>
      </w:r>
    </w:p>
    <w:p>
      <w:pPr>
        <w:pStyle w:val="Normal"/>
        <w:spacing w:before="0" w:after="40"/>
        <w:ind w:left="227" w:hanging="0"/>
        <w:rPr/>
      </w:pPr>
      <w:r>
        <w:rPr>
          <w:sz w:val="20"/>
        </w:rPr>
        <w:t xml:space="preserve">☐ </w:t>
      </w:r>
      <w:r>
        <w:rPr>
          <w:sz w:val="20"/>
        </w:rPr>
        <w:t>Presentar la documentación justificativa de la subvención, incluido el Anexo VI. Modelo de cuenta justificativa y memoria final de ejecución.</w:t>
      </w:r>
    </w:p>
    <w:p>
      <w:pPr>
        <w:pStyle w:val="Normal"/>
        <w:spacing w:before="0" w:after="40"/>
        <w:ind w:left="227" w:hanging="0"/>
        <w:rPr/>
      </w:pPr>
      <w:r>
        <w:rPr>
          <w:sz w:val="20"/>
        </w:rPr>
        <w:t xml:space="preserve">☐ </w:t>
      </w:r>
      <w:r>
        <w:rPr>
          <w:sz w:val="20"/>
        </w:rPr>
        <w:t>Atender requerimientos derivados de la fase de justificación, comprobación, control o reintegro.</w:t>
      </w:r>
    </w:p>
    <w:p>
      <w:pPr>
        <w:pStyle w:val="Normal"/>
        <w:spacing w:before="0" w:after="40"/>
        <w:ind w:left="227" w:hanging="0"/>
        <w:rPr/>
      </w:pPr>
      <w:r>
        <w:rPr>
          <w:sz w:val="20"/>
        </w:rPr>
        <w:t xml:space="preserve">☐ </w:t>
      </w:r>
      <w:r>
        <w:rPr>
          <w:sz w:val="20"/>
        </w:rPr>
        <w:t>Realizar cualesquiera otros trámites necesarios para la adecuada tramitación del expediente de subvención.</w:t>
      </w:r>
    </w:p>
    <w:p>
      <w:pPr>
        <w:pStyle w:val="Ttulo2"/>
        <w:rPr/>
      </w:pPr>
      <w:r>
        <w:rPr/>
        <w:t>5. FACULTADES ESPECIALES</w:t>
      </w:r>
    </w:p>
    <w:p>
      <w:pPr>
        <w:pStyle w:val="Normal"/>
        <w:spacing w:before="0" w:after="80"/>
        <w:rPr/>
      </w:pPr>
      <w:r>
        <w:rPr/>
        <w:t>La entidad solicitante podrá marcar expresamente las facultades especiales que confiere a la persona o entidad representante:</w:t>
      </w:r>
    </w:p>
    <w:p>
      <w:pPr>
        <w:pStyle w:val="Normal"/>
        <w:spacing w:before="0" w:after="40"/>
        <w:ind w:left="227" w:hanging="0"/>
        <w:rPr/>
      </w:pPr>
      <w:r>
        <w:rPr>
          <w:sz w:val="20"/>
        </w:rPr>
        <w:t xml:space="preserve">☐ </w:t>
      </w:r>
      <w:r>
        <w:rPr>
          <w:sz w:val="20"/>
        </w:rPr>
        <w:t>Firmar electrónicamente la solicitud de subvención en nombre de la entidad solicitante.</w:t>
      </w:r>
    </w:p>
    <w:p>
      <w:pPr>
        <w:pStyle w:val="Normal"/>
        <w:spacing w:before="0" w:after="40"/>
        <w:ind w:left="227" w:hanging="0"/>
        <w:rPr/>
      </w:pPr>
      <w:r>
        <w:rPr>
          <w:sz w:val="20"/>
        </w:rPr>
        <w:t xml:space="preserve">☐ </w:t>
      </w:r>
      <w:r>
        <w:rPr>
          <w:sz w:val="20"/>
        </w:rPr>
        <w:t>Firmar electrónicamente declaraciones responsables en nombre de la entidad solicitante.</w:t>
      </w:r>
    </w:p>
    <w:p>
      <w:pPr>
        <w:pStyle w:val="Normal"/>
        <w:spacing w:before="0" w:after="40"/>
        <w:ind w:left="227" w:hanging="0"/>
        <w:rPr/>
      </w:pPr>
      <w:r>
        <w:rPr>
          <w:sz w:val="20"/>
        </w:rPr>
        <w:t xml:space="preserve">☐ </w:t>
      </w:r>
      <w:r>
        <w:rPr>
          <w:sz w:val="20"/>
        </w:rPr>
        <w:t>Firmar electrónicamente la aceptación de la subvención.</w:t>
      </w:r>
    </w:p>
    <w:p>
      <w:pPr>
        <w:pStyle w:val="Normal"/>
        <w:spacing w:before="0" w:after="40"/>
        <w:ind w:left="227" w:hanging="0"/>
        <w:rPr/>
      </w:pPr>
      <w:r>
        <w:rPr>
          <w:sz w:val="20"/>
        </w:rPr>
        <w:t xml:space="preserve">☐ </w:t>
      </w:r>
      <w:r>
        <w:rPr>
          <w:sz w:val="20"/>
        </w:rPr>
        <w:t>Firmar electrónicamente la renuncia a la subvención.</w:t>
      </w:r>
    </w:p>
    <w:p>
      <w:pPr>
        <w:pStyle w:val="Normal"/>
        <w:spacing w:before="0" w:after="40"/>
        <w:ind w:left="227" w:hanging="0"/>
        <w:rPr/>
      </w:pPr>
      <w:r>
        <w:rPr>
          <w:sz w:val="20"/>
        </w:rPr>
        <w:t xml:space="preserve">☐ </w:t>
      </w:r>
      <w:r>
        <w:rPr>
          <w:sz w:val="20"/>
        </w:rPr>
        <w:t>Firmar electrónicamente la cuenta justificativa y memoria final de ejecución.</w:t>
      </w:r>
    </w:p>
    <w:p>
      <w:pPr>
        <w:pStyle w:val="Normal"/>
        <w:spacing w:before="0" w:after="40"/>
        <w:ind w:left="227" w:hanging="0"/>
        <w:rPr/>
      </w:pPr>
      <w:r>
        <w:rPr>
          <w:sz w:val="20"/>
        </w:rPr>
        <w:t xml:space="preserve">☐ </w:t>
      </w:r>
      <w:r>
        <w:rPr>
          <w:sz w:val="20"/>
        </w:rPr>
        <w:t>Formular alegaciones en nombre de la entidad solicitante.</w:t>
      </w:r>
    </w:p>
    <w:p>
      <w:pPr>
        <w:pStyle w:val="Normal"/>
        <w:spacing w:before="0" w:after="40"/>
        <w:ind w:left="227" w:hanging="0"/>
        <w:rPr/>
      </w:pPr>
      <w:r>
        <w:rPr>
          <w:sz w:val="20"/>
        </w:rPr>
        <w:t xml:space="preserve">☐ </w:t>
      </w:r>
      <w:r>
        <w:rPr>
          <w:sz w:val="20"/>
        </w:rPr>
        <w:t>Recibir notificaciones electrónicas con plena validez jurídica.</w:t>
      </w:r>
    </w:p>
    <w:p>
      <w:pPr>
        <w:pStyle w:val="Normal"/>
        <w:spacing w:before="0" w:after="40"/>
        <w:ind w:left="227" w:hanging="0"/>
        <w:rPr/>
      </w:pPr>
      <w:r>
        <w:rPr>
          <w:sz w:val="20"/>
        </w:rPr>
        <w:t xml:space="preserve">☐ </w:t>
      </w:r>
      <w:r>
        <w:rPr>
          <w:sz w:val="20"/>
        </w:rPr>
        <w:t>Actuar en la fase de reintegro, en su caso.</w:t>
      </w:r>
    </w:p>
    <w:p>
      <w:pPr>
        <w:pStyle w:val="Normal"/>
        <w:spacing w:before="0" w:after="40"/>
        <w:ind w:left="227" w:hanging="0"/>
        <w:rPr/>
      </w:pPr>
      <w:r>
        <w:rPr>
          <w:sz w:val="20"/>
        </w:rPr>
        <w:t xml:space="preserve">☐ </w:t>
      </w:r>
      <w:r>
        <w:rPr>
          <w:sz w:val="20"/>
        </w:rPr>
        <w:t>Otras facultades expresas: ______________________________________________________</w:t>
      </w:r>
    </w:p>
    <w:p>
      <w:pPr>
        <w:pStyle w:val="Normal"/>
        <w:spacing w:before="0" w:after="80"/>
        <w:rPr/>
      </w:pPr>
      <w:r>
        <w:rPr/>
        <w:t>Cuando no se marque expresamente alguna de las facultades especiales anteriores, se entenderá que dicha facultad queda reservada a la persona que ostente la representación legal de la sociedad local de cazadores, sin perjuicio de que la persona o entidad representante pueda presentar materialmente la documentación debidamente firmada por aquella.</w:t>
      </w:r>
    </w:p>
    <w:p>
      <w:pPr>
        <w:pStyle w:val="Ttulo2"/>
        <w:rPr/>
      </w:pPr>
      <w:r>
        <w:rPr/>
        <w:t>6. NOTIFICACIONES ELECTRÓNICAS</w:t>
      </w:r>
    </w:p>
    <w:p>
      <w:pPr>
        <w:pStyle w:val="Normal"/>
        <w:spacing w:before="0" w:after="80"/>
        <w:rPr/>
      </w:pPr>
      <w:r>
        <w:rPr/>
        <w:t>La entidad solicitante autoriza a que las notificaciones electrónicas derivadas del procedimiento se practiquen a través de la sede electrónica de la Diputación Provincial de Cáceres a la persona o entidad representante designada en este documento, siempre que dicha representación haya sido admitida por el órgano gestor.</w:t>
      </w:r>
    </w:p>
    <w:p>
      <w:pPr>
        <w:pStyle w:val="Normal"/>
        <w:spacing w:before="0" w:after="60"/>
        <w:rPr/>
      </w:pPr>
      <w:r>
        <w:rPr>
          <w:b/>
        </w:rPr>
        <w:t>Correo electrónico a efectos de aviso de puesta a disposición de notificaciones electrónicas:</w:t>
      </w:r>
      <w:r>
        <w:rPr/>
        <w:t xml:space="preserve"> ____________________________________________________________________</w:t>
      </w:r>
    </w:p>
    <w:p>
      <w:pPr>
        <w:pStyle w:val="Normal"/>
        <w:spacing w:before="0" w:after="80"/>
        <w:rPr/>
      </w:pPr>
      <w:r>
        <w:rPr/>
        <w:t>La entidad solicitante y la persona o entidad representante quedan informadas de que el aviso por correo electrónico tiene efectos meramente informativos y no sustituye a la notificación electrónica practicada a través de la sede electrónica.</w:t>
      </w:r>
    </w:p>
    <w:p>
      <w:pPr>
        <w:pStyle w:val="Normal"/>
        <w:spacing w:before="0" w:after="80"/>
        <w:rPr/>
      </w:pPr>
      <w:r>
        <w:rPr/>
        <w:t>La notificación se entenderá practicada en el momento en que se produzca el acceso a su contenido por la persona interesada o por su representante debidamente acreditado. Cuando la notificación haya sido puesta a disposición y transcurran diez días naturales sin que se acceda a su contenido, se entenderá rechazada, con los efectos previstos en la normativa reguladora del procedimiento administrativo común, salvo que se acredite la imposibilidad técnica o material de acceso.</w:t>
      </w:r>
    </w:p>
    <w:p>
      <w:pPr>
        <w:pStyle w:val="Ttulo2"/>
        <w:rPr/>
      </w:pPr>
      <w:r>
        <w:rPr/>
        <w:t>7. DURACIÓN DE LA REPRESENTACIÓN</w:t>
      </w:r>
    </w:p>
    <w:p>
      <w:pPr>
        <w:pStyle w:val="Normal"/>
        <w:spacing w:before="0" w:after="80"/>
        <w:rPr/>
      </w:pPr>
      <w:r>
        <w:rPr/>
        <w:t>La representación conferida mediante el presente documento tendrá validez para todos los trámites vinculados a la convocatoria de subvenciones para el fomento y recuperación de especies cinegéticas de caza menor en cotos sociales de la provincia de Cáceres, incluyendo las fases de solicitud, instrucción, concesión, aceptación, ejecución, justificación, comprobación, control y, en su caso, reintegro.</w:t>
      </w:r>
    </w:p>
    <w:p>
      <w:pPr>
        <w:pStyle w:val="Normal"/>
        <w:spacing w:before="0" w:after="80"/>
        <w:rPr/>
      </w:pPr>
      <w:r>
        <w:rPr/>
        <w:t>La representación se mantendrá vigente hasta la finalización completa del expediente administrativo, salvo revocación expresa comunicada por la entidad solicitante a la Diputación Provincial de Cáceres.</w:t>
      </w:r>
    </w:p>
    <w:p>
      <w:pPr>
        <w:pStyle w:val="Normal"/>
        <w:spacing w:before="0" w:after="80"/>
        <w:rPr/>
      </w:pPr>
      <w:r>
        <w:rPr/>
        <w:t>La revocación de la representación deberá presentarse por medios electrónicos y no afectará a la validez de los actos realizados con anterioridad a su comunicación al órgano gestor.</w:t>
      </w:r>
    </w:p>
    <w:p>
      <w:pPr>
        <w:pStyle w:val="Ttulo2"/>
        <w:rPr/>
      </w:pPr>
      <w:r>
        <w:rPr/>
        <w:t>8. DECLARACIÓN DE LA ENTIDAD SOLICITANTE</w:t>
      </w:r>
    </w:p>
    <w:p>
      <w:pPr>
        <w:pStyle w:val="Normal"/>
        <w:spacing w:before="0" w:after="80"/>
        <w:rPr/>
      </w:pPr>
      <w:r>
        <w:rPr/>
        <w:t>La entidad solicitante declara:</w:t>
      </w:r>
    </w:p>
    <w:p>
      <w:pPr>
        <w:pStyle w:val="Normal"/>
        <w:spacing w:before="0" w:after="80"/>
        <w:rPr/>
      </w:pPr>
      <w:r>
        <w:rPr>
          <w:b/>
        </w:rPr>
        <w:t xml:space="preserve">Primero. </w:t>
      </w:r>
      <w:r>
        <w:rPr/>
        <w:t>Que la persona que firma el presente documento ostenta representación suficiente para autorizar la actuación de la persona o entidad representante designada.</w:t>
      </w:r>
    </w:p>
    <w:p>
      <w:pPr>
        <w:pStyle w:val="Normal"/>
        <w:spacing w:before="0" w:after="80"/>
        <w:rPr/>
      </w:pPr>
      <w:r>
        <w:rPr>
          <w:b/>
        </w:rPr>
        <w:t xml:space="preserve">Segundo. </w:t>
      </w:r>
      <w:r>
        <w:rPr/>
        <w:t>Que los datos consignados en este documento son ciertos.</w:t>
      </w:r>
    </w:p>
    <w:p>
      <w:pPr>
        <w:pStyle w:val="Normal"/>
        <w:spacing w:before="0" w:after="80"/>
        <w:rPr/>
      </w:pPr>
      <w:r>
        <w:rPr>
          <w:b/>
        </w:rPr>
        <w:t xml:space="preserve">Tercero. </w:t>
      </w:r>
      <w:r>
        <w:rPr/>
        <w:t>Que la entidad solicitante asume la responsabilidad derivada de la solicitud de subvención y del cumplimiento de las obligaciones establecidas en las bases reguladoras y convocatoria, aun cuando actúe por medio de representante.</w:t>
      </w:r>
    </w:p>
    <w:p>
      <w:pPr>
        <w:pStyle w:val="Normal"/>
        <w:spacing w:before="0" w:after="80"/>
        <w:rPr/>
      </w:pPr>
      <w:r>
        <w:rPr>
          <w:b/>
        </w:rPr>
        <w:t xml:space="preserve">Cuarto. </w:t>
      </w:r>
      <w:r>
        <w:rPr/>
        <w:t>Que la actuación por medio de representante no exime a la entidad solicitante o beneficiaria del cumplimiento de las obligaciones de ejecución, justificación, mantenimiento, publicidad, comunicación de incidencias, sometimiento a control y reintegro que resulten aplicables.</w:t>
      </w:r>
    </w:p>
    <w:p>
      <w:pPr>
        <w:pStyle w:val="Normal"/>
        <w:spacing w:before="0" w:after="80"/>
        <w:rPr/>
      </w:pPr>
      <w:r>
        <w:rPr>
          <w:b/>
        </w:rPr>
        <w:t xml:space="preserve">Quinto. </w:t>
      </w:r>
      <w:r>
        <w:rPr/>
        <w:t>Que se compromete a comunicar a la Diputación Provincial de Cáceres cualquier modificación, sustitución o revocación de la representación conferida.</w:t>
      </w:r>
    </w:p>
    <w:p>
      <w:pPr>
        <w:pStyle w:val="Ttulo2"/>
        <w:rPr/>
      </w:pPr>
      <w:r>
        <w:rPr/>
        <w:t>9. ACEPTACIÓN DE LA REPRESENTACIÓN</w:t>
      </w:r>
    </w:p>
    <w:p>
      <w:pPr>
        <w:pStyle w:val="Normal"/>
        <w:spacing w:before="0" w:after="60"/>
        <w:rPr/>
      </w:pPr>
      <w:r>
        <w:rPr>
          <w:b/>
        </w:rPr>
        <w:t>D./D.ª / La entidad:</w:t>
      </w:r>
      <w:r>
        <w:rPr/>
        <w:t xml:space="preserve"> ____________________________________________________________________</w:t>
      </w:r>
    </w:p>
    <w:p>
      <w:pPr>
        <w:pStyle w:val="Normal"/>
        <w:spacing w:before="0" w:after="60"/>
        <w:rPr/>
      </w:pPr>
      <w:r>
        <w:rPr>
          <w:b/>
        </w:rPr>
        <w:t>DNI/NIE/NIF:</w:t>
      </w:r>
      <w:r>
        <w:rPr/>
        <w:t xml:space="preserve"> ____________________________________________________________________</w:t>
      </w:r>
    </w:p>
    <w:p>
      <w:pPr>
        <w:pStyle w:val="Normal"/>
        <w:spacing w:before="0" w:after="80"/>
        <w:rPr/>
      </w:pPr>
      <w:r>
        <w:rPr/>
        <w:t>Designada como representante en el presente documento, acepta la representación conferida por la sociedad local de cazadores solicitante para actuar en su nombre en los términos indicados en este anexo.</w:t>
      </w:r>
    </w:p>
    <w:p>
      <w:pPr>
        <w:pStyle w:val="Normal"/>
        <w:spacing w:before="0" w:after="80"/>
        <w:rPr/>
      </w:pPr>
      <w:r>
        <w:rPr/>
        <w:t>Asimismo, declara conocer las obligaciones derivadas de dicha representación y se compromete a actuar conforme a las instrucciones de la entidad representada, a la normativa aplicable y a las bases reguladoras de la convocatoria.</w:t>
      </w:r>
    </w:p>
    <w:p>
      <w:pPr>
        <w:pStyle w:val="Ttulo2"/>
        <w:rPr/>
      </w:pPr>
      <w:r>
        <w:rPr/>
        <w:t>10. PROTECCIÓN DE DATOS</w:t>
      </w:r>
    </w:p>
    <w:p>
      <w:pPr>
        <w:pStyle w:val="Normal"/>
        <w:spacing w:before="0" w:after="80"/>
        <w:rPr/>
      </w:pPr>
      <w:r>
        <w:rPr/>
        <w:t>Los datos personales incluidos en el presente documento serán tratados por la Diputación Provincial de Cáceres con la finalidad de gestionar la representación conferida en el marco de la convocatoria de subvenciones para el fomento y recuperación de especies cinegéticas de caza menor en cotos sociales de la provincia de Cáceres.</w:t>
      </w:r>
    </w:p>
    <w:p>
      <w:pPr>
        <w:pStyle w:val="Normal"/>
        <w:spacing w:before="0" w:after="80"/>
        <w:rPr/>
      </w:pPr>
      <w:r>
        <w:rPr/>
        <w:t>El tratamiento de los datos se realizará conforme a la normativa vigente en materia de protección de datos personales y garantía de los derechos digitales.</w:t>
      </w:r>
    </w:p>
    <w:p>
      <w:pPr>
        <w:pStyle w:val="Normal"/>
        <w:spacing w:before="0" w:after="80"/>
        <w:rPr/>
      </w:pPr>
      <w:r>
        <w:rPr/>
        <w:t>La firma y presentación del presente documento implica el conocimiento y aceptación del tratamiento de los datos en los términos establecidos en la información incorporada a la sede electrónica de la Diputación Provincial de Cáceres y en la convocatoria.</w:t>
      </w:r>
    </w:p>
    <w:p>
      <w:pPr>
        <w:pStyle w:val="Ttulo2"/>
        <w:rPr/>
      </w:pPr>
      <w:r>
        <w:rPr/>
        <w:t>11. DOCUMENTACIÓN QUE SE ACOMPAÑA</w:t>
      </w:r>
    </w:p>
    <w:p>
      <w:pPr>
        <w:pStyle w:val="Normal"/>
        <w:spacing w:before="0" w:after="80"/>
        <w:rPr/>
      </w:pPr>
      <w:r>
        <w:rPr/>
        <w:t>Se acompaña al presente anexo la siguiente documentación:</w:t>
      </w:r>
    </w:p>
    <w:p>
      <w:pPr>
        <w:pStyle w:val="Normal"/>
        <w:spacing w:before="0" w:after="40"/>
        <w:ind w:left="227" w:hanging="0"/>
        <w:rPr/>
      </w:pPr>
      <w:r>
        <w:rPr>
          <w:sz w:val="20"/>
        </w:rPr>
        <w:t xml:space="preserve">☐ </w:t>
      </w:r>
      <w:r>
        <w:rPr>
          <w:sz w:val="20"/>
        </w:rPr>
        <w:t>Copia del NIF de la sociedad local de cazadores.</w:t>
      </w:r>
    </w:p>
    <w:p>
      <w:pPr>
        <w:pStyle w:val="Normal"/>
        <w:spacing w:before="0" w:after="40"/>
        <w:ind w:left="227" w:hanging="0"/>
        <w:rPr/>
      </w:pPr>
      <w:r>
        <w:rPr>
          <w:sz w:val="20"/>
        </w:rPr>
        <w:t xml:space="preserve">☐ </w:t>
      </w:r>
      <w:r>
        <w:rPr>
          <w:sz w:val="20"/>
        </w:rPr>
        <w:t>Documento acreditativo de la representación legal de la persona que firma en nombre de la entidad solicitante.</w:t>
      </w:r>
    </w:p>
    <w:p>
      <w:pPr>
        <w:pStyle w:val="Normal"/>
        <w:spacing w:before="0" w:after="40"/>
        <w:ind w:left="227" w:hanging="0"/>
        <w:rPr/>
      </w:pPr>
      <w:r>
        <w:rPr>
          <w:sz w:val="20"/>
        </w:rPr>
        <w:t xml:space="preserve">☐ </w:t>
      </w:r>
      <w:r>
        <w:rPr>
          <w:sz w:val="20"/>
        </w:rPr>
        <w:t>Copia del DNI/NIE de la persona que firma en nombre de la entidad solicitante, cuando proceda.</w:t>
      </w:r>
    </w:p>
    <w:p>
      <w:pPr>
        <w:pStyle w:val="Normal"/>
        <w:spacing w:before="0" w:after="40"/>
        <w:ind w:left="227" w:hanging="0"/>
        <w:rPr/>
      </w:pPr>
      <w:r>
        <w:rPr>
          <w:sz w:val="20"/>
        </w:rPr>
        <w:t xml:space="preserve">☐ </w:t>
      </w:r>
      <w:r>
        <w:rPr>
          <w:sz w:val="20"/>
        </w:rPr>
        <w:t>Copia del DNI/NIE/NIF de la persona o entidad representante autorizada, cuando proceda.</w:t>
      </w:r>
    </w:p>
    <w:p>
      <w:pPr>
        <w:pStyle w:val="Normal"/>
        <w:spacing w:before="0" w:after="40"/>
        <w:ind w:left="227" w:hanging="0"/>
        <w:rPr/>
      </w:pPr>
      <w:r>
        <w:rPr>
          <w:sz w:val="20"/>
        </w:rPr>
        <w:t xml:space="preserve">☐ </w:t>
      </w:r>
      <w:r>
        <w:rPr>
          <w:sz w:val="20"/>
        </w:rPr>
        <w:t>Certificado del acuerdo del órgano competente de la entidad solicitante autorizando la representación.</w:t>
      </w:r>
    </w:p>
    <w:p>
      <w:pPr>
        <w:pStyle w:val="Normal"/>
        <w:spacing w:before="0" w:after="40"/>
        <w:ind w:left="227" w:hanging="0"/>
        <w:rPr/>
      </w:pPr>
      <w:r>
        <w:rPr>
          <w:sz w:val="20"/>
        </w:rPr>
        <w:t xml:space="preserve">☐ </w:t>
      </w:r>
      <w:r>
        <w:rPr>
          <w:sz w:val="20"/>
        </w:rPr>
        <w:t>Poder notarial.</w:t>
      </w:r>
    </w:p>
    <w:p>
      <w:pPr>
        <w:pStyle w:val="Normal"/>
        <w:spacing w:before="0" w:after="40"/>
        <w:ind w:left="227" w:hanging="0"/>
        <w:rPr/>
      </w:pPr>
      <w:r>
        <w:rPr>
          <w:sz w:val="20"/>
        </w:rPr>
        <w:t xml:space="preserve">☐ </w:t>
      </w:r>
      <w:r>
        <w:rPr>
          <w:sz w:val="20"/>
        </w:rPr>
        <w:t>Apoderamiento apud acta.</w:t>
      </w:r>
    </w:p>
    <w:p>
      <w:pPr>
        <w:pStyle w:val="Normal"/>
        <w:spacing w:before="0" w:after="40"/>
        <w:ind w:left="227" w:hanging="0"/>
        <w:rPr/>
      </w:pPr>
      <w:r>
        <w:rPr>
          <w:sz w:val="20"/>
        </w:rPr>
        <w:t xml:space="preserve">☐ </w:t>
      </w:r>
      <w:r>
        <w:rPr>
          <w:sz w:val="20"/>
        </w:rPr>
        <w:t>Otra documentación acreditativa: __________________________________________</w:t>
      </w:r>
    </w:p>
    <w:p>
      <w:pPr>
        <w:pStyle w:val="Normal"/>
        <w:rPr/>
      </w:pPr>
      <w:r>
        <w:rPr/>
      </w:r>
      <w:r>
        <w:br w:type="page"/>
      </w:r>
    </w:p>
    <w:p>
      <w:pPr>
        <w:pStyle w:val="Ttulo2"/>
        <w:rPr/>
      </w:pPr>
      <w:r>
        <w:rPr/>
        <w:t>12. FIRMA</w:t>
      </w:r>
    </w:p>
    <w:p>
      <w:pPr>
        <w:pStyle w:val="Normal"/>
        <w:spacing w:before="0" w:after="60"/>
        <w:rPr/>
      </w:pPr>
      <w:r>
        <w:rPr>
          <w:b/>
        </w:rPr>
        <w:t>En ___________________________, a ____ de ___________________ de 2026.</w:t>
      </w:r>
    </w:p>
    <w:tbl>
      <w:tblPr>
        <w:tblStyle w:val="Tablaconcuadrcula"/>
        <w:tblW w:w="9848"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239"/>
        <w:gridCol w:w="4608"/>
      </w:tblGrid>
      <w:tr>
        <w:trPr/>
        <w:tc>
          <w:tcPr>
            <w:tcW w:w="5239" w:type="dxa"/>
            <w:tcBorders>
              <w:top w:val="nil"/>
              <w:left w:val="nil"/>
              <w:bottom w:val="nil"/>
              <w:right w:val="nil"/>
            </w:tcBorders>
          </w:tcPr>
          <w:p>
            <w:pPr>
              <w:pStyle w:val="Normal"/>
              <w:widowControl/>
              <w:spacing w:before="0" w:after="120"/>
              <w:jc w:val="center"/>
              <w:rPr>
                <w:rFonts w:cs=""/>
                <w:kern w:val="0"/>
                <w:szCs w:val="22"/>
                <w:lang w:val="en-US" w:eastAsia="en-US" w:bidi="ar-SA"/>
              </w:rPr>
            </w:pPr>
            <w:r>
              <w:rPr>
                <w:rFonts w:cs=""/>
                <w:b/>
                <w:kern w:val="0"/>
                <w:szCs w:val="22"/>
                <w:lang w:val="en-US" w:eastAsia="en-US" w:bidi="ar-SA"/>
              </w:rPr>
              <w:t>POR LA ENTIDAD SOLICITANTE</w:t>
            </w:r>
          </w:p>
          <w:p>
            <w:pPr>
              <w:pStyle w:val="Normal"/>
              <w:widowControl/>
              <w:spacing w:before="0" w:after="120"/>
              <w:jc w:val="center"/>
              <w:rPr>
                <w:rFonts w:cs=""/>
                <w:kern w:val="0"/>
                <w:szCs w:val="22"/>
                <w:lang w:val="en-US" w:eastAsia="en-US" w:bidi="ar-SA"/>
              </w:rPr>
            </w:pPr>
            <w:r>
              <w:rPr>
                <w:rFonts w:cs=""/>
                <w:kern w:val="0"/>
                <w:szCs w:val="22"/>
                <w:lang w:val="en-US" w:eastAsia="en-US" w:bidi="ar-SA"/>
              </w:rPr>
              <w:br/>
              <w:t>D./D.ª ___________________________________________</w:t>
            </w:r>
          </w:p>
          <w:p>
            <w:pPr>
              <w:pStyle w:val="Normal"/>
              <w:widowControl/>
              <w:spacing w:before="0" w:after="120"/>
              <w:jc w:val="center"/>
              <w:rPr>
                <w:rFonts w:cs=""/>
                <w:kern w:val="0"/>
                <w:szCs w:val="22"/>
                <w:lang w:val="en-US" w:eastAsia="en-US" w:bidi="ar-SA"/>
              </w:rPr>
            </w:pPr>
            <w:r>
              <w:rPr>
                <w:rFonts w:cs=""/>
                <w:kern w:val="0"/>
                <w:szCs w:val="22"/>
                <w:lang w:val="en-US" w:eastAsia="en-US" w:bidi="ar-SA"/>
              </w:rPr>
              <w:t>Cargo: _________________________________________</w:t>
            </w:r>
          </w:p>
          <w:p>
            <w:pPr>
              <w:pStyle w:val="Normal"/>
              <w:widowControl/>
              <w:spacing w:before="0" w:after="120"/>
              <w:jc w:val="center"/>
              <w:rPr>
                <w:rFonts w:cs=""/>
                <w:kern w:val="0"/>
                <w:szCs w:val="22"/>
                <w:lang w:val="en-US" w:eastAsia="en-US" w:bidi="ar-SA"/>
              </w:rPr>
            </w:pPr>
            <w:r>
              <w:rPr>
                <w:rFonts w:cs=""/>
                <w:kern w:val="0"/>
                <w:szCs w:val="22"/>
                <w:lang w:val="en-US" w:eastAsia="en-US" w:bidi="ar-SA"/>
              </w:rPr>
              <w:br/>
              <w:t>Firma electrónica: _____________________________</w:t>
            </w:r>
          </w:p>
        </w:tc>
        <w:tc>
          <w:tcPr>
            <w:tcW w:w="4608" w:type="dxa"/>
            <w:tcBorders>
              <w:top w:val="nil"/>
              <w:left w:val="nil"/>
              <w:bottom w:val="nil"/>
              <w:right w:val="nil"/>
            </w:tcBorders>
          </w:tcPr>
          <w:p>
            <w:pPr>
              <w:pStyle w:val="Normal"/>
              <w:widowControl/>
              <w:spacing w:before="0" w:after="120"/>
              <w:jc w:val="center"/>
              <w:rPr>
                <w:rFonts w:cs=""/>
                <w:kern w:val="0"/>
                <w:szCs w:val="22"/>
                <w:lang w:val="en-US" w:eastAsia="en-US" w:bidi="ar-SA"/>
              </w:rPr>
            </w:pPr>
            <w:r>
              <w:rPr>
                <w:rFonts w:cs=""/>
                <w:b/>
                <w:kern w:val="0"/>
                <w:szCs w:val="22"/>
                <w:lang w:val="en-US" w:eastAsia="en-US" w:bidi="ar-SA"/>
              </w:rPr>
              <w:t>POR LA PERSONA O ENTIDAD REPRESENTANTE</w:t>
            </w:r>
          </w:p>
          <w:p>
            <w:pPr>
              <w:pStyle w:val="Normal"/>
              <w:widowControl/>
              <w:spacing w:before="0" w:after="120"/>
              <w:jc w:val="center"/>
              <w:rPr>
                <w:rFonts w:cs=""/>
                <w:kern w:val="0"/>
                <w:szCs w:val="22"/>
                <w:lang w:val="en-US" w:eastAsia="en-US" w:bidi="ar-SA"/>
              </w:rPr>
            </w:pPr>
            <w:r>
              <w:rPr>
                <w:rFonts w:cs=""/>
                <w:kern w:val="0"/>
                <w:szCs w:val="22"/>
                <w:lang w:val="en-US" w:eastAsia="en-US" w:bidi="ar-SA"/>
              </w:rPr>
              <w:br/>
              <w:t>D./D.ª / Entidad _________________________________</w:t>
            </w:r>
          </w:p>
          <w:p>
            <w:pPr>
              <w:pStyle w:val="Normal"/>
              <w:widowControl/>
              <w:spacing w:before="0" w:after="120"/>
              <w:jc w:val="center"/>
              <w:rPr>
                <w:rFonts w:cs=""/>
                <w:kern w:val="0"/>
                <w:szCs w:val="22"/>
                <w:lang w:val="en-US" w:eastAsia="en-US" w:bidi="ar-SA"/>
              </w:rPr>
            </w:pPr>
            <w:r>
              <w:rPr>
                <w:rFonts w:cs=""/>
                <w:kern w:val="0"/>
                <w:szCs w:val="22"/>
                <w:lang w:val="en-US" w:eastAsia="en-US" w:bidi="ar-SA"/>
              </w:rPr>
              <w:t>DNI/NIE/NIF: ____________________________________</w:t>
            </w:r>
          </w:p>
          <w:p>
            <w:pPr>
              <w:pStyle w:val="Normal"/>
              <w:widowControl/>
              <w:spacing w:before="0" w:after="120"/>
              <w:jc w:val="center"/>
              <w:rPr>
                <w:rFonts w:cs=""/>
                <w:kern w:val="0"/>
                <w:szCs w:val="22"/>
                <w:lang w:val="en-US" w:eastAsia="en-US" w:bidi="ar-SA"/>
              </w:rPr>
            </w:pPr>
            <w:r>
              <w:rPr>
                <w:rFonts w:cs=""/>
                <w:kern w:val="0"/>
                <w:szCs w:val="22"/>
                <w:lang w:val="en-US" w:eastAsia="en-US" w:bidi="ar-SA"/>
              </w:rPr>
              <w:br/>
              <w:t>Firma electrónica: _____________________________</w:t>
            </w:r>
          </w:p>
        </w:tc>
      </w:tr>
    </w:tbl>
    <w:p>
      <w:pPr>
        <w:pStyle w:val="Normal"/>
        <w:widowControl/>
        <w:bidi w:val="0"/>
        <w:spacing w:lineRule="auto" w:line="259" w:before="0" w:after="120"/>
        <w:jc w:val="left"/>
        <w:rPr/>
      </w:pPr>
      <w:r>
        <w:rPr/>
      </w:r>
    </w:p>
    <w:sectPr>
      <w:type w:val="nextPage"/>
      <w:pgSz w:w="12240" w:h="15840"/>
      <w:pgMar w:left="1304" w:right="1304" w:gutter="0" w:header="0" w:top="1247" w:footer="0" w:bottom="124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Calibri">
    <w:charset w:val="00"/>
    <w:family w:val="roman"/>
    <w:pitch w:val="variable"/>
  </w:font>
  <w:font w:name="Courier">
    <w:altName w:val="Courier New"/>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1080"/>
        </w:tabs>
        <w:ind w:left="108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693f"/>
    <w:pPr>
      <w:widowControl/>
      <w:bidi w:val="0"/>
      <w:spacing w:lineRule="auto" w:line="259" w:before="0" w:after="120"/>
      <w:jc w:val="left"/>
    </w:pPr>
    <w:rPr>
      <w:rFonts w:ascii="Arial" w:hAnsi="Arial" w:eastAsia="Arial" w:cs="" w:cstheme="minorBidi"/>
      <w:color w:val="auto"/>
      <w:kern w:val="0"/>
      <w:sz w:val="21"/>
      <w:szCs w:val="22"/>
      <w:lang w:val="en-US" w:eastAsia="en-US" w:bidi="ar-SA"/>
    </w:rPr>
  </w:style>
  <w:style w:type="paragraph" w:styleId="Ttulo1">
    <w:name w:val="Heading 1"/>
    <w:basedOn w:val="Normal"/>
    <w:next w:val="Normal"/>
    <w:link w:val="Ttulo1Car"/>
    <w:uiPriority w:val="9"/>
    <w:qFormat/>
    <w:rsid w:val="00fc693f"/>
    <w:pPr>
      <w:keepNext w:val="true"/>
      <w:keepLines/>
      <w:spacing w:before="200" w:after="160"/>
      <w:outlineLvl w:val="0"/>
    </w:pPr>
    <w:rPr>
      <w:rFonts w:ascii="Calibri" w:hAnsi="Calibri" w:eastAsia="ＭＳ ゴシック"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val="true"/>
      <w:keepLines/>
      <w:spacing w:before="240" w:after="120"/>
      <w:outlineLvl w:val="1"/>
    </w:pPr>
    <w:rPr>
      <w:rFonts w:ascii="Calibri" w:hAnsi="Calibri" w:eastAsia="ＭＳ ゴシック" w:cs="" w:asciiTheme="majorHAnsi" w:cstheme="majorBidi" w:eastAsiaTheme="majorEastAsia" w:hAnsiTheme="majorHAnsi"/>
      <w:b/>
      <w:bCs/>
      <w:color w:val="4F81BD" w:themeColor="accent1"/>
      <w:sz w:val="24"/>
      <w:szCs w:val="26"/>
    </w:rPr>
  </w:style>
  <w:style w:type="paragraph" w:styleId="Ttulo3">
    <w:name w:val="Heading 3"/>
    <w:basedOn w:val="Normal"/>
    <w:next w:val="Normal"/>
    <w:link w:val="Ttulo3C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val="4F81BD" w:themeColor="accent1"/>
      <w:sz w:val="22"/>
    </w:rPr>
  </w:style>
  <w:style w:type="paragraph" w:styleId="Ttulo4">
    <w:name w:val="Heading 4"/>
    <w:basedOn w:val="Normal"/>
    <w:next w:val="Normal"/>
    <w:link w:val="Ttulo4C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val="4F81BD" w:themeColor="accent1"/>
    </w:rPr>
  </w:style>
  <w:style w:type="paragraph" w:styleId="Ttulo5">
    <w:name w:val="Heading 5"/>
    <w:basedOn w:val="Normal"/>
    <w:next w:val="Normal"/>
    <w:link w:val="Ttulo5C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val="243F60" w:themeColor="accent1" w:themeShade="7f"/>
    </w:rPr>
  </w:style>
  <w:style w:type="paragraph" w:styleId="Ttulo6">
    <w:name w:val="Heading 6"/>
    <w:basedOn w:val="Normal"/>
    <w:next w:val="Normal"/>
    <w:link w:val="Ttulo6C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val="243F60" w:themeColor="accent1" w:themeShade="7f"/>
    </w:rPr>
  </w:style>
  <w:style w:type="paragraph" w:styleId="Ttulo7">
    <w:name w:val="Heading 7"/>
    <w:basedOn w:val="Normal"/>
    <w:next w:val="Normal"/>
    <w:link w:val="Ttulo7C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val="404040" w:themeColor="text1" w:themeTint="bf"/>
    </w:rPr>
  </w:style>
  <w:style w:type="paragraph" w:styleId="Ttulo8">
    <w:name w:val="Heading 8"/>
    <w:basedOn w:val="Normal"/>
    <w:next w:val="Normal"/>
    <w:link w:val="Ttulo8C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val="4F81BD" w:themeColor="accent1"/>
      <w:sz w:val="20"/>
      <w:szCs w:val="20"/>
    </w:rPr>
  </w:style>
  <w:style w:type="paragraph" w:styleId="Ttulo9">
    <w:name w:val="Heading 9"/>
    <w:basedOn w:val="Normal"/>
    <w:next w:val="Normal"/>
    <w:link w:val="Ttulo9C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qFormat/>
    <w:rsid w:val="00e618bf"/>
    <w:rPr/>
  </w:style>
  <w:style w:type="character" w:styleId="PiedepginaCar" w:customStyle="1">
    <w:name w:val="Pie de página Car"/>
    <w:basedOn w:val="DefaultParagraphFont"/>
    <w:uiPriority w:val="99"/>
    <w:qFormat/>
    <w:rsid w:val="00e618bf"/>
    <w:rPr/>
  </w:style>
  <w:style w:type="character" w:styleId="Ttulo1Car" w:customStyle="1">
    <w:name w:val="Título 1 Car"/>
    <w:basedOn w:val="DefaultParagraphFont"/>
    <w:uiPriority w:val="9"/>
    <w:qFormat/>
    <w:rsid w:val="00fc693f"/>
    <w:rPr>
      <w:rFonts w:ascii="Calibri" w:hAnsi="Calibri" w:eastAsia="ＭＳ ゴシック" w:cs="" w:asciiTheme="majorHAnsi" w:cstheme="majorBidi" w:eastAsiaTheme="majorEastAsia" w:hAnsiTheme="majorHAnsi"/>
      <w:b/>
      <w:bCs/>
      <w:color w:val="365F91" w:themeColor="accent1" w:themeShade="bf"/>
      <w:sz w:val="28"/>
      <w:szCs w:val="28"/>
    </w:rPr>
  </w:style>
  <w:style w:type="character" w:styleId="Ttulo2Car" w:customStyle="1">
    <w:name w:val="Título 2 Car"/>
    <w:basedOn w:val="DefaultParagraphFont"/>
    <w:uiPriority w:val="9"/>
    <w:qFormat/>
    <w:rsid w:val="00fc693f"/>
    <w:rPr>
      <w:rFonts w:ascii="Calibri" w:hAnsi="Calibri" w:eastAsia="ＭＳ ゴシック" w:cs="" w:asciiTheme="majorHAnsi" w:cstheme="majorBidi" w:eastAsiaTheme="majorEastAsia" w:hAnsiTheme="majorHAnsi"/>
      <w:b/>
      <w:bCs/>
      <w:color w:val="4F81BD" w:themeColor="accent1"/>
      <w:sz w:val="26"/>
      <w:szCs w:val="26"/>
    </w:rPr>
  </w:style>
  <w:style w:type="character" w:styleId="Ttulo3Car" w:customStyle="1">
    <w:name w:val="Título 3 Car"/>
    <w:basedOn w:val="DefaultParagraphFont"/>
    <w:uiPriority w:val="9"/>
    <w:qFormat/>
    <w:rsid w:val="00fc693f"/>
    <w:rPr>
      <w:rFonts w:ascii="Calibri" w:hAnsi="Calibri" w:eastAsia="ＭＳ ゴシック" w:cs="" w:asciiTheme="majorHAnsi" w:cstheme="majorBidi" w:eastAsiaTheme="majorEastAsia" w:hAnsiTheme="majorHAnsi"/>
      <w:b/>
      <w:bCs/>
      <w:color w:val="4F81BD" w:themeColor="accent1"/>
    </w:rPr>
  </w:style>
  <w:style w:type="character" w:styleId="TtuloCar" w:customStyle="1">
    <w:name w:val="Título Car"/>
    <w:basedOn w:val="DefaultParagraphFont"/>
    <w:uiPriority w:val="10"/>
    <w:qFormat/>
    <w:rsid w:val="00fc693f"/>
    <w:rPr>
      <w:rFonts w:ascii="Calibri" w:hAnsi="Calibri" w:eastAsia="ＭＳ ゴシック" w:cs="" w:asciiTheme="majorHAnsi" w:cstheme="majorBidi" w:eastAsiaTheme="majorEastAsia" w:hAnsiTheme="majorHAnsi"/>
      <w:color w:val="17365D" w:themeColor="text2" w:themeShade="bf"/>
      <w:spacing w:val="5"/>
      <w:kern w:val="2"/>
      <w:sz w:val="52"/>
      <w:szCs w:val="52"/>
    </w:rPr>
  </w:style>
  <w:style w:type="character" w:styleId="SubttuloCar" w:customStyle="1">
    <w:name w:val="Subtítulo Car"/>
    <w:basedOn w:val="DefaultParagraphFont"/>
    <w:uiPriority w:val="11"/>
    <w:qFormat/>
    <w:rsid w:val="00fc693f"/>
    <w:rPr>
      <w:rFonts w:ascii="Calibri" w:hAnsi="Calibri" w:eastAsia="ＭＳ ゴシック" w:cs="" w:asciiTheme="majorHAnsi" w:cstheme="majorBidi" w:eastAsiaTheme="majorEastAsia" w:hAnsiTheme="majorHAnsi"/>
      <w:i/>
      <w:iCs/>
      <w:color w:val="4F81BD" w:themeColor="accent1"/>
      <w:spacing w:val="15"/>
      <w:sz w:val="24"/>
      <w:szCs w:val="24"/>
    </w:rPr>
  </w:style>
  <w:style w:type="character" w:styleId="TextoindependienteCar" w:customStyle="1">
    <w:name w:val="Texto independiente Car"/>
    <w:basedOn w:val="DefaultParagraphFont"/>
    <w:uiPriority w:val="99"/>
    <w:qFormat/>
    <w:rsid w:val="00aa1d8d"/>
    <w:rPr/>
  </w:style>
  <w:style w:type="character" w:styleId="Textoindependiente2Car" w:customStyle="1">
    <w:name w:val="Texto independiente 2 Car"/>
    <w:basedOn w:val="DefaultParagraphFont"/>
    <w:link w:val="BodyText2"/>
    <w:uiPriority w:val="99"/>
    <w:qFormat/>
    <w:rsid w:val="00aa1d8d"/>
    <w:rPr/>
  </w:style>
  <w:style w:type="character" w:styleId="Textoindependiente3Car" w:customStyle="1">
    <w:name w:val="Texto independiente 3 Car"/>
    <w:basedOn w:val="DefaultParagraphFont"/>
    <w:link w:val="BodyText3"/>
    <w:uiPriority w:val="99"/>
    <w:qFormat/>
    <w:rsid w:val="00aa1d8d"/>
    <w:rPr>
      <w:sz w:val="16"/>
      <w:szCs w:val="16"/>
    </w:rPr>
  </w:style>
  <w:style w:type="character" w:styleId="TextomacroCar" w:customStyle="1">
    <w:name w:val="Texto macro Car"/>
    <w:basedOn w:val="DefaultParagraphFont"/>
    <w:link w:val="Macro"/>
    <w:uiPriority w:val="99"/>
    <w:qFormat/>
    <w:rsid w:val="0029639d"/>
    <w:rPr>
      <w:rFonts w:ascii="Courier" w:hAnsi="Courier"/>
      <w:sz w:val="20"/>
      <w:szCs w:val="20"/>
    </w:rPr>
  </w:style>
  <w:style w:type="character" w:styleId="CitaCar" w:customStyle="1">
    <w:name w:val="Cita Car"/>
    <w:basedOn w:val="DefaultParagraphFont"/>
    <w:link w:val="Quote"/>
    <w:uiPriority w:val="29"/>
    <w:qFormat/>
    <w:rsid w:val="00fc693f"/>
    <w:rPr>
      <w:i/>
      <w:iCs/>
      <w:color w:val="000000" w:themeColor="text1"/>
    </w:rPr>
  </w:style>
  <w:style w:type="character" w:styleId="Ttulo4Car" w:customStyle="1">
    <w:name w:val="Título 4 Car"/>
    <w:basedOn w:val="DefaultParagraphFont"/>
    <w:uiPriority w:val="9"/>
    <w:semiHidden/>
    <w:qFormat/>
    <w:rsid w:val="00fc693f"/>
    <w:rPr>
      <w:rFonts w:ascii="Calibri" w:hAnsi="Calibri" w:eastAsia="ＭＳ ゴシック" w:cs="" w:asciiTheme="majorHAnsi" w:cstheme="majorBidi" w:eastAsiaTheme="majorEastAsia" w:hAnsiTheme="majorHAnsi"/>
      <w:b/>
      <w:bCs/>
      <w:i/>
      <w:iCs/>
      <w:color w:val="4F81BD" w:themeColor="accent1"/>
    </w:rPr>
  </w:style>
  <w:style w:type="character" w:styleId="Ttulo5Car" w:customStyle="1">
    <w:name w:val="Título 5 Car"/>
    <w:basedOn w:val="DefaultParagraphFont"/>
    <w:uiPriority w:val="9"/>
    <w:semiHidden/>
    <w:qFormat/>
    <w:rsid w:val="00fc693f"/>
    <w:rPr>
      <w:rFonts w:ascii="Calibri" w:hAnsi="Calibri" w:eastAsia="ＭＳ ゴシック" w:cs="" w:asciiTheme="majorHAnsi" w:cstheme="majorBidi" w:eastAsiaTheme="majorEastAsia" w:hAnsiTheme="majorHAnsi"/>
      <w:color w:val="243F60" w:themeColor="accent1" w:themeShade="7f"/>
    </w:rPr>
  </w:style>
  <w:style w:type="character" w:styleId="Ttulo6Car" w:customStyle="1">
    <w:name w:val="Título 6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243F60" w:themeColor="accent1" w:themeShade="7f"/>
    </w:rPr>
  </w:style>
  <w:style w:type="character" w:styleId="Ttulo7Car" w:customStyle="1">
    <w:name w:val="Título 7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404040" w:themeColor="text1" w:themeTint="bf"/>
    </w:rPr>
  </w:style>
  <w:style w:type="character" w:styleId="Ttulo8Car" w:customStyle="1">
    <w:name w:val="Título 8 Car"/>
    <w:basedOn w:val="DefaultParagraphFont"/>
    <w:uiPriority w:val="9"/>
    <w:semiHidden/>
    <w:qFormat/>
    <w:rsid w:val="00fc693f"/>
    <w:rPr>
      <w:rFonts w:ascii="Calibri" w:hAnsi="Calibri" w:eastAsia="ＭＳ ゴシック" w:cs="" w:asciiTheme="majorHAnsi" w:cstheme="majorBidi" w:eastAsiaTheme="majorEastAsia" w:hAnsiTheme="majorHAnsi"/>
      <w:color w:val="4F81BD" w:themeColor="accent1"/>
      <w:sz w:val="20"/>
      <w:szCs w:val="20"/>
    </w:rPr>
  </w:style>
  <w:style w:type="character" w:styleId="Ttulo9Car" w:customStyle="1">
    <w:name w:val="Título 9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Destacado">
    <w:name w:val="Emphasis"/>
    <w:basedOn w:val="DefaultParagraphFont"/>
    <w:uiPriority w:val="20"/>
    <w:qFormat/>
    <w:rsid w:val="00fc693f"/>
    <w:rPr>
      <w:i/>
      <w:iCs/>
    </w:rPr>
  </w:style>
  <w:style w:type="character" w:styleId="CitadestacadaCar" w:customStyle="1">
    <w:name w:val="Cita destacada C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link w:val="TextoindependienteCar"/>
    <w:uiPriority w:val="99"/>
    <w:unhideWhenUsed/>
    <w:rsid w:val="00aa1d8d"/>
    <w:pPr/>
    <w:rPr/>
  </w:style>
  <w:style w:type="paragraph" w:styleId="Lista">
    <w:name w:val="List"/>
    <w:basedOn w:val="Normal"/>
    <w:uiPriority w:val="99"/>
    <w:unhideWhenUsed/>
    <w:rsid w:val="00aa1d8d"/>
    <w:pPr>
      <w:spacing w:before="0" w:after="120"/>
      <w:ind w:left="360" w:hanging="360"/>
      <w:contextualSpacing/>
    </w:pPr>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rPr/>
  </w:style>
  <w:style w:type="paragraph" w:styleId="Cabecera">
    <w:name w:val="Header"/>
    <w:basedOn w:val="Normal"/>
    <w:link w:val="EncabezadoCar"/>
    <w:uiPriority w:val="99"/>
    <w:unhideWhenUsed/>
    <w:rsid w:val="00e618bf"/>
    <w:pPr>
      <w:tabs>
        <w:tab w:val="clear" w:pos="720"/>
        <w:tab w:val="center" w:pos="4680" w:leader="none"/>
        <w:tab w:val="right" w:pos="9360" w:leader="none"/>
      </w:tabs>
      <w:spacing w:lineRule="auto" w:line="240" w:before="0" w:after="0"/>
    </w:pPr>
    <w:rPr/>
  </w:style>
  <w:style w:type="paragraph" w:styleId="Piedepgina">
    <w:name w:val="Footer"/>
    <w:basedOn w:val="Normal"/>
    <w:link w:val="PiedepginaC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lef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tulogeneral">
    <w:name w:val="Title"/>
    <w:basedOn w:val="Normal"/>
    <w:next w:val="Normal"/>
    <w:link w:val="TtuloCar"/>
    <w:uiPriority w:val="10"/>
    <w:qFormat/>
    <w:rsid w:val="00fc693f"/>
    <w:pPr>
      <w:pBdr>
        <w:bottom w:val="single" w:sz="8" w:space="4" w:color="4F81BD"/>
      </w:pBdr>
      <w:spacing w:lineRule="auto" w:line="240" w:before="0" w:after="300"/>
      <w:contextualSpacing/>
    </w:pPr>
    <w:rPr>
      <w:rFonts w:ascii="Calibri" w:hAnsi="Calibri" w:eastAsia="ＭＳ ゴシック" w:cs="" w:asciiTheme="majorHAnsi" w:cstheme="majorBidi" w:eastAsiaTheme="majorEastAsia" w:hAnsiTheme="majorHAnsi"/>
      <w:color w:val="17365D" w:themeColor="text2" w:themeShade="bf"/>
      <w:spacing w:val="5"/>
      <w:kern w:val="2"/>
      <w:sz w:val="52"/>
      <w:szCs w:val="52"/>
    </w:rPr>
  </w:style>
  <w:style w:type="paragraph" w:styleId="Subttulo">
    <w:name w:val="Subtitle"/>
    <w:basedOn w:val="Normal"/>
    <w:next w:val="Normal"/>
    <w:link w:val="SubttuloCar"/>
    <w:uiPriority w:val="11"/>
    <w:qFormat/>
    <w:rsid w:val="00fc693f"/>
    <w:pPr/>
    <w:rPr>
      <w:rFonts w:ascii="Calibri" w:hAnsi="Calibri" w:eastAsia="ＭＳ ゴシック" w:cs="" w:asciiTheme="majorHAnsi" w:cstheme="majorBidi" w:eastAsiaTheme="majorEastAsia" w:hAnsiTheme="majorHAnsi"/>
      <w:i/>
      <w:iCs/>
      <w:color w:val="4F81BD" w:themeColor="accent1"/>
      <w:spacing w:val="15"/>
      <w:sz w:val="24"/>
      <w:szCs w:val="24"/>
    </w:rPr>
  </w:style>
  <w:style w:type="paragraph" w:styleId="ListParagraph">
    <w:name w:val="List Paragraph"/>
    <w:basedOn w:val="Normal"/>
    <w:uiPriority w:val="34"/>
    <w:qFormat/>
    <w:rsid w:val="00fc693f"/>
    <w:pPr>
      <w:spacing w:before="0" w:after="120"/>
      <w:ind w:left="720" w:hanging="0"/>
      <w:contextualSpacing/>
    </w:pPr>
    <w:rPr/>
  </w:style>
  <w:style w:type="paragraph" w:styleId="BodyText2">
    <w:name w:val="Body Text 2"/>
    <w:basedOn w:val="Normal"/>
    <w:link w:val="Textoindependiente2Car"/>
    <w:uiPriority w:val="99"/>
    <w:unhideWhenUsed/>
    <w:qFormat/>
    <w:rsid w:val="00aa1d8d"/>
    <w:pPr>
      <w:spacing w:lineRule="auto" w:line="480"/>
    </w:pPr>
    <w:rPr/>
  </w:style>
  <w:style w:type="paragraph" w:styleId="BodyText3">
    <w:name w:val="Body Text 3"/>
    <w:basedOn w:val="Normal"/>
    <w:link w:val="Textoindependiente3Car"/>
    <w:uiPriority w:val="99"/>
    <w:unhideWhenUsed/>
    <w:qFormat/>
    <w:rsid w:val="00aa1d8d"/>
    <w:pPr/>
    <w:rPr>
      <w:sz w:val="16"/>
      <w:szCs w:val="16"/>
    </w:rPr>
  </w:style>
  <w:style w:type="paragraph" w:styleId="Lista2">
    <w:name w:val="List Bullet 3"/>
    <w:basedOn w:val="Normal"/>
    <w:uiPriority w:val="99"/>
    <w:unhideWhenUsed/>
    <w:rsid w:val="00326f90"/>
    <w:pPr>
      <w:spacing w:before="0" w:after="120"/>
      <w:ind w:left="720" w:hanging="360"/>
      <w:contextualSpacing/>
    </w:pPr>
    <w:rPr/>
  </w:style>
  <w:style w:type="paragraph" w:styleId="Lista3">
    <w:name w:val="List Bullet 4"/>
    <w:basedOn w:val="Normal"/>
    <w:uiPriority w:val="99"/>
    <w:unhideWhenUsed/>
    <w:rsid w:val="00326f90"/>
    <w:pPr>
      <w:spacing w:before="0" w:after="120"/>
      <w:ind w:left="1080" w:hanging="360"/>
      <w:contextualSpacing/>
    </w:pPr>
    <w:rPr/>
  </w:style>
  <w:style w:type="paragraph" w:styleId="ListBullet">
    <w:name w:val="List Bullet"/>
    <w:basedOn w:val="Normal"/>
    <w:uiPriority w:val="99"/>
    <w:unhideWhenUsed/>
    <w:qFormat/>
    <w:rsid w:val="00326f90"/>
    <w:pPr>
      <w:numPr>
        <w:ilvl w:val="0"/>
        <w:numId w:val="1"/>
      </w:numPr>
      <w:spacing w:before="0" w:after="120"/>
      <w:contextualSpacing/>
    </w:pPr>
    <w:rPr/>
  </w:style>
  <w:style w:type="paragraph" w:styleId="ListBullet2">
    <w:name w:val="List Bullet 2"/>
    <w:basedOn w:val="Normal"/>
    <w:uiPriority w:val="99"/>
    <w:unhideWhenUsed/>
    <w:qFormat/>
    <w:rsid w:val="00326f90"/>
    <w:pPr>
      <w:numPr>
        <w:ilvl w:val="0"/>
        <w:numId w:val="2"/>
      </w:numPr>
      <w:spacing w:before="0" w:after="120"/>
      <w:contextualSpacing/>
    </w:pPr>
    <w:rPr/>
  </w:style>
  <w:style w:type="paragraph" w:styleId="ListBullet3">
    <w:name w:val="List Bullet 3"/>
    <w:basedOn w:val="Normal"/>
    <w:uiPriority w:val="99"/>
    <w:unhideWhenUsed/>
    <w:qFormat/>
    <w:rsid w:val="00326f90"/>
    <w:pPr>
      <w:numPr>
        <w:ilvl w:val="0"/>
        <w:numId w:val="3"/>
      </w:numPr>
      <w:spacing w:before="0" w:after="120"/>
      <w:contextualSpacing/>
    </w:pPr>
    <w:rPr/>
  </w:style>
  <w:style w:type="paragraph" w:styleId="ListNumber">
    <w:name w:val="List Number"/>
    <w:basedOn w:val="Normal"/>
    <w:uiPriority w:val="99"/>
    <w:unhideWhenUsed/>
    <w:qFormat/>
    <w:rsid w:val="00326f90"/>
    <w:pPr>
      <w:numPr>
        <w:ilvl w:val="0"/>
        <w:numId w:val="4"/>
      </w:numPr>
      <w:spacing w:before="0" w:after="120"/>
      <w:contextualSpacing/>
    </w:pPr>
    <w:rPr/>
  </w:style>
  <w:style w:type="paragraph" w:styleId="ListNumber2">
    <w:name w:val="List Number 2"/>
    <w:basedOn w:val="Normal"/>
    <w:uiPriority w:val="99"/>
    <w:unhideWhenUsed/>
    <w:qFormat/>
    <w:rsid w:val="0029639d"/>
    <w:pPr>
      <w:numPr>
        <w:ilvl w:val="0"/>
        <w:numId w:val="5"/>
      </w:numPr>
      <w:spacing w:before="0" w:after="120"/>
      <w:contextualSpacing/>
    </w:pPr>
    <w:rPr/>
  </w:style>
  <w:style w:type="paragraph" w:styleId="ListNumber3">
    <w:name w:val="List Number 3"/>
    <w:basedOn w:val="Normal"/>
    <w:uiPriority w:val="99"/>
    <w:unhideWhenUsed/>
    <w:qFormat/>
    <w:rsid w:val="0029639d"/>
    <w:pPr>
      <w:numPr>
        <w:ilvl w:val="0"/>
        <w:numId w:val="6"/>
      </w:numPr>
      <w:spacing w:before="0" w:after="120"/>
      <w:contextualSpacing/>
    </w:pPr>
    <w:rPr/>
  </w:style>
  <w:style w:type="paragraph" w:styleId="ListContinue">
    <w:name w:val="List Continue"/>
    <w:basedOn w:val="Normal"/>
    <w:uiPriority w:val="99"/>
    <w:unhideWhenUsed/>
    <w:qFormat/>
    <w:rsid w:val="0029639d"/>
    <w:pPr>
      <w:spacing w:before="0" w:after="120"/>
      <w:ind w:left="360" w:hanging="0"/>
      <w:contextualSpacing/>
    </w:pPr>
    <w:rPr/>
  </w:style>
  <w:style w:type="paragraph" w:styleId="ListContinue2">
    <w:name w:val="List Continue 2"/>
    <w:basedOn w:val="Normal"/>
    <w:uiPriority w:val="99"/>
    <w:unhideWhenUsed/>
    <w:qFormat/>
    <w:rsid w:val="0029639d"/>
    <w:pPr>
      <w:spacing w:before="0" w:after="120"/>
      <w:ind w:left="720" w:hanging="0"/>
      <w:contextualSpacing/>
    </w:pPr>
    <w:rPr/>
  </w:style>
  <w:style w:type="paragraph" w:styleId="ListContinue3">
    <w:name w:val="List Continue 3"/>
    <w:basedOn w:val="Normal"/>
    <w:uiPriority w:val="99"/>
    <w:unhideWhenUsed/>
    <w:qFormat/>
    <w:rsid w:val="0029639d"/>
    <w:pPr>
      <w:spacing w:before="0" w:after="120"/>
      <w:ind w:left="1080" w:hanging="0"/>
      <w:contextualSpacing/>
    </w:pPr>
    <w:rPr/>
  </w:style>
  <w:style w:type="paragraph" w:styleId="Macro">
    <w:name w:val="macro"/>
    <w:link w:val="TextomacroC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lef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CitaCar"/>
    <w:uiPriority w:val="29"/>
    <w:qFormat/>
    <w:rsid w:val="00fc693f"/>
    <w:pPr/>
    <w:rPr>
      <w:i/>
      <w:iCs/>
      <w:color w:val="000000" w:themeColor="text1"/>
    </w:rPr>
  </w:style>
  <w:style w:type="paragraph" w:styleId="Caption">
    <w:name w:val="caption"/>
    <w:basedOn w:val="Normal"/>
    <w:next w:val="Normal"/>
    <w:uiPriority w:val="35"/>
    <w:semiHidden/>
    <w:unhideWhenUsed/>
    <w:qFormat/>
    <w:rsid w:val="00fc693f"/>
    <w:pPr>
      <w:spacing w:lineRule="auto" w:line="240"/>
    </w:pPr>
    <w:rPr>
      <w:b/>
      <w:bCs/>
      <w:color w:val="4F81BD" w:themeColor="accent1"/>
      <w:sz w:val="18"/>
      <w:szCs w:val="18"/>
    </w:rPr>
  </w:style>
  <w:style w:type="paragraph" w:styleId="IntenseQuote">
    <w:name w:val="Intense Quote"/>
    <w:basedOn w:val="Normal"/>
    <w:next w:val="Normal"/>
    <w:link w:val="CitadestacadaCar"/>
    <w:uiPriority w:val="30"/>
    <w:qFormat/>
    <w:rsid w:val="00fc693f"/>
    <w:pPr>
      <w:pBdr>
        <w:bottom w:val="single" w:sz="4" w:space="4" w:color="4F81BD"/>
      </w:pBdr>
      <w:spacing w:before="200" w:after="280"/>
      <w:ind w:left="936" w:right="936" w:hanging="0"/>
    </w:pPr>
    <w:rPr>
      <w:b/>
      <w:bCs/>
      <w:i/>
      <w:iCs/>
      <w:color w:val="4F81BD" w:themeColor="accent1"/>
    </w:rPr>
  </w:style>
  <w:style w:type="paragraph" w:styleId="Ttulodelndice">
    <w:name w:val="Index Heading"/>
    <w:basedOn w:val="Ttulo"/>
    <w:pPr/>
    <w:rPr/>
  </w:style>
  <w:style w:type="paragraph" w:styleId="Ttulodelsumario">
    <w:name w:val="TOC Heading"/>
    <w:basedOn w:val="Ttulo1"/>
    <w:next w:val="Normal"/>
    <w:uiPriority w:val="39"/>
    <w:semiHidden/>
    <w:unhideWhenUsed/>
    <w:qFormat/>
    <w:rsid w:val="00fc693f"/>
    <w:pPr>
      <w:outlineLvl w:val="9"/>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6A8F2-707F-42AD-8126-6790ECBE4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LibreOffice/7.5.8.2$Windows_X86_64 LibreOffice_project/f718d63693263970429a68f568db6046aaa9df01</Application>
  <AppVersion>15.0000</AppVersion>
  <Pages>5</Pages>
  <Words>1390</Words>
  <Characters>10093</Characters>
  <CharactersWithSpaces>11378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2026-06-16T17:58:00Z</dcterms:created>
  <dc:creator>OLGA ARJONA GARCIA</dc:creator>
  <dc:description/>
  <dc:language>es-ES</dc:language>
  <cp:lastModifiedBy>OLGA ARJONA GARCIA</cp:lastModifiedBy>
  <dcterms:modified xsi:type="dcterms:W3CDTF">2026-06-16T17:58:00Z</dcterms:modified>
  <cp:revision>2</cp:revision>
  <dc:subject>Convocatoria caza menor</dc:subject>
  <dc:title>Anexo III. Modelo de autorización o acreditación de representación</dc:title>
</cp:coreProperties>
</file>

<file path=docProps/custom.xml><?xml version="1.0" encoding="utf-8"?>
<Properties xmlns="http://schemas.openxmlformats.org/officeDocument/2006/custom-properties" xmlns:vt="http://schemas.openxmlformats.org/officeDocument/2006/docPropsVTypes"/>
</file>