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tulogeneral"/>
        <w:spacing w:before="120" w:after="160"/>
        <w:contextualSpacing/>
        <w:jc w:val="center"/>
        <w:rPr/>
      </w:pPr>
      <w:bookmarkStart w:id="0" w:name="_GoBack"/>
      <w:bookmarkEnd w:id="0"/>
      <w:r>
        <w:rPr>
          <w:b w:val="false"/>
        </w:rPr>
        <w:t>ANEXO II. MODELO DE SOLICITUD DE SUBVENCIÓN Y DECLARACIONES RESPONSABLES</w:t>
      </w:r>
    </w:p>
    <w:p>
      <w:pPr>
        <w:pStyle w:val="Normal"/>
        <w:jc w:val="center"/>
        <w:rPr/>
      </w:pPr>
      <w:r>
        <w:rPr>
          <w:b/>
          <w:sz w:val="22"/>
        </w:rPr>
        <w:t>CONVOCATORIA DE SUBVENCIONES PARA EL FOMENTO Y RECUPERACIÓN DE ESPECIES CINEGÉTICAS DE CAZA MENOR EN COTOS SOCIALES DE LA PROVINCIA DE CÁCERES</w:t>
      </w:r>
    </w:p>
    <w:p>
      <w:pPr>
        <w:pStyle w:val="Normal"/>
        <w:rPr/>
      </w:pPr>
      <w:r>
        <w:rPr/>
      </w:r>
    </w:p>
    <w:p>
      <w:pPr>
        <w:pStyle w:val="Ttulo1"/>
        <w:rPr/>
      </w:pPr>
      <w:r>
        <w:rPr>
          <w:b w:val="false"/>
        </w:rPr>
        <w:t>1. DATOS DE LA ENTIDAD SOLICITANTE</w:t>
      </w:r>
    </w:p>
    <w:p>
      <w:pPr>
        <w:pStyle w:val="Normal"/>
        <w:spacing w:before="0" w:after="60"/>
        <w:rPr/>
      </w:pPr>
      <w:r>
        <w:rPr>
          <w:b/>
        </w:rPr>
        <w:t>Denominación de la sociedad local de cazadores:</w:t>
      </w:r>
    </w:p>
    <w:p>
      <w:pPr>
        <w:pStyle w:val="Normal"/>
        <w:spacing w:before="0" w:after="20"/>
        <w:rPr/>
      </w:pPr>
      <w:r>
        <w:rPr/>
        <w:t>______________________________________________________________________________</w:t>
      </w:r>
    </w:p>
    <w:p>
      <w:pPr>
        <w:pStyle w:val="Normal"/>
        <w:spacing w:before="0" w:after="60"/>
        <w:rPr/>
      </w:pPr>
      <w:r>
        <w:rPr>
          <w:b/>
        </w:rPr>
        <w:t>NIF:</w:t>
      </w:r>
    </w:p>
    <w:p>
      <w:pPr>
        <w:pStyle w:val="Normal"/>
        <w:spacing w:before="0" w:after="20"/>
        <w:rPr/>
      </w:pPr>
      <w:r>
        <w:rPr/>
        <w:t>______________________________________________________________________________</w:t>
      </w:r>
    </w:p>
    <w:p>
      <w:pPr>
        <w:pStyle w:val="Normal"/>
        <w:spacing w:before="0" w:after="60"/>
        <w:rPr/>
      </w:pPr>
      <w:r>
        <w:rPr>
          <w:b/>
        </w:rPr>
        <w:t>Domicilio social:</w:t>
      </w:r>
    </w:p>
    <w:p>
      <w:pPr>
        <w:pStyle w:val="Normal"/>
        <w:spacing w:before="0" w:after="20"/>
        <w:rPr/>
      </w:pPr>
      <w:r>
        <w:rPr/>
        <w:t>______________________________________________________________________________</w:t>
      </w:r>
    </w:p>
    <w:p>
      <w:pPr>
        <w:pStyle w:val="Normal"/>
        <w:spacing w:before="0" w:after="60"/>
        <w:rPr/>
      </w:pPr>
      <w:r>
        <w:rPr>
          <w:b/>
        </w:rPr>
        <w:t>Municipio / entidad local:</w:t>
      </w:r>
    </w:p>
    <w:p>
      <w:pPr>
        <w:pStyle w:val="Normal"/>
        <w:spacing w:before="0" w:after="20"/>
        <w:rPr/>
      </w:pPr>
      <w:r>
        <w:rPr/>
        <w:t>______________________________________________________________________________</w:t>
      </w:r>
    </w:p>
    <w:p>
      <w:pPr>
        <w:pStyle w:val="Normal"/>
        <w:spacing w:before="0" w:after="60"/>
        <w:rPr/>
      </w:pPr>
      <w:r>
        <w:rPr>
          <w:b/>
        </w:rPr>
        <w:t>Código postal:</w:t>
      </w:r>
    </w:p>
    <w:p>
      <w:pPr>
        <w:pStyle w:val="Normal"/>
        <w:spacing w:before="0" w:after="20"/>
        <w:rPr/>
      </w:pPr>
      <w:r>
        <w:rPr/>
        <w:t>______________________________________________________________________________</w:t>
      </w:r>
    </w:p>
    <w:p>
      <w:pPr>
        <w:pStyle w:val="Normal"/>
        <w:spacing w:before="0" w:after="60"/>
        <w:rPr/>
      </w:pPr>
      <w:r>
        <w:rPr>
          <w:b/>
        </w:rPr>
        <w:t>Teléfono:</w:t>
      </w:r>
    </w:p>
    <w:p>
      <w:pPr>
        <w:pStyle w:val="Normal"/>
        <w:spacing w:before="0" w:after="20"/>
        <w:rPr/>
      </w:pPr>
      <w:r>
        <w:rPr/>
        <w:t>______________________________________________________________________________</w:t>
      </w:r>
    </w:p>
    <w:p>
      <w:pPr>
        <w:pStyle w:val="Normal"/>
        <w:spacing w:before="0" w:after="60"/>
        <w:rPr/>
      </w:pPr>
      <w:r>
        <w:rPr>
          <w:b/>
        </w:rPr>
        <w:t>Correo electrónico:</w:t>
      </w:r>
    </w:p>
    <w:p>
      <w:pPr>
        <w:pStyle w:val="Normal"/>
        <w:spacing w:before="0" w:after="20"/>
        <w:rPr/>
      </w:pPr>
      <w:r>
        <w:rPr/>
        <w:t>______________________________________________________________________________</w:t>
      </w:r>
    </w:p>
    <w:p>
      <w:pPr>
        <w:pStyle w:val="Normal"/>
        <w:spacing w:before="0" w:after="60"/>
        <w:rPr/>
      </w:pPr>
      <w:r>
        <w:rPr>
          <w:b/>
        </w:rPr>
        <w:t>Fecha de constitución de la entidad:</w:t>
      </w:r>
    </w:p>
    <w:p>
      <w:pPr>
        <w:pStyle w:val="Normal"/>
        <w:spacing w:before="0" w:after="20"/>
        <w:rPr/>
      </w:pPr>
      <w:r>
        <w:rPr/>
        <w:t>______________________________________________________________________________</w:t>
      </w:r>
    </w:p>
    <w:p>
      <w:pPr>
        <w:pStyle w:val="Normal"/>
        <w:spacing w:before="0" w:after="60"/>
        <w:rPr/>
      </w:pPr>
      <w:r>
        <w:rPr>
          <w:b/>
        </w:rPr>
        <w:t>Registro en el que figura inscrita:</w:t>
      </w:r>
    </w:p>
    <w:p>
      <w:pPr>
        <w:pStyle w:val="Normal"/>
        <w:spacing w:before="0" w:after="20"/>
        <w:rPr/>
      </w:pPr>
      <w:r>
        <w:rPr/>
        <w:t>______________________________________________________________________________</w:t>
      </w:r>
    </w:p>
    <w:p>
      <w:pPr>
        <w:pStyle w:val="Normal"/>
        <w:spacing w:before="0" w:after="60"/>
        <w:rPr/>
      </w:pPr>
      <w:r>
        <w:rPr>
          <w:b/>
        </w:rPr>
        <w:t>Número de inscripción registral, en su caso:</w:t>
      </w:r>
    </w:p>
    <w:p>
      <w:pPr>
        <w:pStyle w:val="Normal"/>
        <w:spacing w:before="0" w:after="20"/>
        <w:rPr/>
      </w:pPr>
      <w:r>
        <w:rPr/>
        <w:t>______________________________________________________________________________</w:t>
      </w:r>
    </w:p>
    <w:p>
      <w:pPr>
        <w:pStyle w:val="Ttulo1"/>
        <w:rPr/>
      </w:pPr>
      <w:r>
        <w:rPr>
          <w:b w:val="false"/>
        </w:rPr>
        <w:t>2. DATOS DE LA PERSONA QUE OSTENTA LA REPRESENTACIÓN LEGAL DE LA ENTIDAD</w:t>
      </w:r>
    </w:p>
    <w:p>
      <w:pPr>
        <w:pStyle w:val="Normal"/>
        <w:spacing w:before="0" w:after="60"/>
        <w:rPr/>
      </w:pPr>
      <w:r>
        <w:rPr>
          <w:b/>
        </w:rPr>
        <w:t>Nombre y apellidos:</w:t>
      </w:r>
    </w:p>
    <w:p>
      <w:pPr>
        <w:pStyle w:val="Normal"/>
        <w:spacing w:before="0" w:after="20"/>
        <w:rPr/>
      </w:pPr>
      <w:r>
        <w:rPr/>
        <w:t>______________________________________________________________________________</w:t>
      </w:r>
    </w:p>
    <w:p>
      <w:pPr>
        <w:pStyle w:val="Normal"/>
        <w:spacing w:before="0" w:after="60"/>
        <w:rPr/>
      </w:pPr>
      <w:r>
        <w:rPr>
          <w:b/>
        </w:rPr>
        <w:t>DNI/NIE:</w:t>
      </w:r>
    </w:p>
    <w:p>
      <w:pPr>
        <w:pStyle w:val="Normal"/>
        <w:spacing w:before="0" w:after="20"/>
        <w:rPr/>
      </w:pPr>
      <w:r>
        <w:rPr/>
        <w:t>______________________________________________________________________________</w:t>
      </w:r>
    </w:p>
    <w:p>
      <w:pPr>
        <w:pStyle w:val="Normal"/>
        <w:spacing w:before="0" w:after="60"/>
        <w:rPr/>
      </w:pPr>
      <w:r>
        <w:rPr>
          <w:b/>
        </w:rPr>
        <w:t>Cargo que ostenta en la entidad:</w:t>
      </w:r>
    </w:p>
    <w:p>
      <w:pPr>
        <w:pStyle w:val="Normal"/>
        <w:spacing w:before="0" w:after="20"/>
        <w:rPr/>
      </w:pPr>
      <w:r>
        <w:rPr/>
        <w:t>______________________________________________________________________________</w:t>
      </w:r>
    </w:p>
    <w:p>
      <w:pPr>
        <w:pStyle w:val="Normal"/>
        <w:spacing w:before="0" w:after="60"/>
        <w:rPr/>
      </w:pPr>
      <w:r>
        <w:rPr>
          <w:b/>
        </w:rPr>
        <w:t>Teléfono:</w:t>
      </w:r>
    </w:p>
    <w:p>
      <w:pPr>
        <w:pStyle w:val="Normal"/>
        <w:spacing w:before="0" w:after="20"/>
        <w:rPr/>
      </w:pPr>
      <w:r>
        <w:rPr/>
        <w:t>______________________________________________________________________________</w:t>
      </w:r>
    </w:p>
    <w:p>
      <w:pPr>
        <w:pStyle w:val="Normal"/>
        <w:spacing w:before="0" w:after="60"/>
        <w:rPr/>
      </w:pPr>
      <w:r>
        <w:rPr>
          <w:b/>
        </w:rPr>
        <w:t>Correo electrónico:</w:t>
      </w:r>
    </w:p>
    <w:p>
      <w:pPr>
        <w:pStyle w:val="Normal"/>
        <w:spacing w:before="0" w:after="20"/>
        <w:rPr/>
      </w:pPr>
      <w:r>
        <w:rPr/>
        <w:t>______________________________________________________________________________</w:t>
      </w:r>
    </w:p>
    <w:p>
      <w:pPr>
        <w:pStyle w:val="Normal"/>
        <w:spacing w:before="0" w:after="60"/>
        <w:rPr/>
      </w:pPr>
      <w:r>
        <w:rPr>
          <w:b/>
        </w:rPr>
        <w:t>Domicilio a efectos de comunicaciones, si fuera distinto del domicilio social:</w:t>
      </w:r>
    </w:p>
    <w:p>
      <w:pPr>
        <w:pStyle w:val="Normal"/>
        <w:spacing w:before="0" w:after="20"/>
        <w:rPr/>
      </w:pPr>
      <w:r>
        <w:rPr/>
        <w:t>______________________________________________________________________________</w:t>
      </w:r>
    </w:p>
    <w:p>
      <w:pPr>
        <w:pStyle w:val="Ttulo1"/>
        <w:rPr/>
      </w:pPr>
      <w:r>
        <w:rPr>
          <w:b w:val="false"/>
        </w:rPr>
        <w:t>3. DATOS DE LA PERSONA O ENTIDAD REPRESENTANTE, EN SU CASO</w:t>
      </w:r>
    </w:p>
    <w:p>
      <w:pPr>
        <w:pStyle w:val="Normal"/>
        <w:rPr/>
      </w:pPr>
      <w:r>
        <w:rPr/>
        <w:t>Cumplimentar únicamente cuando la solicitud sea presentada por persona o entidad distinta de quien ostente la representación legal de la sociedad local de cazadores.</w:t>
      </w:r>
    </w:p>
    <w:p>
      <w:pPr>
        <w:pStyle w:val="Normal"/>
        <w:spacing w:before="0" w:after="60"/>
        <w:rPr/>
      </w:pPr>
      <w:r>
        <w:rPr>
          <w:b/>
        </w:rPr>
        <w:t>Nombre y apellidos / denominación social:</w:t>
      </w:r>
    </w:p>
    <w:p>
      <w:pPr>
        <w:pStyle w:val="Normal"/>
        <w:spacing w:before="0" w:after="20"/>
        <w:rPr/>
      </w:pPr>
      <w:r>
        <w:rPr/>
        <w:t>______________________________________________________________________________</w:t>
      </w:r>
    </w:p>
    <w:p>
      <w:pPr>
        <w:pStyle w:val="Normal"/>
        <w:spacing w:before="0" w:after="60"/>
        <w:rPr/>
      </w:pPr>
      <w:r>
        <w:rPr>
          <w:b/>
        </w:rPr>
        <w:t>DNI/NIE/NIF:</w:t>
      </w:r>
    </w:p>
    <w:p>
      <w:pPr>
        <w:pStyle w:val="Normal"/>
        <w:spacing w:before="0" w:after="20"/>
        <w:rPr/>
      </w:pPr>
      <w:r>
        <w:rPr/>
        <w:t>______________________________________________________________________________</w:t>
      </w:r>
    </w:p>
    <w:p>
      <w:pPr>
        <w:pStyle w:val="Normal"/>
        <w:spacing w:before="0" w:after="60"/>
        <w:rPr/>
      </w:pPr>
      <w:r>
        <w:rPr>
          <w:b/>
        </w:rPr>
        <w:t>Domicilio:</w:t>
      </w:r>
    </w:p>
    <w:p>
      <w:pPr>
        <w:pStyle w:val="Normal"/>
        <w:spacing w:before="0" w:after="20"/>
        <w:rPr/>
      </w:pPr>
      <w:r>
        <w:rPr/>
        <w:t>______________________________________________________________________________</w:t>
      </w:r>
    </w:p>
    <w:p>
      <w:pPr>
        <w:pStyle w:val="Normal"/>
        <w:spacing w:before="0" w:after="60"/>
        <w:rPr/>
      </w:pPr>
      <w:r>
        <w:rPr>
          <w:b/>
        </w:rPr>
        <w:t>Teléfono:</w:t>
      </w:r>
    </w:p>
    <w:p>
      <w:pPr>
        <w:pStyle w:val="Normal"/>
        <w:spacing w:before="0" w:after="20"/>
        <w:rPr/>
      </w:pPr>
      <w:r>
        <w:rPr/>
        <w:t>______________________________________________________________________________</w:t>
      </w:r>
    </w:p>
    <w:p>
      <w:pPr>
        <w:pStyle w:val="Normal"/>
        <w:spacing w:before="0" w:after="60"/>
        <w:rPr/>
      </w:pPr>
      <w:r>
        <w:rPr>
          <w:b/>
        </w:rPr>
        <w:t>Correo electrónico:</w:t>
      </w:r>
    </w:p>
    <w:p>
      <w:pPr>
        <w:pStyle w:val="Normal"/>
        <w:spacing w:before="0" w:after="20"/>
        <w:rPr/>
      </w:pPr>
      <w:r>
        <w:rPr/>
        <w:t>______________________________________________________________________________</w:t>
      </w:r>
    </w:p>
    <w:p>
      <w:pPr>
        <w:pStyle w:val="Normal"/>
        <w:rPr/>
      </w:pPr>
      <w:r>
        <w:rPr>
          <w:b/>
        </w:rPr>
        <w:t>Medio por el que se acredita la representación:</w:t>
      </w:r>
    </w:p>
    <w:p>
      <w:pPr>
        <w:pStyle w:val="Normal"/>
        <w:spacing w:before="0" w:after="40"/>
        <w:ind w:left="227" w:hanging="0"/>
        <w:rPr/>
      </w:pPr>
      <w:r>
        <w:rPr/>
        <w:t xml:space="preserve">☐ Anexo III. Modelo de autorización o acreditación de representación.</w:t>
      </w:r>
    </w:p>
    <w:p>
      <w:pPr>
        <w:pStyle w:val="Normal"/>
        <w:spacing w:before="0" w:after="40"/>
        <w:ind w:left="227" w:hanging="0"/>
        <w:rPr/>
      </w:pPr>
      <w:r>
        <w:rPr/>
        <w:t xml:space="preserve">☐ Poder notarial.</w:t>
      </w:r>
    </w:p>
    <w:p>
      <w:pPr>
        <w:pStyle w:val="Normal"/>
        <w:spacing w:before="0" w:after="40"/>
        <w:ind w:left="227" w:hanging="0"/>
        <w:rPr/>
      </w:pPr>
      <w:r>
        <w:rPr/>
        <w:t xml:space="preserve">☐ Apoderamiento apud acta.</w:t>
      </w:r>
    </w:p>
    <w:p>
      <w:pPr>
        <w:pStyle w:val="Normal"/>
        <w:spacing w:before="0" w:after="40"/>
        <w:ind w:left="227" w:hanging="0"/>
        <w:rPr/>
      </w:pPr>
      <w:r>
        <w:rPr/>
        <w:t xml:space="preserve">☐ Certificado del órgano competente de la entidad.</w:t>
      </w:r>
    </w:p>
    <w:p>
      <w:pPr>
        <w:pStyle w:val="Normal"/>
        <w:spacing w:before="0" w:after="40"/>
        <w:ind w:left="227" w:hanging="0"/>
        <w:rPr/>
      </w:pPr>
      <w:r>
        <w:rPr/>
        <w:t xml:space="preserve">☐ Otro medio válido en Derecho: ______________________________________</w:t>
      </w:r>
    </w:p>
    <w:p>
      <w:pPr>
        <w:pStyle w:val="Ttulo1"/>
        <w:rPr/>
      </w:pPr>
      <w:r>
        <w:rPr>
          <w:b w:val="false"/>
        </w:rPr>
        <w:t>4. DATOS DEL COTO SOCIAL EN EL QUE SE EJECUTARÁN LAS ACTUACIONES</w:t>
      </w:r>
    </w:p>
    <w:p>
      <w:pPr>
        <w:pStyle w:val="Normal"/>
        <w:spacing w:before="0" w:after="60"/>
        <w:rPr/>
      </w:pPr>
      <w:r>
        <w:rPr>
          <w:b/>
        </w:rPr>
        <w:t>Denominación del coto social:</w:t>
      </w:r>
    </w:p>
    <w:p>
      <w:pPr>
        <w:pStyle w:val="Normal"/>
        <w:spacing w:before="0" w:after="20"/>
        <w:rPr/>
      </w:pPr>
      <w:r>
        <w:rPr/>
        <w:t>______________________________________________________________________________</w:t>
      </w:r>
    </w:p>
    <w:p>
      <w:pPr>
        <w:pStyle w:val="Normal"/>
        <w:spacing w:before="0" w:after="60"/>
        <w:rPr/>
      </w:pPr>
      <w:r>
        <w:rPr>
          <w:b/>
        </w:rPr>
        <w:t>Matrícula / número de registro del coto:</w:t>
      </w:r>
    </w:p>
    <w:p>
      <w:pPr>
        <w:pStyle w:val="Normal"/>
        <w:spacing w:before="0" w:after="20"/>
        <w:rPr/>
      </w:pPr>
      <w:r>
        <w:rPr/>
        <w:t>______________________________________________________________________________</w:t>
      </w:r>
    </w:p>
    <w:p>
      <w:pPr>
        <w:pStyle w:val="Normal"/>
        <w:spacing w:before="0" w:after="60"/>
        <w:rPr/>
      </w:pPr>
      <w:r>
        <w:rPr>
          <w:b/>
        </w:rPr>
        <w:t>Término o términos municipales en los que se ubica:</w:t>
      </w:r>
    </w:p>
    <w:p>
      <w:pPr>
        <w:pStyle w:val="Normal"/>
        <w:spacing w:before="0" w:after="20"/>
        <w:rPr/>
      </w:pPr>
      <w:r>
        <w:rPr/>
        <w:t>______________________________________________________________________________</w:t>
      </w:r>
    </w:p>
    <w:p>
      <w:pPr>
        <w:pStyle w:val="Normal"/>
        <w:spacing w:before="0" w:after="60"/>
        <w:rPr/>
      </w:pPr>
      <w:r>
        <w:rPr>
          <w:b/>
        </w:rPr>
        <w:t>Superficie total del coto: __________________ ha</w:t>
      </w:r>
    </w:p>
    <w:p>
      <w:pPr>
        <w:pStyle w:val="Normal"/>
        <w:spacing w:before="0" w:after="60"/>
        <w:rPr/>
      </w:pPr>
      <w:r>
        <w:rPr>
          <w:b/>
        </w:rPr>
        <w:t>Superficie incluida en Red Natura 2000, en su caso: _______________ ha</w:t>
      </w:r>
    </w:p>
    <w:p>
      <w:pPr>
        <w:pStyle w:val="Normal"/>
        <w:spacing w:before="0" w:after="20"/>
        <w:rPr/>
      </w:pPr>
      <w:r>
        <w:rPr/>
        <w:t>______________________________________________________________________________</w:t>
      </w:r>
    </w:p>
    <w:p>
      <w:pPr>
        <w:pStyle w:val="Normal"/>
        <w:spacing w:before="0" w:after="60"/>
        <w:rPr/>
      </w:pPr>
      <w:r>
        <w:rPr>
          <w:b/>
        </w:rPr>
        <w:t>Porcentaje de superficie incluida en Red Natura 2000: ____________ %</w:t>
      </w:r>
    </w:p>
    <w:p>
      <w:pPr>
        <w:pStyle w:val="Normal"/>
        <w:spacing w:before="0" w:after="20"/>
        <w:rPr/>
      </w:pPr>
      <w:r>
        <w:rPr/>
        <w:t>______________________________________________________________________________</w:t>
      </w:r>
    </w:p>
    <w:p>
      <w:pPr>
        <w:pStyle w:val="Normal"/>
        <w:rPr/>
      </w:pPr>
      <w:r>
        <w:rPr>
          <w:b/>
        </w:rPr>
        <w:t>La entidad solicitante es titular del coto social:</w:t>
      </w:r>
    </w:p>
    <w:p>
      <w:pPr>
        <w:pStyle w:val="Normal"/>
        <w:spacing w:before="0" w:after="40"/>
        <w:ind w:left="227" w:hanging="0"/>
        <w:rPr/>
      </w:pPr>
      <w:r>
        <w:rPr/>
        <w:t xml:space="preserve">☐ Sí</w:t>
      </w:r>
    </w:p>
    <w:p>
      <w:pPr>
        <w:pStyle w:val="Normal"/>
        <w:spacing w:before="0" w:after="40"/>
        <w:ind w:left="227" w:hanging="0"/>
        <w:rPr/>
      </w:pPr>
      <w:r>
        <w:rPr/>
        <w:t xml:space="preserve">☐ No</w:t>
      </w:r>
    </w:p>
    <w:p>
      <w:pPr>
        <w:pStyle w:val="Normal"/>
        <w:rPr/>
      </w:pPr>
      <w:r>
        <w:rPr>
          <w:b/>
        </w:rPr>
        <w:t>El coto social dispone de plan técnico de caza o instrumento de planificación cinegética vigente:</w:t>
      </w:r>
    </w:p>
    <w:p>
      <w:pPr>
        <w:pStyle w:val="Normal"/>
        <w:spacing w:before="0" w:after="40"/>
        <w:ind w:left="227" w:hanging="0"/>
        <w:rPr/>
      </w:pPr>
      <w:r>
        <w:rPr/>
        <w:t xml:space="preserve">☐ Sí</w:t>
      </w:r>
    </w:p>
    <w:p>
      <w:pPr>
        <w:pStyle w:val="Normal"/>
        <w:spacing w:before="0" w:after="40"/>
        <w:ind w:left="227" w:hanging="0"/>
        <w:rPr/>
      </w:pPr>
      <w:r>
        <w:rPr/>
        <w:t xml:space="preserve">☐ No</w:t>
      </w:r>
    </w:p>
    <w:p>
      <w:pPr>
        <w:pStyle w:val="Normal"/>
        <w:spacing w:before="0" w:after="40"/>
        <w:ind w:left="227" w:hanging="0"/>
        <w:rPr/>
      </w:pPr>
      <w:r>
        <w:rPr/>
        <w:t xml:space="preserve">☐ No resulta exigible conforme a la normativa aplicable.</w:t>
      </w:r>
    </w:p>
    <w:p>
      <w:pPr>
        <w:pStyle w:val="Normal"/>
        <w:spacing w:before="0" w:after="60"/>
        <w:rPr/>
      </w:pPr>
      <w:r>
        <w:rPr>
          <w:b/>
        </w:rPr>
        <w:t>Fecha de aprobación o vigencia del plan técnico de caza, en su caso:</w:t>
      </w:r>
    </w:p>
    <w:p>
      <w:pPr>
        <w:pStyle w:val="Normal"/>
        <w:spacing w:before="0" w:after="20"/>
        <w:rPr/>
      </w:pPr>
      <w:r>
        <w:rPr/>
        <w:t>______________________________________________________________________________</w:t>
      </w:r>
    </w:p>
    <w:p>
      <w:pPr>
        <w:pStyle w:val="Normal"/>
        <w:rPr/>
      </w:pPr>
      <w:r>
        <w:rPr>
          <w:b/>
        </w:rPr>
        <w:t>El coto tiene suspendidos los aprovechamientos cinegéticos en la fecha de presentación de la solicitud:</w:t>
      </w:r>
    </w:p>
    <w:p>
      <w:pPr>
        <w:pStyle w:val="Normal"/>
        <w:spacing w:before="0" w:after="40"/>
        <w:ind w:left="227" w:hanging="0"/>
        <w:rPr/>
      </w:pPr>
      <w:r>
        <w:rPr/>
        <w:t xml:space="preserve">☐ No</w:t>
      </w:r>
    </w:p>
    <w:p>
      <w:pPr>
        <w:pStyle w:val="Normal"/>
        <w:spacing w:before="0" w:after="40"/>
        <w:ind w:left="227" w:hanging="0"/>
        <w:rPr/>
      </w:pPr>
      <w:r>
        <w:rPr/>
        <w:t xml:space="preserve">☐ Sí</w:t>
      </w:r>
    </w:p>
    <w:p>
      <w:pPr>
        <w:pStyle w:val="Ttulo1"/>
        <w:rPr/>
      </w:pPr>
      <w:r>
        <w:rPr>
          <w:b w:val="false"/>
        </w:rPr>
        <w:t>5. DATOS DE PARTICIPACIÓN SOCIAL DE LA ENTIDAD</w:t>
      </w:r>
    </w:p>
    <w:p>
      <w:pPr>
        <w:pStyle w:val="Normal"/>
        <w:rPr/>
      </w:pPr>
      <w:r>
        <w:rPr/>
        <w:t>Número total de personas socias: __________________</w:t>
      </w:r>
    </w:p>
    <w:p>
      <w:pPr>
        <w:pStyle w:val="Normal"/>
        <w:rPr/>
      </w:pPr>
      <w:r>
        <w:rPr/>
        <w:t>Número de hombres socios: __________________</w:t>
      </w:r>
    </w:p>
    <w:p>
      <w:pPr>
        <w:pStyle w:val="Normal"/>
        <w:rPr/>
      </w:pPr>
      <w:r>
        <w:rPr/>
        <w:t>Número de mujeres socias: __________________</w:t>
      </w:r>
    </w:p>
    <w:p>
      <w:pPr>
        <w:pStyle w:val="Normal"/>
        <w:rPr/>
      </w:pPr>
      <w:r>
        <w:rPr/>
        <w:t>Porcentaje de mujeres socias sobre el total de personas socias: __________ %</w:t>
      </w:r>
    </w:p>
    <w:p>
      <w:pPr>
        <w:pStyle w:val="Normal"/>
        <w:rPr/>
      </w:pPr>
      <w:r>
        <w:rPr/>
        <w:t>La entidad deberá acreditar estos datos mediante certificación expedida por la persona que ostente la secretaría de la sociedad local de cazadores, con el visto bueno de la presidencia, o documento equivalente.</w:t>
      </w:r>
    </w:p>
    <w:p>
      <w:pPr>
        <w:pStyle w:val="Ttulo1"/>
        <w:rPr/>
      </w:pPr>
      <w:r>
        <w:rPr>
          <w:b w:val="false"/>
        </w:rPr>
        <w:t>6. DATOS DEL PROYECTO PARA EL QUE SE SOLICITA LA SUBVENCIÓN</w:t>
      </w:r>
    </w:p>
    <w:p>
      <w:pPr>
        <w:pStyle w:val="Normal"/>
        <w:spacing w:before="0" w:after="60"/>
        <w:rPr/>
      </w:pPr>
      <w:r>
        <w:rPr>
          <w:b/>
        </w:rPr>
        <w:t>Denominación del proyecto:</w:t>
      </w:r>
    </w:p>
    <w:p>
      <w:pPr>
        <w:pStyle w:val="Normal"/>
        <w:spacing w:before="0" w:after="20"/>
        <w:rPr/>
      </w:pPr>
      <w:r>
        <w:rPr/>
        <w:t>______________________________________________________________________________</w:t>
      </w:r>
    </w:p>
    <w:p>
      <w:pPr>
        <w:pStyle w:val="Normal"/>
        <w:spacing w:before="0" w:after="60"/>
        <w:rPr/>
      </w:pPr>
      <w:r>
        <w:rPr>
          <w:b/>
        </w:rPr>
        <w:t>Breve descripción del proyecto:</w:t>
      </w:r>
    </w:p>
    <w:p>
      <w:pPr>
        <w:pStyle w:val="Normal"/>
        <w:spacing w:before="0" w:after="20"/>
        <w:rPr/>
      </w:pPr>
      <w:r>
        <w:rPr/>
        <w:t>______________________________________________________________________________</w:t>
      </w:r>
    </w:p>
    <w:p>
      <w:pPr>
        <w:pStyle w:val="Normal"/>
        <w:spacing w:before="0" w:after="20"/>
        <w:rPr/>
      </w:pPr>
      <w:r>
        <w:rPr/>
        <w:t>______________________________________________________________________________</w:t>
      </w:r>
    </w:p>
    <w:p>
      <w:pPr>
        <w:pStyle w:val="Normal"/>
        <w:spacing w:before="0" w:after="20"/>
        <w:rPr/>
      </w:pPr>
      <w:r>
        <w:rPr/>
        <w:t>______________________________________________________________________________</w:t>
      </w:r>
    </w:p>
    <w:p>
      <w:pPr>
        <w:pStyle w:val="Normal"/>
        <w:rPr/>
      </w:pPr>
      <w:r>
        <w:rPr>
          <w:b/>
        </w:rPr>
        <w:t>Bloque o bloques de actuaciones solicitadas:</w:t>
      </w:r>
    </w:p>
    <w:p>
      <w:pPr>
        <w:pStyle w:val="Normal"/>
        <w:spacing w:before="0" w:after="40"/>
        <w:ind w:left="227" w:hanging="0"/>
        <w:rPr/>
      </w:pPr>
      <w:r>
        <w:rPr/>
        <w:t xml:space="preserve">☐ Bloque A. Recuperación y mejora de hábitats de especies cinegéticas de caza menor.</w:t>
      </w:r>
    </w:p>
    <w:p>
      <w:pPr>
        <w:pStyle w:val="Normal"/>
        <w:spacing w:before="0" w:after="40"/>
        <w:ind w:left="227" w:hanging="0"/>
        <w:rPr/>
      </w:pPr>
      <w:r>
        <w:rPr/>
        <w:t xml:space="preserve">☐ Bloque B. Recuperación del conejo de monte (Oryctolagus cuniculus).</w:t>
      </w:r>
    </w:p>
    <w:p>
      <w:pPr>
        <w:pStyle w:val="Normal"/>
        <w:rPr/>
      </w:pPr>
      <w:r>
        <w:rPr>
          <w:b/>
        </w:rPr>
        <w:t>Actuaciones para las que se solicita subvención:</w:t>
      </w:r>
    </w:p>
    <w:p>
      <w:pPr>
        <w:pStyle w:val="Normal"/>
        <w:spacing w:before="0" w:after="40"/>
        <w:ind w:left="227" w:hanging="0"/>
        <w:rPr/>
      </w:pPr>
      <w:r>
        <w:rPr/>
        <w:t xml:space="preserve">☐ Actuación 1. Creación de márgenes multifuncionales.</w:t>
      </w:r>
    </w:p>
    <w:p>
      <w:pPr>
        <w:pStyle w:val="Normal"/>
        <w:spacing w:before="0" w:after="40"/>
        <w:ind w:left="227" w:hanging="0"/>
        <w:rPr/>
      </w:pPr>
      <w:r>
        <w:rPr/>
        <w:t xml:space="preserve">☐ Actuación 2. Instalación de comederos y bebederos.</w:t>
      </w:r>
    </w:p>
    <w:p>
      <w:pPr>
        <w:pStyle w:val="Normal"/>
        <w:spacing w:before="0" w:after="40"/>
        <w:ind w:left="227" w:hanging="0"/>
        <w:rPr/>
      </w:pPr>
      <w:r>
        <w:rPr/>
        <w:t xml:space="preserve">☐ Actuación 3. Cultivo no productivo de cereales sin cosecha.</w:t>
      </w:r>
    </w:p>
    <w:p>
      <w:pPr>
        <w:pStyle w:val="Normal"/>
        <w:spacing w:before="0" w:after="40"/>
        <w:ind w:left="227" w:hanging="0"/>
        <w:rPr/>
      </w:pPr>
      <w:r>
        <w:rPr/>
        <w:t xml:space="preserve">☐ Actuación 4. Realización de desbroces con siembra no productiva de pastizal o pradera.</w:t>
      </w:r>
    </w:p>
    <w:p>
      <w:pPr>
        <w:pStyle w:val="Normal"/>
        <w:spacing w:before="0" w:after="40"/>
        <w:ind w:left="227" w:hanging="0"/>
        <w:rPr/>
      </w:pPr>
      <w:r>
        <w:rPr/>
        <w:t xml:space="preserve">☐ Actuación 5. Construcción de puntos de agua.</w:t>
      </w:r>
    </w:p>
    <w:p>
      <w:pPr>
        <w:pStyle w:val="Normal"/>
        <w:spacing w:before="0" w:after="40"/>
        <w:ind w:left="227" w:hanging="0"/>
        <w:rPr/>
      </w:pPr>
      <w:r>
        <w:rPr/>
        <w:t xml:space="preserve">☐ Actuación 6. Creación de núcleo de cría semiextensivo con repoblación de conejos.</w:t>
      </w:r>
    </w:p>
    <w:p>
      <w:pPr>
        <w:pStyle w:val="Normal"/>
        <w:spacing w:before="0" w:after="40"/>
        <w:ind w:left="227" w:hanging="0"/>
        <w:rPr/>
      </w:pPr>
      <w:r>
        <w:rPr/>
        <w:t xml:space="preserve">☐ Actuación 7. Instalación de comederos y bebederos específicos para conejo de monte.</w:t>
      </w:r>
    </w:p>
    <w:p>
      <w:pPr>
        <w:pStyle w:val="Normal"/>
        <w:spacing w:before="0" w:after="40"/>
        <w:ind w:left="227" w:hanging="0"/>
        <w:rPr/>
      </w:pPr>
      <w:r>
        <w:rPr/>
        <w:t xml:space="preserve">☐ Actuación 8. Repoblaciones de conejo de monte.</w:t>
      </w:r>
    </w:p>
    <w:p>
      <w:pPr>
        <w:pStyle w:val="Normal"/>
        <w:spacing w:before="0" w:after="40"/>
        <w:ind w:left="227" w:hanging="0"/>
        <w:rPr/>
      </w:pPr>
      <w:r>
        <w:rPr/>
        <w:t xml:space="preserve">☐ Actuación 9. Construcción de vivares artificiales o majanos.</w:t>
      </w:r>
    </w:p>
    <w:p>
      <w:pPr>
        <w:pStyle w:val="Normal"/>
        <w:spacing w:before="0" w:after="40"/>
        <w:ind w:left="227" w:hanging="0"/>
        <w:rPr/>
      </w:pPr>
      <w:r>
        <w:rPr/>
        <w:t xml:space="preserve">☐ Actuación 10. Cultivos no productivos de cereales y leguminosas para mejorar el hábitat del conejo.</w:t>
      </w:r>
    </w:p>
    <w:p>
      <w:pPr>
        <w:pStyle w:val="Normal"/>
        <w:spacing w:before="0" w:after="40"/>
        <w:ind w:left="227" w:hanging="0"/>
        <w:rPr/>
      </w:pPr>
      <w:r>
        <w:rPr/>
        <w:t xml:space="preserve">☐ Actuación 11. Desbroces selectivos mecanizados en áreas destinadas a la recuperación del conejo.</w:t>
      </w:r>
    </w:p>
    <w:p>
      <w:pPr>
        <w:pStyle w:val="Normal"/>
        <w:rPr/>
      </w:pPr>
      <w:r>
        <w:rPr/>
        <w:t>Importe total del proyecto: ___________________ €</w:t>
      </w:r>
    </w:p>
    <w:p>
      <w:pPr>
        <w:pStyle w:val="Normal"/>
        <w:rPr/>
      </w:pPr>
      <w:r>
        <w:rPr/>
        <w:t>Importe de subvención solicitado: ___________________ €</w:t>
      </w:r>
    </w:p>
    <w:p>
      <w:pPr>
        <w:pStyle w:val="Normal"/>
        <w:rPr/>
      </w:pPr>
      <w:r>
        <w:rPr/>
        <w:t>Plazo previsto de ejecución: Desde ____ / ____ / ______ hasta ____ / ____ / ______</w:t>
      </w:r>
    </w:p>
    <w:p>
      <w:pPr>
        <w:pStyle w:val="Normal"/>
        <w:rPr/>
      </w:pPr>
      <w:r>
        <w:rPr/>
      </w:r>
      <w:r>
        <w:br w:type="page"/>
      </w:r>
    </w:p>
    <w:p>
      <w:pPr>
        <w:pStyle w:val="Ttulo1"/>
        <w:rPr/>
      </w:pPr>
      <w:r>
        <w:rPr>
          <w:b w:val="false"/>
        </w:rPr>
        <w:t>7. RELACIÓN RESUMIDA DE ACTUACIONES Y PRESUPUESTO</w:t>
      </w:r>
    </w:p>
    <w:p>
      <w:pPr>
        <w:pStyle w:val="Normal"/>
        <w:rPr/>
      </w:pPr>
      <w:r>
        <w:rPr/>
        <w:t>La entidad solicitante deberá cumplimentar este apartado de forma coherente con el Anexo IV. Proyecto de inversiones y con el Anexo V. Explicación detallada de las actuaciones solicitadas.</w:t>
      </w:r>
    </w:p>
    <w:tbl>
      <w:tblPr>
        <w:tblStyle w:val="Tablaconcuadrcula"/>
        <w:tblW w:w="9736"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009"/>
        <w:gridCol w:w="4109"/>
        <w:gridCol w:w="1670"/>
        <w:gridCol w:w="1335"/>
        <w:gridCol w:w="1613"/>
      </w:tblGrid>
      <w:tr>
        <w:trPr/>
        <w:tc>
          <w:tcPr>
            <w:tcW w:w="1009"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7"/>
                <w:szCs w:val="22"/>
                <w:lang w:val="en-US" w:eastAsia="en-US" w:bidi="ar-SA"/>
              </w:rPr>
              <w:t>Nº actuación</w:t>
            </w:r>
          </w:p>
        </w:tc>
        <w:tc>
          <w:tcPr>
            <w:tcW w:w="4109"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7"/>
                <w:szCs w:val="22"/>
                <w:lang w:val="en-US" w:eastAsia="en-US" w:bidi="ar-SA"/>
              </w:rPr>
              <w:t>Denominación de la actuación</w:t>
            </w:r>
          </w:p>
        </w:tc>
        <w:tc>
          <w:tcPr>
            <w:tcW w:w="1670"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7"/>
                <w:szCs w:val="22"/>
                <w:lang w:val="en-US" w:eastAsia="en-US" w:bidi="ar-SA"/>
              </w:rPr>
              <w:t>Superficie / unidades / ejemplares solicitados</w:t>
            </w:r>
          </w:p>
        </w:tc>
        <w:tc>
          <w:tcPr>
            <w:tcW w:w="1335"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7"/>
                <w:szCs w:val="22"/>
                <w:lang w:val="en-US" w:eastAsia="en-US" w:bidi="ar-SA"/>
              </w:rPr>
              <w:t>Coste unitario</w:t>
            </w:r>
          </w:p>
        </w:tc>
        <w:tc>
          <w:tcPr>
            <w:tcW w:w="1613"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7"/>
                <w:szCs w:val="22"/>
                <w:lang w:val="en-US" w:eastAsia="en-US" w:bidi="ar-SA"/>
              </w:rPr>
              <w:t>Importe total solicitado</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1</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Creación de márgenes multifuncionales</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2</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Instalación de comederos y bebederos</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3</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Cultivo no productivo de cereales sin cosecha</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4</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Desbroces con siembra no productiva de pastizal o pradera</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5</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Construcción de puntos de agua</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6</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Núcleo de cría semiextensivo con repoblación de conejos</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7</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Comederos y bebederos específicos para conejo de monte</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8</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Repoblaciones de conejo de monte</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9</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Vivares artificiales o majanos</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10</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Cultivos no productivos de cereales y leguminosas para conejo</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r>
        <w:trPr/>
        <w:tc>
          <w:tcPr>
            <w:tcW w:w="10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11</w:t>
            </w:r>
          </w:p>
        </w:tc>
        <w:tc>
          <w:tcPr>
            <w:tcW w:w="4109"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Desbroces selectivos mecanizados para recuperación del conejo</w:t>
            </w:r>
          </w:p>
        </w:tc>
        <w:tc>
          <w:tcPr>
            <w:tcW w:w="1670"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335"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c>
          <w:tcPr>
            <w:tcW w:w="1613" w:type="dxa"/>
            <w:tcBorders/>
            <w:vAlign w:val="center"/>
          </w:tcPr>
          <w:p>
            <w:pPr>
              <w:pStyle w:val="Normal"/>
              <w:widowControl/>
              <w:spacing w:before="0" w:after="0"/>
              <w:jc w:val="left"/>
              <w:rPr>
                <w:rFonts w:cs=""/>
                <w:kern w:val="0"/>
                <w:szCs w:val="22"/>
                <w:lang w:val="en-US" w:eastAsia="en-US" w:bidi="ar-SA"/>
              </w:rPr>
            </w:pPr>
            <w:r>
              <w:rPr>
                <w:rFonts w:cs=""/>
                <w:kern w:val="0"/>
                <w:sz w:val="17"/>
                <w:szCs w:val="22"/>
                <w:lang w:val="en-US" w:eastAsia="en-US" w:bidi="ar-SA"/>
              </w:rPr>
              <w:t xml:space="preserve"> </w:t>
            </w:r>
          </w:p>
        </w:tc>
      </w:tr>
    </w:tbl>
    <w:p>
      <w:pPr>
        <w:pStyle w:val="Normal"/>
        <w:rPr/>
      </w:pPr>
      <w:r>
        <w:rPr/>
        <w:t>Importe total solicitado: ___________________ €</w:t>
      </w:r>
    </w:p>
    <w:p>
      <w:pPr>
        <w:pStyle w:val="Ttulo1"/>
        <w:rPr/>
      </w:pPr>
      <w:r>
        <w:rPr>
          <w:b w:val="false"/>
        </w:rPr>
        <w:t>8. DOCUMENTACIÓN QUE SE ACOMPAÑA A LA SOLICITUD</w:t>
      </w:r>
    </w:p>
    <w:p>
      <w:pPr>
        <w:pStyle w:val="Normal"/>
        <w:rPr/>
      </w:pPr>
      <w:r>
        <w:rPr/>
        <w:t>La entidad solicitante acompaña a la presente solicitud la siguiente documentación:</w:t>
      </w:r>
    </w:p>
    <w:p>
      <w:pPr>
        <w:pStyle w:val="Normal"/>
        <w:spacing w:before="0" w:after="40"/>
        <w:ind w:left="227" w:hanging="0"/>
        <w:rPr/>
      </w:pPr>
      <w:r>
        <w:rPr/>
        <w:t xml:space="preserve">☐ Documentación acreditativa de la personalidad jurídica de la entidad solicitante.</w:t>
      </w:r>
    </w:p>
    <w:p>
      <w:pPr>
        <w:pStyle w:val="Normal"/>
        <w:spacing w:before="0" w:after="40"/>
        <w:ind w:left="227" w:hanging="0"/>
        <w:rPr/>
      </w:pPr>
      <w:r>
        <w:rPr/>
        <w:t xml:space="preserve">☐ NIF de la sociedad local de cazadores.</w:t>
      </w:r>
    </w:p>
    <w:p>
      <w:pPr>
        <w:pStyle w:val="Normal"/>
        <w:spacing w:before="0" w:after="40"/>
        <w:ind w:left="227" w:hanging="0"/>
        <w:rPr/>
      </w:pPr>
      <w:r>
        <w:rPr/>
        <w:t xml:space="preserve">☐ Estatutos, acta fundacional, certificado de inscripción registral o documentación equivalente.</w:t>
      </w:r>
    </w:p>
    <w:p>
      <w:pPr>
        <w:pStyle w:val="Normal"/>
        <w:spacing w:before="0" w:after="40"/>
        <w:ind w:left="227" w:hanging="0"/>
        <w:rPr/>
      </w:pPr>
      <w:r>
        <w:rPr/>
        <w:t xml:space="preserve">☐ Documentación acreditativa de la representación legal de la persona firmante.</w:t>
      </w:r>
    </w:p>
    <w:p>
      <w:pPr>
        <w:pStyle w:val="Normal"/>
        <w:spacing w:before="0" w:after="40"/>
        <w:ind w:left="227" w:hanging="0"/>
        <w:rPr/>
      </w:pPr>
      <w:r>
        <w:rPr/>
        <w:t xml:space="preserve">☐ Anexo III. Modelo de autorización o acreditación de representación, en caso de actuar mediante representante.</w:t>
      </w:r>
    </w:p>
    <w:p>
      <w:pPr>
        <w:pStyle w:val="Normal"/>
        <w:spacing w:before="0" w:after="40"/>
        <w:ind w:left="227" w:hanging="0"/>
        <w:rPr/>
      </w:pPr>
      <w:r>
        <w:rPr/>
        <w:t xml:space="preserve">☐ Documento acreditativo de la titularidad del coto social.</w:t>
      </w:r>
    </w:p>
    <w:p>
      <w:pPr>
        <w:pStyle w:val="Normal"/>
        <w:spacing w:before="0" w:after="40"/>
        <w:ind w:left="227" w:hanging="0"/>
        <w:rPr/>
      </w:pPr>
      <w:r>
        <w:rPr/>
        <w:t xml:space="preserve">☐ Resolución administrativa, certificado o documento acreditativo de la inscripción, autorización o registro del coto social.</w:t>
      </w:r>
    </w:p>
    <w:p>
      <w:pPr>
        <w:pStyle w:val="Normal"/>
        <w:spacing w:before="0" w:after="40"/>
        <w:ind w:left="227" w:hanging="0"/>
        <w:rPr/>
      </w:pPr>
      <w:r>
        <w:rPr/>
        <w:t xml:space="preserve">☐ Plan técnico de caza o instrumento de planificación cinegética vigente, o certificado acreditativo de su vigencia, cuando resulte exigible.</w:t>
      </w:r>
    </w:p>
    <w:p>
      <w:pPr>
        <w:pStyle w:val="Normal"/>
        <w:spacing w:before="0" w:after="40"/>
        <w:ind w:left="227" w:hanging="0"/>
        <w:rPr/>
      </w:pPr>
      <w:r>
        <w:rPr/>
        <w:t xml:space="preserve">☐ Certificación del acuerdo del órgano competente de la sociedad local de cazadores para solicitar la subvención y ejecutar el proyecto.</w:t>
      </w:r>
    </w:p>
    <w:p>
      <w:pPr>
        <w:pStyle w:val="Normal"/>
        <w:spacing w:before="0" w:after="40"/>
        <w:ind w:left="227" w:hanging="0"/>
        <w:rPr/>
      </w:pPr>
      <w:r>
        <w:rPr/>
        <w:t xml:space="preserve">☐ Certificación del número total de personas socias, desagregado por sexo.</w:t>
      </w:r>
    </w:p>
    <w:p>
      <w:pPr>
        <w:pStyle w:val="Normal"/>
        <w:spacing w:before="0" w:after="40"/>
        <w:ind w:left="227" w:hanging="0"/>
        <w:rPr/>
      </w:pPr>
      <w:r>
        <w:rPr/>
        <w:t xml:space="preserve">☐ Anexo IV. Proyecto de inversiones.</w:t>
      </w:r>
    </w:p>
    <w:p>
      <w:pPr>
        <w:pStyle w:val="Normal"/>
        <w:spacing w:before="0" w:after="40"/>
        <w:ind w:left="227" w:hanging="0"/>
        <w:rPr/>
      </w:pPr>
      <w:r>
        <w:rPr/>
        <w:t xml:space="preserve">☐ Anexo V. Explicación detallada de las actuaciones solicitadas.</w:t>
      </w:r>
    </w:p>
    <w:p>
      <w:pPr>
        <w:pStyle w:val="Normal"/>
        <w:spacing w:before="0" w:after="40"/>
        <w:ind w:left="227" w:hanging="0"/>
        <w:rPr/>
      </w:pPr>
      <w:r>
        <w:rPr/>
        <w:t xml:space="preserve">☐ Plano del coto social, con delimitación de su perímetro y localización de las actuaciones.</w:t>
      </w:r>
    </w:p>
    <w:p>
      <w:pPr>
        <w:pStyle w:val="Normal"/>
        <w:spacing w:before="0" w:after="40"/>
        <w:ind w:left="227" w:hanging="0"/>
        <w:rPr/>
      </w:pPr>
      <w:r>
        <w:rPr/>
        <w:t xml:space="preserve">☐ Documentación gráfica y fotográfica del estado inicial de la zona de actuación.</w:t>
      </w:r>
    </w:p>
    <w:p>
      <w:pPr>
        <w:pStyle w:val="Normal"/>
        <w:spacing w:before="0" w:after="40"/>
        <w:ind w:left="227" w:hanging="0"/>
        <w:rPr/>
      </w:pPr>
      <w:r>
        <w:rPr/>
        <w:t xml:space="preserve">☐ Presupuesto detallado o facturas proforma, cuando proceda.</w:t>
      </w:r>
    </w:p>
    <w:p>
      <w:pPr>
        <w:pStyle w:val="Normal"/>
        <w:spacing w:before="0" w:after="40"/>
        <w:ind w:left="227" w:hanging="0"/>
        <w:rPr/>
      </w:pPr>
      <w:r>
        <w:rPr/>
        <w:t xml:space="preserve">☐ Autorizaciones administrativas ya obtenidas, en su caso.</w:t>
      </w:r>
    </w:p>
    <w:p>
      <w:pPr>
        <w:pStyle w:val="Normal"/>
        <w:spacing w:before="0" w:after="40"/>
        <w:ind w:left="227" w:hanging="0"/>
        <w:rPr/>
      </w:pPr>
      <w:r>
        <w:rPr/>
        <w:t xml:space="preserve">☐ Alta de terceros o ficha de terceros de la Diputación Provincial de Cáceres, en caso necesario.</w:t>
      </w:r>
    </w:p>
    <w:p>
      <w:pPr>
        <w:pStyle w:val="Normal"/>
        <w:spacing w:before="0" w:after="40"/>
        <w:ind w:left="227" w:hanging="0"/>
        <w:rPr/>
      </w:pPr>
      <w:r>
        <w:rPr/>
        <w:t xml:space="preserve">☐ Certificados acreditativos de estar al corriente en el cumplimiento de obligaciones tributarias y frente a la Seguridad Social, únicamente cuando proceda su aportación.</w:t>
      </w:r>
    </w:p>
    <w:p>
      <w:pPr>
        <w:pStyle w:val="Normal"/>
        <w:spacing w:before="0" w:after="40"/>
        <w:ind w:left="227" w:hanging="0"/>
        <w:rPr/>
      </w:pPr>
      <w:r>
        <w:rPr/>
        <w:t xml:space="preserve">☐ Anexo VIII. Declaración responsable de cumplimiento del régimen de ayudas de minimis.</w:t>
      </w:r>
    </w:p>
    <w:p>
      <w:pPr>
        <w:pStyle w:val="Normal"/>
        <w:spacing w:before="0" w:after="40"/>
        <w:ind w:left="227" w:hanging="0"/>
        <w:rPr/>
      </w:pPr>
      <w:r>
        <w:rPr/>
        <w:t xml:space="preserve">☐ Otra documentación: ________________________________________________________________</w:t>
      </w:r>
    </w:p>
    <w:p>
      <w:pPr>
        <w:pStyle w:val="Ttulo1"/>
        <w:rPr/>
      </w:pPr>
      <w:r>
        <w:rPr>
          <w:b w:val="false"/>
        </w:rPr>
        <w:t>9. DECLARACIONES RESPONSABLES</w:t>
      </w:r>
    </w:p>
    <w:p>
      <w:pPr>
        <w:pStyle w:val="Normal"/>
        <w:rPr/>
      </w:pPr>
      <w:r>
        <w:rPr/>
        <w:t>D./D.ª ______________________________________________________________, con DNI/NIE _______________________, en nombre y representación de la entidad solicitante ________________________________________________________, con NIF _______________________,</w:t>
      </w:r>
    </w:p>
    <w:p>
      <w:pPr>
        <w:pStyle w:val="Normal"/>
        <w:rPr/>
      </w:pPr>
      <w:r>
        <w:rPr>
          <w:b/>
        </w:rPr>
        <w:t>DECLARA RESPONSABLEMENTE:</w:t>
      </w:r>
    </w:p>
    <w:p>
      <w:pPr>
        <w:pStyle w:val="Normal"/>
        <w:spacing w:before="0" w:after="80"/>
        <w:rPr/>
      </w:pPr>
      <w:r>
        <w:rPr>
          <w:b/>
        </w:rPr>
        <w:t xml:space="preserve">Primero. </w:t>
      </w:r>
      <w:r>
        <w:rPr/>
        <w:t>Que la entidad solicitante se encuentra legalmente constituida e inscrita, en su caso, en el registro correspondiente, y cumple los requisitos establecidos en la convocatoria para obtener la condición de beneficiaria.</w:t>
      </w:r>
    </w:p>
    <w:p>
      <w:pPr>
        <w:pStyle w:val="Normal"/>
        <w:spacing w:before="0" w:after="80"/>
        <w:rPr/>
      </w:pPr>
      <w:r>
        <w:rPr>
          <w:b/>
        </w:rPr>
        <w:t xml:space="preserve">Segundo. </w:t>
      </w:r>
      <w:r>
        <w:rPr/>
        <w:t>Que la entidad solicitante tiene su sede social en un municipio o entidad local de la provincia de Cáceres.</w:t>
      </w:r>
    </w:p>
    <w:p>
      <w:pPr>
        <w:pStyle w:val="Normal"/>
        <w:spacing w:before="0" w:after="80"/>
        <w:rPr/>
      </w:pPr>
      <w:r>
        <w:rPr>
          <w:b/>
        </w:rPr>
        <w:t xml:space="preserve">Tercero. </w:t>
      </w:r>
      <w:r>
        <w:rPr/>
        <w:t>Que la entidad solicitante es titular del coto social en el que se pretenden ejecutar las actuaciones subvencionadas, y que dicho coto se encuentra situado en la provincia de Cáceres y debidamente registrado o autorizado conforme a la normativa cinegética vigente.</w:t>
      </w:r>
    </w:p>
    <w:p>
      <w:pPr>
        <w:pStyle w:val="Normal"/>
        <w:spacing w:before="0" w:after="80"/>
        <w:rPr/>
      </w:pPr>
      <w:r>
        <w:rPr>
          <w:b/>
        </w:rPr>
        <w:t xml:space="preserve">Cuarto. </w:t>
      </w:r>
      <w:r>
        <w:rPr/>
        <w:t>Que el coto social dispone de plan técnico de caza o instrumento de planificación cinegética vigente, cuando resulta exigible conforme a la normativa aplicable, y que las actuaciones solicitadas son compatibles con dicho instrumento de planificación.</w:t>
      </w:r>
    </w:p>
    <w:p>
      <w:pPr>
        <w:pStyle w:val="Normal"/>
        <w:spacing w:before="0" w:after="80"/>
        <w:rPr/>
      </w:pPr>
      <w:r>
        <w:rPr>
          <w:b/>
        </w:rPr>
        <w:t xml:space="preserve">Quinto. </w:t>
      </w:r>
      <w:r>
        <w:rPr/>
        <w:t>Que el coto social no tiene suspendidos los aprovechamientos cinegéticos en la fecha de presentación de la solicitud.</w:t>
      </w:r>
    </w:p>
    <w:p>
      <w:pPr>
        <w:pStyle w:val="Normal"/>
        <w:spacing w:before="0" w:after="80"/>
        <w:rPr/>
      </w:pPr>
      <w:r>
        <w:rPr>
          <w:b/>
        </w:rPr>
        <w:t xml:space="preserve">Sexto. </w:t>
      </w:r>
      <w:r>
        <w:rPr/>
        <w:t>Que la entidad solicitante no se encuentra incursa en ninguna de las prohibiciones para obtener la condición de beneficiaria previstas en el artículo 13 de la Ley 38/2003, de 17 de noviembre, General de Subvenciones.</w:t>
      </w:r>
    </w:p>
    <w:p>
      <w:pPr>
        <w:pStyle w:val="Normal"/>
        <w:spacing w:before="0" w:after="80"/>
        <w:rPr/>
      </w:pPr>
      <w:r>
        <w:rPr>
          <w:b/>
        </w:rPr>
        <w:t xml:space="preserve">Séptimo. </w:t>
      </w:r>
      <w:r>
        <w:rPr/>
        <w:t>Que la entidad solicitante se encuentra al corriente en el cumplimiento de sus obligaciones tributarias con la Agencia Estatal de Administración Tributaria, frente a la Seguridad Social y con la Diputación Provincial de Cáceres.</w:t>
      </w:r>
    </w:p>
    <w:p>
      <w:pPr>
        <w:pStyle w:val="Normal"/>
        <w:spacing w:before="0" w:after="80"/>
        <w:rPr/>
      </w:pPr>
      <w:r>
        <w:rPr>
          <w:b/>
        </w:rPr>
        <w:t xml:space="preserve">Octavo. </w:t>
      </w:r>
      <w:r>
        <w:rPr/>
        <w:t>Que la entidad solicitante no es deudora por resolución de procedencia de reintegro de subvenciones.</w:t>
      </w:r>
    </w:p>
    <w:p>
      <w:pPr>
        <w:pStyle w:val="Normal"/>
        <w:spacing w:before="0" w:after="80"/>
        <w:rPr/>
      </w:pPr>
      <w:r>
        <w:rPr>
          <w:b/>
        </w:rPr>
        <w:t xml:space="preserve">Noveno. </w:t>
      </w:r>
      <w:r>
        <w:rPr/>
        <w:t>Que la entidad solicitante no ha sido sancionada mediante resolución administrativa firme por infracciones graves o muy graves en materia cinegética o ambiental durante los dos años anteriores a la fecha de publicación de la convocatoria.</w:t>
      </w:r>
    </w:p>
    <w:p>
      <w:pPr>
        <w:pStyle w:val="Normal"/>
        <w:spacing w:before="0" w:after="80"/>
        <w:rPr/>
      </w:pPr>
      <w:r>
        <w:rPr>
          <w:b/>
        </w:rPr>
        <w:t xml:space="preserve">Décimo. </w:t>
      </w:r>
      <w:r>
        <w:rPr/>
        <w:t>Que las actuaciones para las que se solicita subvención se ejecutarán en un único coto social del que es titular la entidad solicitante.</w:t>
      </w:r>
    </w:p>
    <w:p>
      <w:pPr>
        <w:pStyle w:val="Normal"/>
        <w:spacing w:before="0" w:after="80"/>
        <w:rPr/>
      </w:pPr>
      <w:r>
        <w:rPr>
          <w:b/>
        </w:rPr>
        <w:t xml:space="preserve">Undécimo. </w:t>
      </w:r>
      <w:r>
        <w:rPr/>
        <w:t>Que las actuaciones solicitadas se ajustan a la finalidad de la convocatoria, a las bases reguladoras, al Anexo I de especificaciones técnicas y al resto de anexos aplicables.</w:t>
      </w:r>
    </w:p>
    <w:p>
      <w:pPr>
        <w:pStyle w:val="Normal"/>
        <w:spacing w:before="0" w:after="80"/>
        <w:rPr/>
      </w:pPr>
      <w:r>
        <w:rPr>
          <w:b/>
        </w:rPr>
        <w:t xml:space="preserve">Duodécimo. </w:t>
      </w:r>
      <w:r>
        <w:rPr/>
        <w:t>Que la entidad solicitante se compromete a obtener, con carácter previo a la ejecución de las actuaciones subvencionadas, cuantas autorizaciones, permisos, informes o comunicaciones resulten exigibles conforme a la normativa cinegética, ambiental, sanitaria, forestal, agrícola, de aguas, de conservación de la biodiversidad, de protección de espacios naturales o cualquier otra normativa aplicable.</w:t>
      </w:r>
    </w:p>
    <w:p>
      <w:pPr>
        <w:pStyle w:val="Normal"/>
        <w:spacing w:before="0" w:after="80"/>
        <w:rPr/>
      </w:pPr>
      <w:r>
        <w:rPr>
          <w:b/>
        </w:rPr>
        <w:t xml:space="preserve">Decimotercero. </w:t>
      </w:r>
      <w:r>
        <w:rPr/>
        <w:t>Que la entidad solicitante se compromete a ejecutar las actuaciones subvencionadas dentro del plazo establecido, destinando íntegramente los fondos recibidos a la finalidad para la que se conceda la subvención.</w:t>
      </w:r>
    </w:p>
    <w:p>
      <w:pPr>
        <w:pStyle w:val="Normal"/>
        <w:spacing w:before="0" w:after="80"/>
        <w:rPr/>
      </w:pPr>
      <w:r>
        <w:rPr>
          <w:b/>
        </w:rPr>
        <w:t xml:space="preserve">Decimocuarto. </w:t>
      </w:r>
      <w:r>
        <w:rPr/>
        <w:t>Que la entidad solicitante se compromete a justificar la aplicación de los fondos recibidos en la forma y plazo establecidos en la convocatoria, aportando la cuenta justificativa, memoria final de ejecución, facturas, justificantes de pago, planos, fotografías georreferenciadas, autorizaciones administrativas y demás documentación exigible.</w:t>
      </w:r>
    </w:p>
    <w:p>
      <w:pPr>
        <w:pStyle w:val="Normal"/>
        <w:spacing w:before="0" w:after="80"/>
        <w:rPr/>
      </w:pPr>
      <w:r>
        <w:rPr>
          <w:b/>
        </w:rPr>
        <w:t xml:space="preserve">Decimoquinto. </w:t>
      </w:r>
      <w:r>
        <w:rPr/>
        <w:t>Que la entidad solicitante se compromete a someterse a las actuaciones de comprobación, seguimiento, inspección y control financiero que puedan realizar la Diputación Provincial de Cáceres, la Intervención Provincial, el Tribunal de Cuentas u otros órganos competentes.</w:t>
      </w:r>
    </w:p>
    <w:p>
      <w:pPr>
        <w:pStyle w:val="Normal"/>
        <w:spacing w:before="0" w:after="80"/>
        <w:rPr/>
      </w:pPr>
      <w:r>
        <w:rPr>
          <w:b/>
        </w:rPr>
        <w:t xml:space="preserve">Decimosexto. </w:t>
      </w:r>
      <w:r>
        <w:rPr/>
        <w:t>Que la entidad solicitante se compromete a comunicar a la Diputación Provincial de Cáceres cualquier modificación, incidencia o circunstancia que pueda afectar a la ejecución del proyecto, al cumplimiento de la finalidad de la subvención o a las condiciones tenidas en cuenta para su concesión.</w:t>
      </w:r>
    </w:p>
    <w:p>
      <w:pPr>
        <w:pStyle w:val="Normal"/>
        <w:spacing w:before="0" w:after="80"/>
        <w:rPr/>
      </w:pPr>
      <w:r>
        <w:rPr>
          <w:b/>
        </w:rPr>
        <w:t xml:space="preserve">Decimoséptimo. </w:t>
      </w:r>
      <w:r>
        <w:rPr/>
        <w:t>Que la entidad solicitante se compromete a mantener y conservar las actuaciones subvencionadas en adecuado estado de uso y funcionalidad durante el periodo establecido en las bases, salvo aquellas actuaciones que, por su propia naturaleza temporal o estacional, no puedan mantenerse durante dicho periodo.</w:t>
      </w:r>
    </w:p>
    <w:p>
      <w:pPr>
        <w:pStyle w:val="Normal"/>
        <w:spacing w:before="0" w:after="80"/>
        <w:rPr/>
      </w:pPr>
      <w:r>
        <w:rPr>
          <w:b/>
        </w:rPr>
        <w:t xml:space="preserve">Decimoctavo. </w:t>
      </w:r>
      <w:r>
        <w:rPr/>
        <w:t>Que la entidad solicitante se compromete a hacer constar la financiación de la Diputación Provincial de Cáceres en los términos establecidos en la convocatoria y en el Anexo VII.</w:t>
      </w:r>
    </w:p>
    <w:p>
      <w:pPr>
        <w:pStyle w:val="Normal"/>
        <w:spacing w:before="0" w:after="80"/>
        <w:rPr/>
      </w:pPr>
      <w:r>
        <w:rPr>
          <w:b/>
        </w:rPr>
        <w:t xml:space="preserve">Decimonoveno. </w:t>
      </w:r>
      <w:r>
        <w:rPr/>
        <w:t>Que todos los datos consignados en la presente solicitud y en la documentación que la acompaña son ciertos, completos y veraces, comprometiéndose la entidad solicitante a aportar la documentación acreditativa que le sea requerida.</w:t>
      </w:r>
    </w:p>
    <w:p>
      <w:pPr>
        <w:pStyle w:val="Normal"/>
        <w:rPr/>
      </w:pPr>
      <w:r>
        <w:rPr>
          <w:b/>
        </w:rPr>
        <w:t xml:space="preserve">Vigésimo. </w:t>
      </w:r>
      <w:r>
        <w:rPr/>
        <w:t>Que la entidad solicitante cumple el régimen de ayudas de minimis establecido en el Reglamento (UE) 2023/2831 de la Comisión, de 13 de diciembre de 2023, conforme a la declaración responsable que se acompaña como Anexo VIII.</w:t>
      </w:r>
    </w:p>
    <w:p>
      <w:pPr>
        <w:pStyle w:val="Ttulo1"/>
        <w:rPr/>
      </w:pPr>
      <w:r>
        <w:rPr>
          <w:b w:val="false"/>
        </w:rPr>
        <w:t>10. DECLARACIÓN SOBRE OTRAS SUBVENCIONES, AYUDAS, INGRESOS O RECURSOS</w:t>
      </w:r>
    </w:p>
    <w:p>
      <w:pPr>
        <w:pStyle w:val="Normal"/>
        <w:rPr/>
      </w:pPr>
      <w:r>
        <w:rPr/>
        <w:t>La entidad solicitante declara:</w:t>
      </w:r>
    </w:p>
    <w:p>
      <w:pPr>
        <w:pStyle w:val="Normal"/>
        <w:spacing w:before="0" w:after="40"/>
        <w:ind w:left="227" w:hanging="0"/>
        <w:rPr/>
      </w:pPr>
      <w:r>
        <w:rPr/>
        <w:t xml:space="preserve">☐ Que no ha solicitado ni obtenido otras subvenciones, ayudas, ingresos o recursos públicos o privados para financiar las actuaciones incluidas en la presente solicitud.</w:t>
      </w:r>
    </w:p>
    <w:p>
      <w:pPr>
        <w:pStyle w:val="Normal"/>
        <w:spacing w:before="0" w:after="40"/>
        <w:ind w:left="227" w:hanging="0"/>
        <w:rPr/>
      </w:pPr>
      <w:r>
        <w:rPr/>
        <w:t xml:space="preserve">☐ Que sí ha solicitado u obtenido otras subvenciones, ayudas, ingresos o recursos públicos o privados para financiar actuaciones relacionadas con el proyecto, conforme al siguiente detalle:</w:t>
      </w:r>
    </w:p>
    <w:tbl>
      <w:tblPr>
        <w:tblStyle w:val="Tablaconcuadrcula"/>
        <w:tblW w:w="9736"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872"/>
        <w:gridCol w:w="2091"/>
        <w:gridCol w:w="1813"/>
        <w:gridCol w:w="1280"/>
        <w:gridCol w:w="1285"/>
        <w:gridCol w:w="1394"/>
      </w:tblGrid>
      <w:tr>
        <w:trPr/>
        <w:tc>
          <w:tcPr>
            <w:tcW w:w="1872"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6"/>
                <w:szCs w:val="22"/>
                <w:lang w:val="en-US" w:eastAsia="en-US" w:bidi="ar-SA"/>
              </w:rPr>
              <w:t>Entidad concedente</w:t>
            </w:r>
          </w:p>
        </w:tc>
        <w:tc>
          <w:tcPr>
            <w:tcW w:w="2091"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6"/>
                <w:szCs w:val="22"/>
                <w:lang w:val="en-US" w:eastAsia="en-US" w:bidi="ar-SA"/>
              </w:rPr>
              <w:t>Convocatoria o línea de ayuda</w:t>
            </w:r>
          </w:p>
        </w:tc>
        <w:tc>
          <w:tcPr>
            <w:tcW w:w="1813"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6"/>
                <w:szCs w:val="22"/>
                <w:lang w:val="en-US" w:eastAsia="en-US" w:bidi="ar-SA"/>
              </w:rPr>
              <w:t>Actuación financiada</w:t>
            </w:r>
          </w:p>
        </w:tc>
        <w:tc>
          <w:tcPr>
            <w:tcW w:w="1280"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6"/>
                <w:szCs w:val="22"/>
                <w:lang w:val="en-US" w:eastAsia="en-US" w:bidi="ar-SA"/>
              </w:rPr>
              <w:t>Importe solicitado</w:t>
            </w:r>
          </w:p>
        </w:tc>
        <w:tc>
          <w:tcPr>
            <w:tcW w:w="1285"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6"/>
                <w:szCs w:val="22"/>
                <w:lang w:val="en-US" w:eastAsia="en-US" w:bidi="ar-SA"/>
              </w:rPr>
              <w:t>Importe concedido</w:t>
            </w:r>
          </w:p>
        </w:tc>
        <w:tc>
          <w:tcPr>
            <w:tcW w:w="1394" w:type="dxa"/>
            <w:tcBorders/>
            <w:shd w:color="auto" w:fill="D9EAF7" w:val="clear"/>
            <w:vAlign w:val="center"/>
          </w:tcPr>
          <w:p>
            <w:pPr>
              <w:pStyle w:val="Normal"/>
              <w:widowControl/>
              <w:spacing w:before="0" w:after="0"/>
              <w:jc w:val="left"/>
              <w:rPr>
                <w:rFonts w:cs=""/>
                <w:kern w:val="0"/>
                <w:szCs w:val="22"/>
                <w:lang w:val="en-US" w:eastAsia="en-US" w:bidi="ar-SA"/>
              </w:rPr>
            </w:pPr>
            <w:r>
              <w:rPr>
                <w:rFonts w:cs=""/>
                <w:b/>
                <w:kern w:val="0"/>
                <w:sz w:val="16"/>
                <w:szCs w:val="22"/>
                <w:lang w:val="en-US" w:eastAsia="en-US" w:bidi="ar-SA"/>
              </w:rPr>
              <w:t>Estado de tramitación</w:t>
            </w:r>
          </w:p>
        </w:tc>
      </w:tr>
      <w:tr>
        <w:trPr/>
        <w:tc>
          <w:tcPr>
            <w:tcW w:w="1872"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2091"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813"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280"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285"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394"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r>
      <w:tr>
        <w:trPr/>
        <w:tc>
          <w:tcPr>
            <w:tcW w:w="1872"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2091"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813"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280"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285"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c>
          <w:tcPr>
            <w:tcW w:w="1394" w:type="dxa"/>
            <w:tcBorders/>
            <w:vAlign w:val="center"/>
          </w:tcPr>
          <w:p>
            <w:pPr>
              <w:pStyle w:val="Normal"/>
              <w:widowControl/>
              <w:spacing w:before="0" w:after="0"/>
              <w:jc w:val="left"/>
              <w:rPr>
                <w:rFonts w:cs=""/>
                <w:kern w:val="0"/>
                <w:szCs w:val="22"/>
                <w:lang w:val="en-US" w:eastAsia="en-US" w:bidi="ar-SA"/>
              </w:rPr>
            </w:pPr>
            <w:r>
              <w:rPr>
                <w:rFonts w:cs=""/>
                <w:kern w:val="0"/>
                <w:sz w:val="16"/>
                <w:szCs w:val="22"/>
                <w:lang w:val="en-US" w:eastAsia="en-US" w:bidi="ar-SA"/>
              </w:rPr>
              <w:t xml:space="preserve"> </w:t>
            </w:r>
          </w:p>
        </w:tc>
      </w:tr>
    </w:tbl>
    <w:p>
      <w:pPr>
        <w:pStyle w:val="Normal"/>
        <w:rPr/>
      </w:pPr>
      <w:r>
        <w:rPr/>
        <w:t>La entidad solicitante se compromete a comunicar a la Diputación Provincial de Cáceres cualquier otra ayuda, ingreso o recurso que solicite u obtenga para la misma finalidad, tan pronto como tenga conocimiento de ello y, en todo caso, antes de la justificación de la subvención.</w:t>
      </w:r>
    </w:p>
    <w:p>
      <w:pPr>
        <w:pStyle w:val="Ttulo1"/>
        <w:rPr/>
      </w:pPr>
      <w:r>
        <w:rPr>
          <w:b w:val="false"/>
        </w:rPr>
        <w:t>11. CONSULTA DE DATOS Y CERTIFICADOS</w:t>
      </w:r>
    </w:p>
    <w:p>
      <w:pPr>
        <w:pStyle w:val="Normal"/>
        <w:rPr/>
      </w:pPr>
      <w:r>
        <w:rPr/>
        <w:t>A efectos de la tramitación de la presente convocatoria, la Diputación Provincial de Cáceres podrá comprobar o recabar los datos y documentos necesarios para verificar el cumplimiento de los requisitos exigidos, en los términos previstos en la normativa reguladora del procedimiento administrativo común y en la normativa general de subvenciones.</w:t>
      </w:r>
    </w:p>
    <w:p>
      <w:pPr>
        <w:pStyle w:val="Normal"/>
        <w:rPr/>
      </w:pPr>
      <w:r>
        <w:rPr>
          <w:b/>
        </w:rPr>
        <w:t>Consulta de obligaciones tributarias con la Agencia Estatal de Administración Tributaria:</w:t>
      </w:r>
    </w:p>
    <w:p>
      <w:pPr>
        <w:pStyle w:val="Normal"/>
        <w:spacing w:before="0" w:after="40"/>
        <w:ind w:left="227" w:hanging="0"/>
        <w:rPr/>
      </w:pPr>
      <w:r>
        <w:rPr/>
        <w:t xml:space="preserve">☐ No me opongo / autorizo, cuando proceda, a que el órgano gestor consulte o recabe directamente los certificados o datos necesarios.</w:t>
      </w:r>
    </w:p>
    <w:p>
      <w:pPr>
        <w:pStyle w:val="Normal"/>
        <w:spacing w:before="0" w:after="40"/>
        <w:ind w:left="227" w:hanging="0"/>
        <w:rPr/>
      </w:pPr>
      <w:r>
        <w:rPr/>
        <w:t xml:space="preserve">☐ Me opongo expresamente / no autorizo, cuando proceda, la consulta directa, por lo que aporto el certificado correspondiente.</w:t>
      </w:r>
    </w:p>
    <w:p>
      <w:pPr>
        <w:pStyle w:val="Normal"/>
        <w:rPr/>
      </w:pPr>
      <w:r>
        <w:rPr>
          <w:b/>
        </w:rPr>
        <w:t>Consulta de obligaciones frente a la Seguridad Social:</w:t>
      </w:r>
    </w:p>
    <w:p>
      <w:pPr>
        <w:pStyle w:val="Normal"/>
        <w:spacing w:before="0" w:after="40"/>
        <w:ind w:left="227" w:hanging="0"/>
        <w:rPr/>
      </w:pPr>
      <w:r>
        <w:rPr/>
        <w:t xml:space="preserve">☐ No me opongo / autorizo, cuando proceda, a que el órgano gestor consulte o recabe directamente los certificados o datos necesarios.</w:t>
      </w:r>
    </w:p>
    <w:p>
      <w:pPr>
        <w:pStyle w:val="Normal"/>
        <w:spacing w:before="0" w:after="40"/>
        <w:ind w:left="227" w:hanging="0"/>
        <w:rPr/>
      </w:pPr>
      <w:r>
        <w:rPr/>
        <w:t xml:space="preserve">☐ Me opongo expresamente / no autorizo, cuando proceda, la consulta directa, por lo que aporto el certificado correspondiente.</w:t>
      </w:r>
    </w:p>
    <w:p>
      <w:pPr>
        <w:pStyle w:val="Normal"/>
        <w:rPr/>
      </w:pPr>
      <w:r>
        <w:rPr>
          <w:b/>
        </w:rPr>
        <w:t>Consulta de obligaciones con la Diputación Provincial de Cáceres:</w:t>
      </w:r>
    </w:p>
    <w:p>
      <w:pPr>
        <w:pStyle w:val="Normal"/>
        <w:spacing w:before="0" w:after="40"/>
        <w:ind w:left="227" w:hanging="0"/>
        <w:rPr/>
      </w:pPr>
      <w:r>
        <w:rPr/>
        <w:t xml:space="preserve">☐ No me opongo a que el órgano gestor solicite informe a la Tesorería Provincial u órgano competente.</w:t>
      </w:r>
    </w:p>
    <w:p>
      <w:pPr>
        <w:pStyle w:val="Normal"/>
        <w:spacing w:before="0" w:after="40"/>
        <w:ind w:left="227" w:hanging="0"/>
        <w:rPr/>
      </w:pPr>
      <w:r>
        <w:rPr/>
        <w:t xml:space="preserve">☐ Me opongo expresamente, sin perjuicio de las comprobaciones que procedan conforme a la normativa aplicable.</w:t>
      </w:r>
    </w:p>
    <w:p>
      <w:pPr>
        <w:pStyle w:val="Ttulo1"/>
        <w:rPr/>
      </w:pPr>
      <w:r>
        <w:rPr>
          <w:b w:val="false"/>
        </w:rPr>
        <w:t>12. MEDIO DE NOTIFICACIÓN</w:t>
      </w:r>
    </w:p>
    <w:p>
      <w:pPr>
        <w:pStyle w:val="Normal"/>
        <w:rPr/>
      </w:pPr>
      <w:r>
        <w:rPr/>
        <w:t>Las notificaciones derivadas del presente procedimiento se practicarán por medios electrónicos, a través de la sede electrónica de la Diputación Provincial de Cáceres.</w:t>
      </w:r>
    </w:p>
    <w:p>
      <w:pPr>
        <w:pStyle w:val="Normal"/>
        <w:spacing w:before="0" w:after="60"/>
        <w:rPr/>
      </w:pPr>
      <w:r>
        <w:rPr>
          <w:b/>
        </w:rPr>
        <w:t>Correo electrónico a efectos de aviso de puesta a disposición de notificaciones electrónicas:</w:t>
      </w:r>
    </w:p>
    <w:p>
      <w:pPr>
        <w:pStyle w:val="Normal"/>
        <w:spacing w:before="0" w:after="20"/>
        <w:rPr/>
      </w:pPr>
      <w:r>
        <w:rPr/>
        <w:t>______________________________________________________________________________</w:t>
      </w:r>
    </w:p>
    <w:p>
      <w:pPr>
        <w:pStyle w:val="Normal"/>
        <w:rPr/>
      </w:pPr>
      <w:r>
        <w:rPr/>
        <w:t>La entidad solicitante queda informada de que el aviso por correo electrónico no sustituye a la notificación electrónica practicada a través de la sede electrónica.</w:t>
      </w:r>
    </w:p>
    <w:p>
      <w:pPr>
        <w:pStyle w:val="Normal"/>
        <w:rPr/>
      </w:pPr>
      <w:r>
        <w:rPr/>
        <w:t>Cuando conste acreditada la representación, las notificaciones podrán practicarse a la persona o entidad representante designada, en los términos previstos en la convocatoria.</w:t>
      </w:r>
    </w:p>
    <w:p>
      <w:pPr>
        <w:pStyle w:val="Ttulo1"/>
        <w:rPr/>
      </w:pPr>
      <w:r>
        <w:rPr>
          <w:b w:val="false"/>
        </w:rPr>
        <w:t>13. PROTECCIÓN DE DATOS</w:t>
      </w:r>
    </w:p>
    <w:p>
      <w:pPr>
        <w:pStyle w:val="Normal"/>
        <w:rPr/>
      </w:pPr>
      <w:r>
        <w:rPr/>
        <w:t>La entidad solicitante queda informada de que los datos personales facilitados serán tratados por la Diputación Provincial de Cáceres con la finalidad de gestionar la presente convocatoria de subvenciones, tramitar las solicitudes, verificar el cumplimiento de los requisitos exigidos, realizar las actuaciones de instrucción, concesión, pago, justificación, control y, en su caso, reintegro.</w:t>
      </w:r>
    </w:p>
    <w:p>
      <w:pPr>
        <w:pStyle w:val="Normal"/>
        <w:rPr/>
      </w:pPr>
      <w:r>
        <w:rPr/>
        <w:t>El tratamiento de los datos se realizará conforme a la normativa vigente en materia de protección de datos personales y garantía de los derechos digitales.</w:t>
      </w:r>
    </w:p>
    <w:p>
      <w:pPr>
        <w:pStyle w:val="Normal"/>
        <w:rPr/>
      </w:pPr>
      <w:r>
        <w:rPr/>
        <w:t>La presentación de la solicitud implica el conocimiento y aceptación del tratamiento de los datos en los términos establecidos en la información incorporada a la sede electrónica de la Diputación Provincial de Cáceres y en la presente convocatoria.</w:t>
      </w:r>
    </w:p>
    <w:p>
      <w:pPr>
        <w:pStyle w:val="Ttulo1"/>
        <w:rPr/>
      </w:pPr>
      <w:r>
        <w:rPr>
          <w:b w:val="false"/>
        </w:rPr>
        <w:t>14. SOLICITUD</w:t>
      </w:r>
    </w:p>
    <w:p>
      <w:pPr>
        <w:pStyle w:val="Normal"/>
        <w:rPr/>
      </w:pPr>
      <w:r>
        <w:rPr/>
        <w:t>Por todo lo anterior,</w:t>
      </w:r>
    </w:p>
    <w:p>
      <w:pPr>
        <w:pStyle w:val="Normal"/>
        <w:jc w:val="center"/>
        <w:rPr/>
      </w:pPr>
      <w:r>
        <w:rPr>
          <w:b/>
        </w:rPr>
        <w:t>SOLICITA</w:t>
      </w:r>
    </w:p>
    <w:p>
      <w:pPr>
        <w:pStyle w:val="Normal"/>
        <w:rPr/>
      </w:pPr>
      <w:r>
        <w:rPr/>
        <w:t>Que, teniendo por presentada esta solicitud, junto con la documentación que la acompaña, se admita la misma y, previos los trámites oportunos, se conceda a la entidad solicitante una subvención por importe de:</w:t>
      </w:r>
    </w:p>
    <w:p>
      <w:pPr>
        <w:pStyle w:val="Normal"/>
        <w:rPr/>
      </w:pPr>
      <w:r>
        <w:rPr>
          <w:b/>
        </w:rPr>
        <w:t>Importe solicitado: ___________________ €</w:t>
      </w:r>
    </w:p>
    <w:p>
      <w:pPr>
        <w:pStyle w:val="Normal"/>
        <w:spacing w:before="0" w:after="60"/>
        <w:rPr/>
      </w:pPr>
      <w:r>
        <w:rPr>
          <w:b/>
        </w:rPr>
        <w:t>para la ejecución del proyecto denominado:</w:t>
      </w:r>
    </w:p>
    <w:p>
      <w:pPr>
        <w:pStyle w:val="Normal"/>
        <w:spacing w:before="0" w:after="20"/>
        <w:rPr/>
      </w:pPr>
      <w:r>
        <w:rPr/>
        <w:t>______________________________________________________________________________</w:t>
      </w:r>
    </w:p>
    <w:p>
      <w:pPr>
        <w:pStyle w:val="Normal"/>
        <w:spacing w:before="0" w:after="60"/>
        <w:rPr/>
      </w:pPr>
      <w:r>
        <w:rPr>
          <w:b/>
        </w:rPr>
        <w:t>en el coto social:</w:t>
      </w:r>
    </w:p>
    <w:p>
      <w:pPr>
        <w:pStyle w:val="Normal"/>
        <w:spacing w:before="0" w:after="20"/>
        <w:rPr/>
      </w:pPr>
      <w:r>
        <w:rPr/>
        <w:t>______________________________________________________________________________</w:t>
      </w:r>
    </w:p>
    <w:p>
      <w:pPr>
        <w:pStyle w:val="Normal"/>
        <w:rPr/>
      </w:pPr>
      <w:r>
        <w:rPr/>
        <w:t>al amparo de la convocatoria de subvenciones para el fomento y recuperación de especies cinegéticas de caza menor en cotos sociales de la provincia de Cáceres.</w:t>
      </w:r>
    </w:p>
    <w:p>
      <w:pPr>
        <w:pStyle w:val="Ttulo1"/>
        <w:rPr/>
      </w:pPr>
      <w:r>
        <w:rPr>
          <w:b w:val="false"/>
        </w:rPr>
        <w:t>15. FIRMA</w:t>
      </w:r>
    </w:p>
    <w:p>
      <w:pPr>
        <w:pStyle w:val="Normal"/>
        <w:rPr/>
      </w:pPr>
      <w:r>
        <w:rPr/>
        <w:t>En ___________________________, a ____ de ___________________ de 2026.</w:t>
      </w:r>
    </w:p>
    <w:p>
      <w:pPr>
        <w:pStyle w:val="Normal"/>
        <w:jc w:val="center"/>
        <w:rPr/>
      </w:pPr>
      <w:r>
        <w:rPr>
          <w:b/>
        </w:rPr>
        <w:t>EL/LA REPRESENTANTE LEGAL DE LA ENTIDAD SOLICITANTE</w:t>
      </w:r>
    </w:p>
    <w:p>
      <w:pPr>
        <w:pStyle w:val="Normal"/>
        <w:jc w:val="center"/>
        <w:rPr/>
      </w:pPr>
      <w:r>
        <w:rPr/>
        <w:t>Fdo.: ______________________________________</w:t>
      </w:r>
    </w:p>
    <w:p>
      <w:pPr>
        <w:pStyle w:val="Normal"/>
        <w:jc w:val="center"/>
        <w:rPr/>
      </w:pPr>
      <w:r>
        <w:rPr/>
        <w:t>Cargo: ____________________________________</w:t>
      </w:r>
    </w:p>
    <w:p>
      <w:pPr>
        <w:pStyle w:val="Normal"/>
        <w:spacing w:before="0" w:after="120"/>
        <w:jc w:val="center"/>
        <w:rPr/>
      </w:pPr>
      <w:r>
        <w:rPr/>
        <w:t>Firma electrónica.</w:t>
      </w:r>
    </w:p>
    <w:sectPr>
      <w:headerReference w:type="default" r:id="rId2"/>
      <w:footerReference w:type="default" r:id="rId3"/>
      <w:type w:val="nextPage"/>
      <w:pgSz w:w="12240" w:h="15840"/>
      <w:pgMar w:left="1247" w:right="1247" w:gutter="0" w:header="720" w:top="1134" w:footer="72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Calibri">
    <w:charset w:val="00"/>
    <w:family w:val="roman"/>
    <w:pitch w:val="variable"/>
  </w:font>
  <w:font w:name="Courier">
    <w:altName w:val="Courier New"/>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jc w:val="center"/>
      <w:rPr/>
    </w:pPr>
    <w:r>
      <w:rPr>
        <w:sz w:val="16"/>
      </w:rPr>
      <w:t>Convocatoria de subvenciones para el fomento y recuperación de especies cinegéticas de caza menor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jc w:val="right"/>
      <w:rPr/>
    </w:pPr>
    <w:r>
      <w:rPr>
        <w:sz w:val="16"/>
      </w:rPr>
      <w:t>Anexo II - Solicitud y declaraciones responsables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360"/>
        </w:tabs>
        <w:ind w:left="36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1080"/>
        </w:tabs>
        <w:ind w:left="1080" w:hanging="360"/>
      </w:pP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3f"/>
    <w:pPr>
      <w:widowControl/>
      <w:bidi w:val="0"/>
      <w:spacing w:lineRule="auto" w:line="259" w:before="0" w:after="120"/>
      <w:jc w:val="left"/>
    </w:pPr>
    <w:rPr>
      <w:rFonts w:ascii="Arial" w:hAnsi="Arial" w:eastAsia="Arial" w:cs="" w:cstheme="minorBidi"/>
      <w:color w:val="auto"/>
      <w:kern w:val="0"/>
      <w:sz w:val="21"/>
      <w:szCs w:val="22"/>
      <w:lang w:val="en-US" w:eastAsia="en-US" w:bidi="ar-SA"/>
    </w:rPr>
  </w:style>
  <w:style w:type="paragraph" w:styleId="Ttulo1">
    <w:name w:val="Heading 1"/>
    <w:basedOn w:val="Normal"/>
    <w:next w:val="Normal"/>
    <w:link w:val="Ttulo1Car"/>
    <w:uiPriority w:val="9"/>
    <w:qFormat/>
    <w:rsid w:val="00fc693f"/>
    <w:pPr>
      <w:keepNext w:val="true"/>
      <w:keepLines/>
      <w:spacing w:before="120" w:after="120"/>
      <w:outlineLvl w:val="0"/>
    </w:pPr>
    <w:rPr>
      <w:rFonts w:ascii="Calibri" w:hAnsi="Calibri" w:eastAsia="ＭＳ ゴシック" w:cs="" w:asciiTheme="majorHAnsi" w:cstheme="majorBidi" w:eastAsiaTheme="majorEastAsia" w:hAnsiTheme="majorHAnsi"/>
      <w:b/>
      <w:bCs/>
      <w:color w:val="365F91" w:themeColor="accent1" w:themeShade="bf"/>
      <w:sz w:val="24"/>
      <w:szCs w:val="28"/>
    </w:rPr>
  </w:style>
  <w:style w:type="paragraph" w:styleId="Ttulo2">
    <w:name w:val="Heading 2"/>
    <w:basedOn w:val="Normal"/>
    <w:next w:val="Normal"/>
    <w:link w:val="Ttulo2Car"/>
    <w:uiPriority w:val="9"/>
    <w:unhideWhenUsed/>
    <w:qFormat/>
    <w:rsid w:val="00fc693f"/>
    <w:pPr>
      <w:keepNext w:val="true"/>
      <w:keepLines/>
      <w:spacing w:before="120" w:after="120"/>
      <w:outlineLvl w:val="1"/>
    </w:pPr>
    <w:rPr>
      <w:rFonts w:ascii="Calibri" w:hAnsi="Calibri" w:eastAsia="ＭＳ ゴシック" w:cs="" w:asciiTheme="majorHAnsi" w:cstheme="majorBidi" w:eastAsiaTheme="majorEastAsia" w:hAnsiTheme="majorHAnsi"/>
      <w:b/>
      <w:bCs/>
      <w:color w:val="4F81BD" w:themeColor="accent1"/>
      <w:sz w:val="22"/>
      <w:szCs w:val="26"/>
    </w:rPr>
  </w:style>
  <w:style w:type="paragraph" w:styleId="Ttulo3">
    <w:name w:val="Heading 3"/>
    <w:basedOn w:val="Normal"/>
    <w:next w:val="Normal"/>
    <w:link w:val="Ttulo3Car"/>
    <w:uiPriority w:val="9"/>
    <w:unhideWhenUsed/>
    <w:qFormat/>
    <w:rsid w:val="00fc693f"/>
    <w:pPr>
      <w:keepNext w:val="true"/>
      <w:keepLines/>
      <w:spacing w:before="120" w:after="120"/>
      <w:outlineLvl w:val="2"/>
    </w:pPr>
    <w:rPr>
      <w:rFonts w:ascii="Calibri" w:hAnsi="Calibri" w:eastAsia="ＭＳ ゴシック" w:cs="" w:asciiTheme="majorHAnsi" w:cstheme="majorBidi" w:eastAsiaTheme="majorEastAsia" w:hAnsiTheme="majorHAnsi"/>
      <w:b/>
      <w:bCs/>
      <w:color w:val="4F81BD" w:themeColor="accent1"/>
    </w:rPr>
  </w:style>
  <w:style w:type="paragraph" w:styleId="Ttulo4">
    <w:name w:val="Heading 4"/>
    <w:basedOn w:val="Normal"/>
    <w:next w:val="Normal"/>
    <w:link w:val="Ttulo4C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val="4F81BD" w:themeColor="accent1"/>
    </w:rPr>
  </w:style>
  <w:style w:type="paragraph" w:styleId="Ttulo5">
    <w:name w:val="Heading 5"/>
    <w:basedOn w:val="Normal"/>
    <w:next w:val="Normal"/>
    <w:link w:val="Ttulo5C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val="243F60" w:themeColor="accent1" w:themeShade="7f"/>
    </w:rPr>
  </w:style>
  <w:style w:type="paragraph" w:styleId="Ttulo6">
    <w:name w:val="Heading 6"/>
    <w:basedOn w:val="Normal"/>
    <w:next w:val="Normal"/>
    <w:link w:val="Ttulo6C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val="243F60" w:themeColor="accent1" w:themeShade="7f"/>
    </w:rPr>
  </w:style>
  <w:style w:type="paragraph" w:styleId="Ttulo7">
    <w:name w:val="Heading 7"/>
    <w:basedOn w:val="Normal"/>
    <w:next w:val="Normal"/>
    <w:link w:val="Ttulo7C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val="404040" w:themeColor="text1" w:themeTint="bf"/>
    </w:rPr>
  </w:style>
  <w:style w:type="paragraph" w:styleId="Ttulo8">
    <w:name w:val="Heading 8"/>
    <w:basedOn w:val="Normal"/>
    <w:next w:val="Normal"/>
    <w:link w:val="Ttulo8C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val="4F81BD" w:themeColor="accent1"/>
      <w:sz w:val="20"/>
      <w:szCs w:val="20"/>
    </w:rPr>
  </w:style>
  <w:style w:type="paragraph" w:styleId="Ttulo9">
    <w:name w:val="Heading 9"/>
    <w:basedOn w:val="Normal"/>
    <w:next w:val="Normal"/>
    <w:link w:val="Ttulo9C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uiPriority w:val="99"/>
    <w:qFormat/>
    <w:rsid w:val="00e618bf"/>
    <w:rPr/>
  </w:style>
  <w:style w:type="character" w:styleId="PiedepginaCar" w:customStyle="1">
    <w:name w:val="Pie de página Car"/>
    <w:basedOn w:val="DefaultParagraphFont"/>
    <w:uiPriority w:val="99"/>
    <w:qFormat/>
    <w:rsid w:val="00e618bf"/>
    <w:rPr/>
  </w:style>
  <w:style w:type="character" w:styleId="Ttulo1Car" w:customStyle="1">
    <w:name w:val="Título 1 Car"/>
    <w:basedOn w:val="DefaultParagraphFont"/>
    <w:uiPriority w:val="9"/>
    <w:qFormat/>
    <w:rsid w:val="00fc693f"/>
    <w:rPr>
      <w:rFonts w:ascii="Calibri" w:hAnsi="Calibri" w:eastAsia="ＭＳ ゴシック" w:cs="" w:asciiTheme="majorHAnsi" w:cstheme="majorBidi" w:eastAsiaTheme="majorEastAsia" w:hAnsiTheme="majorHAnsi"/>
      <w:b/>
      <w:bCs/>
      <w:color w:val="365F91" w:themeColor="accent1" w:themeShade="bf"/>
      <w:sz w:val="28"/>
      <w:szCs w:val="28"/>
    </w:rPr>
  </w:style>
  <w:style w:type="character" w:styleId="Ttulo2Car" w:customStyle="1">
    <w:name w:val="Título 2 Car"/>
    <w:basedOn w:val="DefaultParagraphFont"/>
    <w:uiPriority w:val="9"/>
    <w:qFormat/>
    <w:rsid w:val="00fc693f"/>
    <w:rPr>
      <w:rFonts w:ascii="Calibri" w:hAnsi="Calibri" w:eastAsia="ＭＳ ゴシック" w:cs="" w:asciiTheme="majorHAnsi" w:cstheme="majorBidi" w:eastAsiaTheme="majorEastAsia" w:hAnsiTheme="majorHAnsi"/>
      <w:b/>
      <w:bCs/>
      <w:color w:val="4F81BD" w:themeColor="accent1"/>
      <w:sz w:val="26"/>
      <w:szCs w:val="26"/>
    </w:rPr>
  </w:style>
  <w:style w:type="character" w:styleId="Ttulo3Car" w:customStyle="1">
    <w:name w:val="Título 3 Car"/>
    <w:basedOn w:val="DefaultParagraphFont"/>
    <w:uiPriority w:val="9"/>
    <w:qFormat/>
    <w:rsid w:val="00fc693f"/>
    <w:rPr>
      <w:rFonts w:ascii="Calibri" w:hAnsi="Calibri" w:eastAsia="ＭＳ ゴシック" w:cs="" w:asciiTheme="majorHAnsi" w:cstheme="majorBidi" w:eastAsiaTheme="majorEastAsia" w:hAnsiTheme="majorHAnsi"/>
      <w:b/>
      <w:bCs/>
      <w:color w:val="4F81BD" w:themeColor="accent1"/>
    </w:rPr>
  </w:style>
  <w:style w:type="character" w:styleId="TtuloCar" w:customStyle="1">
    <w:name w:val="Título Car"/>
    <w:basedOn w:val="DefaultParagraphFont"/>
    <w:uiPriority w:val="10"/>
    <w:qFormat/>
    <w:rsid w:val="00fc693f"/>
    <w:rPr>
      <w:rFonts w:ascii="Calibri" w:hAnsi="Calibri" w:eastAsia="ＭＳ ゴシック" w:cs="" w:asciiTheme="majorHAnsi" w:cstheme="majorBidi" w:eastAsiaTheme="majorEastAsia" w:hAnsiTheme="majorHAnsi"/>
      <w:color w:val="17365D" w:themeColor="text2" w:themeShade="bf"/>
      <w:spacing w:val="5"/>
      <w:kern w:val="2"/>
      <w:sz w:val="52"/>
      <w:szCs w:val="52"/>
    </w:rPr>
  </w:style>
  <w:style w:type="character" w:styleId="SubttuloCar" w:customStyle="1">
    <w:name w:val="Subtítulo Car"/>
    <w:basedOn w:val="DefaultParagraphFont"/>
    <w:uiPriority w:val="11"/>
    <w:qFormat/>
    <w:rsid w:val="00fc693f"/>
    <w:rPr>
      <w:rFonts w:ascii="Calibri" w:hAnsi="Calibri" w:eastAsia="ＭＳ ゴシック" w:cs="" w:asciiTheme="majorHAnsi" w:cstheme="majorBidi" w:eastAsiaTheme="majorEastAsia" w:hAnsiTheme="majorHAnsi"/>
      <w:i/>
      <w:iCs/>
      <w:color w:val="4F81BD" w:themeColor="accent1"/>
      <w:spacing w:val="15"/>
      <w:sz w:val="24"/>
      <w:szCs w:val="24"/>
    </w:rPr>
  </w:style>
  <w:style w:type="character" w:styleId="TextoindependienteCar" w:customStyle="1">
    <w:name w:val="Texto independiente Car"/>
    <w:basedOn w:val="DefaultParagraphFont"/>
    <w:uiPriority w:val="99"/>
    <w:qFormat/>
    <w:rsid w:val="00aa1d8d"/>
    <w:rPr/>
  </w:style>
  <w:style w:type="character" w:styleId="Textoindependiente2Car" w:customStyle="1">
    <w:name w:val="Texto independiente 2 Car"/>
    <w:basedOn w:val="DefaultParagraphFont"/>
    <w:link w:val="BodyText2"/>
    <w:uiPriority w:val="99"/>
    <w:qFormat/>
    <w:rsid w:val="00aa1d8d"/>
    <w:rPr/>
  </w:style>
  <w:style w:type="character" w:styleId="Textoindependiente3Car" w:customStyle="1">
    <w:name w:val="Texto independiente 3 Car"/>
    <w:basedOn w:val="DefaultParagraphFont"/>
    <w:link w:val="BodyText3"/>
    <w:uiPriority w:val="99"/>
    <w:qFormat/>
    <w:rsid w:val="00aa1d8d"/>
    <w:rPr>
      <w:sz w:val="16"/>
      <w:szCs w:val="16"/>
    </w:rPr>
  </w:style>
  <w:style w:type="character" w:styleId="TextomacroCar" w:customStyle="1">
    <w:name w:val="Texto macro Car"/>
    <w:basedOn w:val="DefaultParagraphFont"/>
    <w:link w:val="Macro"/>
    <w:uiPriority w:val="99"/>
    <w:qFormat/>
    <w:rsid w:val="0029639d"/>
    <w:rPr>
      <w:rFonts w:ascii="Courier" w:hAnsi="Courier"/>
      <w:sz w:val="20"/>
      <w:szCs w:val="20"/>
    </w:rPr>
  </w:style>
  <w:style w:type="character" w:styleId="CitaCar" w:customStyle="1">
    <w:name w:val="Cita Car"/>
    <w:basedOn w:val="DefaultParagraphFont"/>
    <w:link w:val="Quote"/>
    <w:uiPriority w:val="29"/>
    <w:qFormat/>
    <w:rsid w:val="00fc693f"/>
    <w:rPr>
      <w:i/>
      <w:iCs/>
      <w:color w:val="000000" w:themeColor="text1"/>
    </w:rPr>
  </w:style>
  <w:style w:type="character" w:styleId="Ttulo4Car" w:customStyle="1">
    <w:name w:val="Título 4 Car"/>
    <w:basedOn w:val="DefaultParagraphFont"/>
    <w:uiPriority w:val="9"/>
    <w:semiHidden/>
    <w:qFormat/>
    <w:rsid w:val="00fc693f"/>
    <w:rPr>
      <w:rFonts w:ascii="Calibri" w:hAnsi="Calibri" w:eastAsia="ＭＳ ゴシック" w:cs="" w:asciiTheme="majorHAnsi" w:cstheme="majorBidi" w:eastAsiaTheme="majorEastAsia" w:hAnsiTheme="majorHAnsi"/>
      <w:b/>
      <w:bCs/>
      <w:i/>
      <w:iCs/>
      <w:color w:val="4F81BD" w:themeColor="accent1"/>
    </w:rPr>
  </w:style>
  <w:style w:type="character" w:styleId="Ttulo5Car" w:customStyle="1">
    <w:name w:val="Título 5 Car"/>
    <w:basedOn w:val="DefaultParagraphFont"/>
    <w:uiPriority w:val="9"/>
    <w:semiHidden/>
    <w:qFormat/>
    <w:rsid w:val="00fc693f"/>
    <w:rPr>
      <w:rFonts w:ascii="Calibri" w:hAnsi="Calibri" w:eastAsia="ＭＳ ゴシック" w:cs="" w:asciiTheme="majorHAnsi" w:cstheme="majorBidi" w:eastAsiaTheme="majorEastAsia" w:hAnsiTheme="majorHAnsi"/>
      <w:color w:val="243F60" w:themeColor="accent1" w:themeShade="7f"/>
    </w:rPr>
  </w:style>
  <w:style w:type="character" w:styleId="Ttulo6Car" w:customStyle="1">
    <w:name w:val="Título 6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243F60" w:themeColor="accent1" w:themeShade="7f"/>
    </w:rPr>
  </w:style>
  <w:style w:type="character" w:styleId="Ttulo7Car" w:customStyle="1">
    <w:name w:val="Título 7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rPr>
  </w:style>
  <w:style w:type="character" w:styleId="Ttulo8Car" w:customStyle="1">
    <w:name w:val="Título 8 Car"/>
    <w:basedOn w:val="DefaultParagraphFont"/>
    <w:uiPriority w:val="9"/>
    <w:semiHidden/>
    <w:qFormat/>
    <w:rsid w:val="00fc693f"/>
    <w:rPr>
      <w:rFonts w:ascii="Calibri" w:hAnsi="Calibri" w:eastAsia="ＭＳ ゴシック" w:cs="" w:asciiTheme="majorHAnsi" w:cstheme="majorBidi" w:eastAsiaTheme="majorEastAsia" w:hAnsiTheme="majorHAnsi"/>
      <w:color w:val="4F81BD" w:themeColor="accent1"/>
      <w:sz w:val="20"/>
      <w:szCs w:val="20"/>
    </w:rPr>
  </w:style>
  <w:style w:type="character" w:styleId="Ttulo9Car" w:customStyle="1">
    <w:name w:val="Título 9 Car"/>
    <w:basedOn w:val="DefaultParagraphFont"/>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Destacado">
    <w:name w:val="Emphasis"/>
    <w:basedOn w:val="DefaultParagraphFont"/>
    <w:uiPriority w:val="20"/>
    <w:qFormat/>
    <w:rsid w:val="00fc693f"/>
    <w:rPr>
      <w:i/>
      <w:iCs/>
    </w:rPr>
  </w:style>
  <w:style w:type="character" w:styleId="CitadestacadaCar" w:customStyle="1">
    <w:name w:val="Cita destacada C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link w:val="TextoindependienteCar"/>
    <w:uiPriority w:val="99"/>
    <w:unhideWhenUsed/>
    <w:rsid w:val="00aa1d8d"/>
    <w:pPr/>
    <w:rPr/>
  </w:style>
  <w:style w:type="paragraph" w:styleId="Lista">
    <w:name w:val="List"/>
    <w:basedOn w:val="Normal"/>
    <w:uiPriority w:val="99"/>
    <w:unhideWhenUsed/>
    <w:rsid w:val="00aa1d8d"/>
    <w:pPr>
      <w:spacing w:before="0" w:after="120"/>
      <w:ind w:left="360" w:hanging="360"/>
      <w:contextualSpacing/>
    </w:pPr>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rPr/>
  </w:style>
  <w:style w:type="paragraph" w:styleId="Cabecera">
    <w:name w:val="Header"/>
    <w:basedOn w:val="Normal"/>
    <w:link w:val="EncabezadoCar"/>
    <w:uiPriority w:val="99"/>
    <w:unhideWhenUsed/>
    <w:rsid w:val="00e618bf"/>
    <w:pPr>
      <w:tabs>
        <w:tab w:val="clear" w:pos="720"/>
        <w:tab w:val="center" w:pos="4680" w:leader="none"/>
        <w:tab w:val="right" w:pos="9360" w:leader="none"/>
      </w:tabs>
      <w:spacing w:lineRule="auto" w:line="240" w:before="0" w:after="0"/>
    </w:pPr>
    <w:rPr/>
  </w:style>
  <w:style w:type="paragraph" w:styleId="Piedepgina">
    <w:name w:val="Footer"/>
    <w:basedOn w:val="Normal"/>
    <w:link w:val="PiedepginaC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bidi w:val="0"/>
      <w:spacing w:lineRule="auto" w:line="240" w:before="0" w:after="0"/>
      <w:jc w:val="lef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Ttulogeneral">
    <w:name w:val="Title"/>
    <w:basedOn w:val="Normal"/>
    <w:next w:val="Normal"/>
    <w:link w:val="TtuloCar"/>
    <w:uiPriority w:val="10"/>
    <w:qFormat/>
    <w:rsid w:val="00fc693f"/>
    <w:pPr>
      <w:pBdr>
        <w:bottom w:val="single" w:sz="8" w:space="4" w:color="4F81BD"/>
      </w:pBdr>
      <w:spacing w:lineRule="auto" w:line="240" w:before="120" w:after="120"/>
      <w:contextualSpacing/>
    </w:pPr>
    <w:rPr>
      <w:rFonts w:ascii="Calibri" w:hAnsi="Calibri" w:eastAsia="ＭＳ ゴシック" w:cs="" w:asciiTheme="majorHAnsi" w:cstheme="majorBidi" w:eastAsiaTheme="majorEastAsia" w:hAnsiTheme="majorHAnsi"/>
      <w:b/>
      <w:color w:val="17365D" w:themeColor="text2" w:themeShade="bf"/>
      <w:spacing w:val="5"/>
      <w:kern w:val="2"/>
      <w:sz w:val="28"/>
      <w:szCs w:val="52"/>
    </w:rPr>
  </w:style>
  <w:style w:type="paragraph" w:styleId="Subttulo">
    <w:name w:val="Subtitle"/>
    <w:basedOn w:val="Normal"/>
    <w:next w:val="Normal"/>
    <w:link w:val="SubttuloCar"/>
    <w:uiPriority w:val="11"/>
    <w:qFormat/>
    <w:rsid w:val="00fc693f"/>
    <w:pPr/>
    <w:rPr>
      <w:rFonts w:ascii="Calibri" w:hAnsi="Calibri" w:eastAsia="ＭＳ ゴシック" w:cs="" w:asciiTheme="majorHAnsi" w:cstheme="majorBidi" w:eastAsiaTheme="majorEastAsia" w:hAnsiTheme="majorHAnsi"/>
      <w:i/>
      <w:iCs/>
      <w:color w:val="4F81BD" w:themeColor="accent1"/>
      <w:spacing w:val="15"/>
      <w:sz w:val="24"/>
      <w:szCs w:val="24"/>
    </w:rPr>
  </w:style>
  <w:style w:type="paragraph" w:styleId="ListParagraph">
    <w:name w:val="List Paragraph"/>
    <w:basedOn w:val="Normal"/>
    <w:uiPriority w:val="34"/>
    <w:qFormat/>
    <w:rsid w:val="00fc693f"/>
    <w:pPr>
      <w:spacing w:before="0" w:after="120"/>
      <w:ind w:left="720" w:hanging="0"/>
      <w:contextualSpacing/>
    </w:pPr>
    <w:rPr/>
  </w:style>
  <w:style w:type="paragraph" w:styleId="BodyText2">
    <w:name w:val="Body Text 2"/>
    <w:basedOn w:val="Normal"/>
    <w:link w:val="Textoindependiente2Car"/>
    <w:uiPriority w:val="99"/>
    <w:unhideWhenUsed/>
    <w:qFormat/>
    <w:rsid w:val="00aa1d8d"/>
    <w:pPr>
      <w:spacing w:lineRule="auto" w:line="480"/>
    </w:pPr>
    <w:rPr/>
  </w:style>
  <w:style w:type="paragraph" w:styleId="BodyText3">
    <w:name w:val="Body Text 3"/>
    <w:basedOn w:val="Normal"/>
    <w:link w:val="Textoindependiente3Car"/>
    <w:uiPriority w:val="99"/>
    <w:unhideWhenUsed/>
    <w:qFormat/>
    <w:rsid w:val="00aa1d8d"/>
    <w:pPr/>
    <w:rPr>
      <w:sz w:val="16"/>
      <w:szCs w:val="16"/>
    </w:rPr>
  </w:style>
  <w:style w:type="paragraph" w:styleId="Lista2">
    <w:name w:val="List Bullet 3"/>
    <w:basedOn w:val="Normal"/>
    <w:uiPriority w:val="99"/>
    <w:unhideWhenUsed/>
    <w:rsid w:val="00326f90"/>
    <w:pPr>
      <w:spacing w:before="0" w:after="120"/>
      <w:ind w:left="720" w:hanging="360"/>
      <w:contextualSpacing/>
    </w:pPr>
    <w:rPr/>
  </w:style>
  <w:style w:type="paragraph" w:styleId="Lista3">
    <w:name w:val="List Bullet 4"/>
    <w:basedOn w:val="Normal"/>
    <w:uiPriority w:val="99"/>
    <w:unhideWhenUsed/>
    <w:rsid w:val="00326f90"/>
    <w:pPr>
      <w:spacing w:before="0" w:after="120"/>
      <w:ind w:left="1080" w:hanging="360"/>
      <w:contextualSpacing/>
    </w:pPr>
    <w:rPr/>
  </w:style>
  <w:style w:type="paragraph" w:styleId="ListBullet">
    <w:name w:val="List Bullet"/>
    <w:basedOn w:val="Normal"/>
    <w:uiPriority w:val="99"/>
    <w:unhideWhenUsed/>
    <w:qFormat/>
    <w:rsid w:val="00326f90"/>
    <w:pPr>
      <w:numPr>
        <w:ilvl w:val="0"/>
        <w:numId w:val="1"/>
      </w:numPr>
      <w:spacing w:before="0" w:after="120"/>
      <w:contextualSpacing/>
    </w:pPr>
    <w:rPr/>
  </w:style>
  <w:style w:type="paragraph" w:styleId="ListBullet2">
    <w:name w:val="List Bullet 2"/>
    <w:basedOn w:val="Normal"/>
    <w:uiPriority w:val="99"/>
    <w:unhideWhenUsed/>
    <w:qFormat/>
    <w:rsid w:val="00326f90"/>
    <w:pPr>
      <w:numPr>
        <w:ilvl w:val="0"/>
        <w:numId w:val="2"/>
      </w:numPr>
      <w:spacing w:before="0" w:after="120"/>
      <w:contextualSpacing/>
    </w:pPr>
    <w:rPr/>
  </w:style>
  <w:style w:type="paragraph" w:styleId="ListBullet3">
    <w:name w:val="List Bullet 3"/>
    <w:basedOn w:val="Normal"/>
    <w:uiPriority w:val="99"/>
    <w:unhideWhenUsed/>
    <w:qFormat/>
    <w:rsid w:val="00326f90"/>
    <w:pPr>
      <w:numPr>
        <w:ilvl w:val="0"/>
        <w:numId w:val="3"/>
      </w:numPr>
      <w:spacing w:before="0" w:after="120"/>
      <w:contextualSpacing/>
    </w:pPr>
    <w:rPr/>
  </w:style>
  <w:style w:type="paragraph" w:styleId="ListNumber">
    <w:name w:val="List Number"/>
    <w:basedOn w:val="Normal"/>
    <w:uiPriority w:val="99"/>
    <w:unhideWhenUsed/>
    <w:qFormat/>
    <w:rsid w:val="00326f90"/>
    <w:pPr>
      <w:numPr>
        <w:ilvl w:val="0"/>
        <w:numId w:val="4"/>
      </w:numPr>
      <w:spacing w:before="0" w:after="120"/>
      <w:contextualSpacing/>
    </w:pPr>
    <w:rPr/>
  </w:style>
  <w:style w:type="paragraph" w:styleId="ListNumber2">
    <w:name w:val="List Number 2"/>
    <w:basedOn w:val="Normal"/>
    <w:uiPriority w:val="99"/>
    <w:unhideWhenUsed/>
    <w:qFormat/>
    <w:rsid w:val="0029639d"/>
    <w:pPr>
      <w:numPr>
        <w:ilvl w:val="0"/>
        <w:numId w:val="5"/>
      </w:numPr>
      <w:spacing w:before="0" w:after="120"/>
      <w:contextualSpacing/>
    </w:pPr>
    <w:rPr/>
  </w:style>
  <w:style w:type="paragraph" w:styleId="ListNumber3">
    <w:name w:val="List Number 3"/>
    <w:basedOn w:val="Normal"/>
    <w:uiPriority w:val="99"/>
    <w:unhideWhenUsed/>
    <w:qFormat/>
    <w:rsid w:val="0029639d"/>
    <w:pPr>
      <w:numPr>
        <w:ilvl w:val="0"/>
        <w:numId w:val="6"/>
      </w:numPr>
      <w:spacing w:before="0" w:after="120"/>
      <w:contextualSpacing/>
    </w:pPr>
    <w:rPr/>
  </w:style>
  <w:style w:type="paragraph" w:styleId="ListContinue">
    <w:name w:val="List Continue"/>
    <w:basedOn w:val="Normal"/>
    <w:uiPriority w:val="99"/>
    <w:unhideWhenUsed/>
    <w:qFormat/>
    <w:rsid w:val="0029639d"/>
    <w:pPr>
      <w:spacing w:before="0" w:after="120"/>
      <w:ind w:left="360" w:hanging="0"/>
      <w:contextualSpacing/>
    </w:pPr>
    <w:rPr/>
  </w:style>
  <w:style w:type="paragraph" w:styleId="ListContinue2">
    <w:name w:val="List Continue 2"/>
    <w:basedOn w:val="Normal"/>
    <w:uiPriority w:val="99"/>
    <w:unhideWhenUsed/>
    <w:qFormat/>
    <w:rsid w:val="0029639d"/>
    <w:pPr>
      <w:spacing w:before="0" w:after="120"/>
      <w:ind w:left="720" w:hanging="0"/>
      <w:contextualSpacing/>
    </w:pPr>
    <w:rPr/>
  </w:style>
  <w:style w:type="paragraph" w:styleId="ListContinue3">
    <w:name w:val="List Continue 3"/>
    <w:basedOn w:val="Normal"/>
    <w:uiPriority w:val="99"/>
    <w:unhideWhenUsed/>
    <w:qFormat/>
    <w:rsid w:val="0029639d"/>
    <w:pPr>
      <w:spacing w:before="0" w:after="120"/>
      <w:ind w:left="1080" w:hanging="0"/>
      <w:contextualSpacing/>
    </w:pPr>
    <w:rPr/>
  </w:style>
  <w:style w:type="paragraph" w:styleId="Macro">
    <w:name w:val="macro"/>
    <w:link w:val="TextomacroC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bidi w:val="0"/>
      <w:spacing w:lineRule="auto" w:line="276" w:before="0" w:after="200"/>
      <w:jc w:val="lef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CitaCar"/>
    <w:uiPriority w:val="29"/>
    <w:qFormat/>
    <w:rsid w:val="00fc693f"/>
    <w:pPr/>
    <w:rPr>
      <w:i/>
      <w:iCs/>
      <w:color w:val="000000" w:themeColor="text1"/>
    </w:rPr>
  </w:style>
  <w:style w:type="paragraph" w:styleId="Caption">
    <w:name w:val="caption"/>
    <w:basedOn w:val="Normal"/>
    <w:next w:val="Normal"/>
    <w:uiPriority w:val="35"/>
    <w:semiHidden/>
    <w:unhideWhenUsed/>
    <w:qFormat/>
    <w:rsid w:val="00fc693f"/>
    <w:pPr>
      <w:spacing w:lineRule="auto" w:line="240"/>
    </w:pPr>
    <w:rPr>
      <w:b/>
      <w:bCs/>
      <w:color w:val="4F81BD" w:themeColor="accent1"/>
      <w:sz w:val="18"/>
      <w:szCs w:val="18"/>
    </w:rPr>
  </w:style>
  <w:style w:type="paragraph" w:styleId="IntenseQuote">
    <w:name w:val="Intense Quote"/>
    <w:basedOn w:val="Normal"/>
    <w:next w:val="Normal"/>
    <w:link w:val="CitadestacadaCar"/>
    <w:uiPriority w:val="30"/>
    <w:qFormat/>
    <w:rsid w:val="00fc693f"/>
    <w:pPr>
      <w:pBdr>
        <w:bottom w:val="single" w:sz="4" w:space="4" w:color="4F81BD"/>
      </w:pBdr>
      <w:spacing w:before="200" w:after="280"/>
      <w:ind w:left="936" w:right="936" w:hanging="0"/>
    </w:pPr>
    <w:rPr>
      <w:b/>
      <w:bCs/>
      <w:i/>
      <w:iCs/>
      <w:color w:val="4F81BD" w:themeColor="accent1"/>
    </w:rPr>
  </w:style>
  <w:style w:type="paragraph" w:styleId="Ttulodelndice">
    <w:name w:val="Index Heading"/>
    <w:basedOn w:val="Ttulo"/>
    <w:pPr/>
    <w:rPr/>
  </w:style>
  <w:style w:type="paragraph" w:styleId="Ttulodelsumario">
    <w:name w:val="TOC Heading"/>
    <w:basedOn w:val="Ttulo1"/>
    <w:next w:val="Normal"/>
    <w:uiPriority w:val="39"/>
    <w:semiHidden/>
    <w:unhideWhenUsed/>
    <w:qFormat/>
    <w:rsid w:val="00fc693f"/>
    <w:pPr>
      <w:outlineLvl w:val="9"/>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A4F60-9FF1-4DAD-AC57-1E7B6820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LibreOffice/7.5.8.2$Windows_X86_64 LibreOffice_project/f718d63693263970429a68f568db6046aaa9df01</Application>
  <AppVersion>15.0000</AppVersion>
  <Pages>11</Pages>
  <Words>2361</Words>
  <Characters>16445</Characters>
  <CharactersWithSpaces>18619</CharactersWithSpaces>
  <Paragraphs>277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2026-06-16T17:52:00Z</dcterms:created>
  <dc:creator>Diputación Provincial de Cáceres</dc:creator>
  <dc:description>generated by python-docx</dc:description>
  <dc:language>es-ES</dc:language>
  <cp:lastModifiedBy>OLGA ARJONA GARCIA</cp:lastModifiedBy>
  <dcterms:modified xsi:type="dcterms:W3CDTF">2026-06-16T17:52:00Z</dcterms:modified>
  <cp:revision>2</cp:revision>
  <dc:subject/>
  <dc:title>Anexo II - Solicitud de subvención y declaraciones responsables</dc:title>
</cp:coreProperties>
</file>

<file path=docProps/custom.xml><?xml version="1.0" encoding="utf-8"?>
<Properties xmlns="http://schemas.openxmlformats.org/officeDocument/2006/custom-properties" xmlns:vt="http://schemas.openxmlformats.org/officeDocument/2006/docPropsVTypes"/>
</file>