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73F08" w14:textId="06002899" w:rsidR="008A7E8B" w:rsidRPr="00361318" w:rsidRDefault="009857FB" w:rsidP="009857FB">
      <w:pPr>
        <w:pStyle w:val="Ttulo1"/>
        <w:spacing w:before="0" w:line="240" w:lineRule="auto"/>
        <w:jc w:val="both"/>
        <w:rPr>
          <w:rFonts w:ascii="Arial" w:hAnsi="Arial" w:cs="Arial"/>
          <w:sz w:val="22"/>
          <w:szCs w:val="22"/>
          <w:lang w:val="ca-ES"/>
        </w:rPr>
      </w:pPr>
      <w:bookmarkStart w:id="0" w:name="_GoBack"/>
      <w:bookmarkEnd w:id="0"/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A</w:t>
      </w:r>
      <w:r w:rsidR="008D2D80"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cord de col·laboració entre l’</w:t>
      </w:r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A</w:t>
      </w:r>
      <w:r w:rsidR="008D2D80"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ssociació de botiguers i comerciants de</w:t>
      </w:r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</w:t>
      </w:r>
      <w:r w:rsidR="008D2D80"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Campdevànol i l’</w:t>
      </w:r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A</w:t>
      </w:r>
      <w:r w:rsidR="008D2D80"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juntament de</w:t>
      </w:r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</w:t>
      </w:r>
      <w:r w:rsidR="008D2D80"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Campdevànol</w:t>
      </w:r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. </w:t>
      </w:r>
      <w:r w:rsidRPr="00361318">
        <w:rPr>
          <w:rFonts w:ascii="Arial" w:hAnsi="Arial" w:cs="Arial"/>
          <w:sz w:val="22"/>
          <w:szCs w:val="22"/>
          <w:lang w:val="ca-ES"/>
        </w:rPr>
        <w:br/>
      </w:r>
      <w:r w:rsidR="00FC763F" w:rsidRPr="00361318">
        <w:rPr>
          <w:rFonts w:ascii="Arial" w:hAnsi="Arial" w:cs="Arial"/>
          <w:sz w:val="22"/>
          <w:szCs w:val="22"/>
          <w:lang w:val="ca-ES"/>
        </w:rPr>
        <w:br/>
      </w:r>
    </w:p>
    <w:p w14:paraId="18E9E9AE" w14:textId="1F403FC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A Campdevànol, a </w:t>
      </w:r>
      <w:r w:rsidR="00F914B6" w:rsidRPr="00361318">
        <w:rPr>
          <w:rFonts w:ascii="Arial" w:hAnsi="Arial" w:cs="Arial"/>
          <w:lang w:val="ca-ES"/>
        </w:rPr>
        <w:t>01 de juliol de 2025</w:t>
      </w:r>
      <w:r w:rsidR="008C6EE5" w:rsidRPr="00361318">
        <w:rPr>
          <w:rFonts w:ascii="Arial" w:hAnsi="Arial" w:cs="Arial"/>
          <w:lang w:val="ca-ES"/>
        </w:rPr>
        <w:t xml:space="preserve">. </w:t>
      </w:r>
    </w:p>
    <w:p w14:paraId="7E4AF8B9" w14:textId="77777777" w:rsidR="00FC763F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51BB4BB2" w14:textId="33D7F125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REUNITS</w:t>
      </w:r>
    </w:p>
    <w:p w14:paraId="3D42BDBE" w14:textId="3ECAAC8C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D’una banda, l’Ajuntament de Campdevànol, amb NIF P1704000G i domicili a la Plaça Anselm Clavé, 1, 17530 Campdevànol, representat pel seu alcalde, Sr. Oriol Lázaro Llovera, </w:t>
      </w:r>
      <w:r w:rsidR="004A39CF" w:rsidRPr="00361318">
        <w:rPr>
          <w:rFonts w:ascii="Arial" w:hAnsi="Arial" w:cs="Arial"/>
          <w:lang w:val="ca-ES"/>
        </w:rPr>
        <w:t xml:space="preserve">amb DNI número 46740720M, </w:t>
      </w:r>
      <w:r w:rsidRPr="00361318">
        <w:rPr>
          <w:rFonts w:ascii="Arial" w:hAnsi="Arial" w:cs="Arial"/>
          <w:lang w:val="ca-ES"/>
        </w:rPr>
        <w:t>en exercici de les seves funcions.</w:t>
      </w:r>
    </w:p>
    <w:p w14:paraId="44760168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E20D562" w14:textId="7AB3C5D4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I de l’altra, l’Associació de Botiguers i Comerciants de Campdevànol, amb CIF G55023436 i domicili social a la Plaça Sant Anselm Clavé, 1, 17530 Campdevànol, representada per la seva presidència, Sr.</w:t>
      </w:r>
      <w:r w:rsidR="008C6EE5" w:rsidRPr="00361318">
        <w:rPr>
          <w:rFonts w:ascii="Arial" w:hAnsi="Arial" w:cs="Arial"/>
          <w:lang w:val="ca-ES"/>
        </w:rPr>
        <w:t xml:space="preserve"> </w:t>
      </w:r>
      <w:r w:rsidR="009857FB" w:rsidRPr="00361318">
        <w:rPr>
          <w:rFonts w:ascii="Arial" w:hAnsi="Arial" w:cs="Arial"/>
          <w:lang w:val="ca-ES"/>
        </w:rPr>
        <w:t xml:space="preserve">Gerard </w:t>
      </w:r>
      <w:proofErr w:type="spellStart"/>
      <w:r w:rsidR="009857FB" w:rsidRPr="00361318">
        <w:rPr>
          <w:rFonts w:ascii="Arial" w:hAnsi="Arial" w:cs="Arial"/>
          <w:lang w:val="ca-ES"/>
        </w:rPr>
        <w:t>Ahayk</w:t>
      </w:r>
      <w:proofErr w:type="spellEnd"/>
      <w:r w:rsidR="004A39CF" w:rsidRPr="00361318">
        <w:rPr>
          <w:rFonts w:ascii="Arial" w:hAnsi="Arial" w:cs="Arial"/>
          <w:lang w:val="ca-ES"/>
        </w:rPr>
        <w:t>, amb DNI número 07263363D</w:t>
      </w:r>
      <w:r w:rsidRPr="00361318">
        <w:rPr>
          <w:rFonts w:ascii="Arial" w:hAnsi="Arial" w:cs="Arial"/>
          <w:lang w:val="ca-ES"/>
        </w:rPr>
        <w:t>, degudament facultat per aquest acord.</w:t>
      </w:r>
    </w:p>
    <w:p w14:paraId="4CA7124D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075FDFF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MANIFESTEN</w:t>
      </w:r>
    </w:p>
    <w:p w14:paraId="0C982D93" w14:textId="4942C05D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Que ambdues parts tenen interès comú en la promoció i dinamització del comerç local del municipi de Campdevànol.</w:t>
      </w:r>
    </w:p>
    <w:p w14:paraId="20DA93D1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CFFDD36" w14:textId="7C657F35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Que existeix una col·laboració activa i constant entre l’Ajuntament i l’Associació de Botiguers i Comerciants de Campdevànol per organitzar activitats comercials, accions de promoció i iniciatives que reforcin el comerç de proximitat.</w:t>
      </w:r>
    </w:p>
    <w:p w14:paraId="5CCDFCA1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612A284" w14:textId="65618760" w:rsidR="00311A50" w:rsidRPr="00361318" w:rsidRDefault="00311A50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Que l'Ajuntament de Campdevànol té la voluntat de col·laborar amb l'Associació de Botiguers i Comerciants de Campdevànol per a dur a terme accions de dinamització del centre comercial urbà del municipi.</w:t>
      </w:r>
    </w:p>
    <w:p w14:paraId="69935460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720890F" w14:textId="5418D34C" w:rsidR="00F85022" w:rsidRPr="00361318" w:rsidRDefault="00311A50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Que l’Ajuntament </w:t>
      </w:r>
      <w:r w:rsidR="006B7C2A" w:rsidRPr="00361318">
        <w:rPr>
          <w:rFonts w:ascii="Arial" w:hAnsi="Arial" w:cs="Arial"/>
          <w:lang w:val="ca-ES"/>
        </w:rPr>
        <w:t xml:space="preserve">de Campdevànol </w:t>
      </w:r>
      <w:r w:rsidR="00F85022" w:rsidRPr="00361318">
        <w:rPr>
          <w:rFonts w:ascii="Arial" w:hAnsi="Arial" w:cs="Arial"/>
          <w:lang w:val="ca-ES"/>
        </w:rPr>
        <w:t xml:space="preserve">fent ús de les competències atribuïdes en matèria de comerç local per la Llei 8/2017 de l’1 d’agost, de comerç, serveis i fires i els articles 9 i 66 del Decret Legislatiu 2/2003, de 28 d’abril, pel qual s’aprova el Text refós de la Llei municipal i de règim local de Catalunya, ha de promoure tota mena d’activitats i prestar tots els serveis públics que contribueixin a satisfer les necessitats i les aspiracions de la comunitat de veïns. </w:t>
      </w:r>
    </w:p>
    <w:p w14:paraId="576EDE14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9951FBB" w14:textId="4636DAFE" w:rsidR="00311A50" w:rsidRPr="00361318" w:rsidRDefault="00F85022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Igualment cal significar que l’article 52 de la Llei 8/2017 de l’1 d’agost, de comerç, serveis i fires, reconeix l’obligació a l’Administració local de col·laborar dins les seves competències a garantir l’aplicació de la llei, podent formalitzar, si s'escau, convenis de col·laboració amb les entitats que representen sectors professionals i les que representen àmbits territorials de la distribució comercial i la prestació de serveis, per raons d’agilitat i eficiència.</w:t>
      </w:r>
    </w:p>
    <w:p w14:paraId="2ED6525C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F226311" w14:textId="4A957403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ACORD</w:t>
      </w:r>
      <w:r w:rsidR="00F85022" w:rsidRPr="00361318">
        <w:rPr>
          <w:rFonts w:ascii="Arial" w:hAnsi="Arial" w:cs="Arial"/>
          <w:b/>
          <w:bCs/>
          <w:lang w:val="ca-ES"/>
        </w:rPr>
        <w:t>S</w:t>
      </w:r>
    </w:p>
    <w:p w14:paraId="24FB5986" w14:textId="77777777" w:rsidR="00F85022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Primer.</w:t>
      </w:r>
      <w:r w:rsidRPr="00361318">
        <w:rPr>
          <w:rFonts w:ascii="Arial" w:hAnsi="Arial" w:cs="Arial"/>
          <w:lang w:val="ca-ES"/>
        </w:rPr>
        <w:t xml:space="preserve"> </w:t>
      </w:r>
      <w:r w:rsidR="00F85022" w:rsidRPr="00361318">
        <w:rPr>
          <w:rFonts w:ascii="Arial" w:hAnsi="Arial" w:cs="Arial"/>
          <w:b/>
          <w:lang w:val="ca-ES"/>
        </w:rPr>
        <w:t>Objecte i finalitat</w:t>
      </w:r>
    </w:p>
    <w:p w14:paraId="544248B5" w14:textId="52CC54DE" w:rsidR="00F85022" w:rsidRPr="00361318" w:rsidRDefault="00F85022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El present conveni té com a objecte regular el marc de col·laboració entre</w:t>
      </w:r>
      <w:r w:rsidR="00191D5A" w:rsidRPr="00361318">
        <w:rPr>
          <w:rFonts w:ascii="Arial" w:hAnsi="Arial" w:cs="Arial"/>
          <w:lang w:val="ca-ES"/>
        </w:rPr>
        <w:t xml:space="preserve"> </w:t>
      </w:r>
      <w:r w:rsidRPr="00361318">
        <w:rPr>
          <w:rFonts w:ascii="Arial" w:hAnsi="Arial" w:cs="Arial"/>
          <w:lang w:val="ca-ES"/>
        </w:rPr>
        <w:t>l'Ajuntament de Campdevànol I l’</w:t>
      </w:r>
      <w:r w:rsidR="000F1886" w:rsidRPr="00361318">
        <w:rPr>
          <w:rFonts w:ascii="Arial" w:hAnsi="Arial" w:cs="Arial"/>
          <w:color w:val="000000" w:themeColor="text1"/>
          <w:lang w:val="ca-ES"/>
        </w:rPr>
        <w:t xml:space="preserve"> Associació de Botiguers i Comerciants de Campdevànol</w:t>
      </w:r>
      <w:r w:rsidRPr="00361318">
        <w:rPr>
          <w:rFonts w:ascii="Arial" w:hAnsi="Arial" w:cs="Arial"/>
          <w:lang w:val="ca-ES"/>
        </w:rPr>
        <w:t xml:space="preserve">  amb la finalitat de dur a terme accions de dinamització </w:t>
      </w:r>
      <w:r w:rsidR="000F1886" w:rsidRPr="00361318">
        <w:rPr>
          <w:rFonts w:ascii="Arial" w:hAnsi="Arial" w:cs="Arial"/>
          <w:lang w:val="ca-ES"/>
        </w:rPr>
        <w:t>comercial, promoció econòmica local i participació en convocatòries de subvencions públiques, com les del CCAM.</w:t>
      </w:r>
      <w:r w:rsidRPr="00361318">
        <w:rPr>
          <w:rFonts w:ascii="Arial" w:hAnsi="Arial" w:cs="Arial"/>
          <w:lang w:val="ca-ES"/>
        </w:rPr>
        <w:t xml:space="preserve"> Amb això es pretén impulsar i contribuir a millorar el creixement</w:t>
      </w:r>
      <w:r w:rsidR="00191D5A" w:rsidRPr="00361318">
        <w:rPr>
          <w:rFonts w:ascii="Arial" w:hAnsi="Arial" w:cs="Arial"/>
          <w:lang w:val="ca-ES"/>
        </w:rPr>
        <w:t xml:space="preserve"> </w:t>
      </w:r>
      <w:r w:rsidRPr="00361318">
        <w:rPr>
          <w:rFonts w:ascii="Arial" w:hAnsi="Arial" w:cs="Arial"/>
          <w:lang w:val="ca-ES"/>
        </w:rPr>
        <w:t>econòmic i la competitivitat de les empreses comercials i dels serveis locals, al</w:t>
      </w:r>
      <w:r w:rsidR="00191D5A" w:rsidRPr="00361318">
        <w:rPr>
          <w:rFonts w:ascii="Arial" w:hAnsi="Arial" w:cs="Arial"/>
          <w:lang w:val="ca-ES"/>
        </w:rPr>
        <w:t xml:space="preserve"> </w:t>
      </w:r>
      <w:r w:rsidRPr="00361318">
        <w:rPr>
          <w:rFonts w:ascii="Arial" w:hAnsi="Arial" w:cs="Arial"/>
          <w:lang w:val="ca-ES"/>
        </w:rPr>
        <w:t xml:space="preserve">mateix temps que es potencia la imatge </w:t>
      </w:r>
      <w:r w:rsidR="000F1886" w:rsidRPr="00361318">
        <w:rPr>
          <w:rFonts w:ascii="Arial" w:hAnsi="Arial" w:cs="Arial"/>
          <w:lang w:val="ca-ES"/>
        </w:rPr>
        <w:t>de Campdevànol</w:t>
      </w:r>
      <w:r w:rsidRPr="00361318">
        <w:rPr>
          <w:rFonts w:ascii="Arial" w:hAnsi="Arial" w:cs="Arial"/>
          <w:lang w:val="ca-ES"/>
        </w:rPr>
        <w:t xml:space="preserve"> com una </w:t>
      </w:r>
      <w:r w:rsidR="000F1886" w:rsidRPr="00361318">
        <w:rPr>
          <w:rFonts w:ascii="Arial" w:hAnsi="Arial" w:cs="Arial"/>
          <w:lang w:val="ca-ES"/>
        </w:rPr>
        <w:t xml:space="preserve">municipi amb oferta </w:t>
      </w:r>
      <w:r w:rsidRPr="00361318">
        <w:rPr>
          <w:rFonts w:ascii="Arial" w:hAnsi="Arial" w:cs="Arial"/>
          <w:lang w:val="ca-ES"/>
        </w:rPr>
        <w:t xml:space="preserve"> de serveis</w:t>
      </w:r>
      <w:r w:rsidR="000F1886" w:rsidRPr="00361318">
        <w:rPr>
          <w:rFonts w:ascii="Arial" w:hAnsi="Arial" w:cs="Arial"/>
          <w:lang w:val="ca-ES"/>
        </w:rPr>
        <w:t xml:space="preserve">. </w:t>
      </w:r>
    </w:p>
    <w:p w14:paraId="1E5FE0FF" w14:textId="4B6BEAF0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Tant l’Ajuntament com l’Associació col·laboraran en la programació, organització i difusió d’activitats comercials, fires, campanyes i esdeveniments que afavoreixin el teixit comercial de Campdevànol.</w:t>
      </w:r>
    </w:p>
    <w:p w14:paraId="1B8F14A4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4103DBE2" w14:textId="0A81405E" w:rsidR="000F1886" w:rsidRPr="00361318" w:rsidRDefault="000F1886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lastRenderedPageBreak/>
        <w:t>Segon</w:t>
      </w:r>
      <w:r w:rsidR="00FC763F" w:rsidRPr="00361318">
        <w:rPr>
          <w:rFonts w:ascii="Arial" w:hAnsi="Arial" w:cs="Arial"/>
          <w:b/>
          <w:lang w:val="ca-ES"/>
        </w:rPr>
        <w:t xml:space="preserve">. </w:t>
      </w:r>
      <w:r w:rsidRPr="00361318">
        <w:rPr>
          <w:rFonts w:ascii="Arial" w:hAnsi="Arial" w:cs="Arial"/>
          <w:b/>
          <w:lang w:val="ca-ES"/>
        </w:rPr>
        <w:t>Obligacions de l’Ajuntament</w:t>
      </w:r>
    </w:p>
    <w:p w14:paraId="5100BD85" w14:textId="08F86539" w:rsidR="008A7E8B" w:rsidRPr="00386FC4" w:rsidRDefault="00FC763F" w:rsidP="001B2B07">
      <w:pPr>
        <w:pStyle w:val="Prrafodelista"/>
        <w:numPr>
          <w:ilvl w:val="0"/>
          <w:numId w:val="10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L’Ajuntament de Campdevànol es compromet a donar suport institucional, tècnic i logístic a les accions comercials impulsades per l’Associació, dins de les seves </w:t>
      </w:r>
      <w:r w:rsidRPr="00386FC4">
        <w:rPr>
          <w:rFonts w:ascii="Arial" w:hAnsi="Arial" w:cs="Arial"/>
          <w:lang w:val="ca-ES"/>
        </w:rPr>
        <w:t>possibilitats i recursos disponibles.</w:t>
      </w:r>
    </w:p>
    <w:p w14:paraId="3C4FFFF8" w14:textId="0C7ED127" w:rsidR="000F1886" w:rsidRPr="00386FC4" w:rsidRDefault="000F1886" w:rsidP="001B2B07">
      <w:pPr>
        <w:pStyle w:val="Prrafodelista"/>
        <w:numPr>
          <w:ilvl w:val="0"/>
          <w:numId w:val="10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lang w:val="ca-ES"/>
        </w:rPr>
      </w:pPr>
      <w:r w:rsidRPr="00386FC4">
        <w:rPr>
          <w:rFonts w:ascii="Arial" w:hAnsi="Arial" w:cs="Arial"/>
          <w:lang w:val="ca-ES"/>
        </w:rPr>
        <w:t>Col·laborar amb el finançament de les activitats que desenvolup</w:t>
      </w:r>
      <w:r w:rsidR="009857FB" w:rsidRPr="00386FC4">
        <w:rPr>
          <w:rFonts w:ascii="Arial" w:hAnsi="Arial" w:cs="Arial"/>
          <w:lang w:val="ca-ES"/>
        </w:rPr>
        <w:t xml:space="preserve">a </w:t>
      </w:r>
      <w:r w:rsidRPr="00386FC4">
        <w:rPr>
          <w:rFonts w:ascii="Arial" w:hAnsi="Arial" w:cs="Arial"/>
          <w:lang w:val="ca-ES"/>
        </w:rPr>
        <w:t>l’</w:t>
      </w:r>
      <w:r w:rsidR="009857FB" w:rsidRPr="00386FC4">
        <w:rPr>
          <w:rFonts w:ascii="Arial" w:hAnsi="Arial" w:cs="Arial"/>
          <w:color w:val="000000" w:themeColor="text1"/>
          <w:lang w:val="ca-ES"/>
        </w:rPr>
        <w:t>Associació de Botiguers i Comerciants de Campdevànol</w:t>
      </w:r>
      <w:r w:rsidRPr="00386FC4">
        <w:rPr>
          <w:rFonts w:ascii="Arial" w:hAnsi="Arial" w:cs="Arial"/>
          <w:lang w:val="ca-ES"/>
        </w:rPr>
        <w:t xml:space="preserve"> emmarcades en este</w:t>
      </w:r>
      <w:r w:rsidR="009857FB" w:rsidRPr="00386FC4">
        <w:rPr>
          <w:rFonts w:ascii="Arial" w:hAnsi="Arial" w:cs="Arial"/>
          <w:lang w:val="ca-ES"/>
        </w:rPr>
        <w:t xml:space="preserve"> </w:t>
      </w:r>
      <w:r w:rsidRPr="00386FC4">
        <w:rPr>
          <w:rFonts w:ascii="Arial" w:hAnsi="Arial" w:cs="Arial"/>
          <w:lang w:val="ca-ES"/>
        </w:rPr>
        <w:t>conveni, a través d’una aportació econòmica de</w:t>
      </w:r>
      <w:r w:rsidRPr="00386FC4">
        <w:rPr>
          <w:rFonts w:ascii="Arial" w:hAnsi="Arial" w:cs="Arial"/>
          <w:b/>
          <w:lang w:val="ca-ES"/>
        </w:rPr>
        <w:t xml:space="preserve"> </w:t>
      </w:r>
      <w:r w:rsidR="00C20439" w:rsidRPr="00C20439">
        <w:rPr>
          <w:rFonts w:ascii="Arial" w:hAnsi="Arial" w:cs="Arial"/>
          <w:b/>
          <w:lang w:val="ca-ES"/>
        </w:rPr>
        <w:t>35.827,90</w:t>
      </w:r>
      <w:r w:rsidRPr="00386FC4">
        <w:rPr>
          <w:rFonts w:ascii="Arial" w:hAnsi="Arial" w:cs="Arial"/>
          <w:b/>
          <w:lang w:val="ca-ES"/>
        </w:rPr>
        <w:t xml:space="preserve"> euros, </w:t>
      </w:r>
      <w:r w:rsidRPr="00386FC4">
        <w:rPr>
          <w:rFonts w:ascii="Arial" w:hAnsi="Arial" w:cs="Arial"/>
          <w:lang w:val="ca-ES"/>
        </w:rPr>
        <w:t>que tindrà la</w:t>
      </w:r>
      <w:r w:rsidR="0076037D" w:rsidRPr="00386FC4">
        <w:rPr>
          <w:rFonts w:ascii="Arial" w:hAnsi="Arial" w:cs="Arial"/>
          <w:lang w:val="ca-ES"/>
        </w:rPr>
        <w:t xml:space="preserve"> </w:t>
      </w:r>
      <w:r w:rsidRPr="00386FC4">
        <w:rPr>
          <w:rFonts w:ascii="Arial" w:hAnsi="Arial" w:cs="Arial"/>
          <w:lang w:val="ca-ES"/>
        </w:rPr>
        <w:t>consideració de subvenció pública i es regularà d’acord amb la Llei 38/2003</w:t>
      </w:r>
      <w:r w:rsidR="0076037D" w:rsidRPr="00386FC4">
        <w:rPr>
          <w:rFonts w:ascii="Arial" w:hAnsi="Arial" w:cs="Arial"/>
          <w:lang w:val="ca-ES"/>
        </w:rPr>
        <w:t xml:space="preserve"> </w:t>
      </w:r>
      <w:r w:rsidRPr="00386FC4">
        <w:rPr>
          <w:rFonts w:ascii="Arial" w:hAnsi="Arial" w:cs="Arial"/>
          <w:lang w:val="ca-ES"/>
        </w:rPr>
        <w:t>General de Subvencions i la seua normativa de desenvolupament, i en</w:t>
      </w:r>
      <w:r w:rsidR="0076037D" w:rsidRPr="00386FC4">
        <w:rPr>
          <w:rFonts w:ascii="Arial" w:hAnsi="Arial" w:cs="Arial"/>
          <w:lang w:val="ca-ES"/>
        </w:rPr>
        <w:t xml:space="preserve"> </w:t>
      </w:r>
      <w:r w:rsidRPr="00386FC4">
        <w:rPr>
          <w:rFonts w:ascii="Arial" w:hAnsi="Arial" w:cs="Arial"/>
          <w:lang w:val="ca-ES"/>
        </w:rPr>
        <w:t>concordança amb les disposicions que es detallen en la Base 26 de les</w:t>
      </w:r>
      <w:r w:rsidR="0076037D" w:rsidRPr="00386FC4">
        <w:rPr>
          <w:rFonts w:ascii="Arial" w:hAnsi="Arial" w:cs="Arial"/>
          <w:lang w:val="ca-ES"/>
        </w:rPr>
        <w:t xml:space="preserve"> </w:t>
      </w:r>
      <w:r w:rsidRPr="00386FC4">
        <w:rPr>
          <w:rFonts w:ascii="Arial" w:hAnsi="Arial" w:cs="Arial"/>
          <w:lang w:val="ca-ES"/>
        </w:rPr>
        <w:t xml:space="preserve">d’Execució del Pressupost. </w:t>
      </w:r>
      <w:r w:rsidR="0076037D" w:rsidRPr="00386FC4">
        <w:rPr>
          <w:rFonts w:ascii="Arial" w:hAnsi="Arial" w:cs="Arial"/>
          <w:lang w:val="ca-ES"/>
        </w:rPr>
        <w:t>L’</w:t>
      </w:r>
      <w:r w:rsidRPr="00386FC4">
        <w:rPr>
          <w:rFonts w:ascii="Arial" w:hAnsi="Arial" w:cs="Arial"/>
          <w:lang w:val="ca-ES"/>
        </w:rPr>
        <w:t>import té la condició de provisional</w:t>
      </w:r>
      <w:r w:rsidR="00386FC4">
        <w:rPr>
          <w:rFonts w:ascii="Arial" w:hAnsi="Arial" w:cs="Arial"/>
          <w:lang w:val="ca-ES"/>
        </w:rPr>
        <w:t>,</w:t>
      </w:r>
      <w:r w:rsidRPr="00386FC4">
        <w:rPr>
          <w:rFonts w:ascii="Arial" w:hAnsi="Arial" w:cs="Arial"/>
          <w:lang w:val="ca-ES"/>
        </w:rPr>
        <w:t xml:space="preserve"> de</w:t>
      </w:r>
      <w:r w:rsidR="00386FC4">
        <w:rPr>
          <w:rFonts w:ascii="Arial" w:hAnsi="Arial" w:cs="Arial"/>
          <w:lang w:val="ca-ES"/>
        </w:rPr>
        <w:t xml:space="preserve"> </w:t>
      </w:r>
      <w:r w:rsidRPr="00386FC4">
        <w:rPr>
          <w:rFonts w:ascii="Arial" w:hAnsi="Arial" w:cs="Arial"/>
          <w:lang w:val="ca-ES"/>
        </w:rPr>
        <w:t>conformitat amb el que s'assenyala en l'apartat relatiu a la justificació.</w:t>
      </w:r>
    </w:p>
    <w:p w14:paraId="5E9EBB38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51A162BA" w14:textId="7FE711B1" w:rsidR="00A17DD0" w:rsidRPr="00361318" w:rsidRDefault="000F1886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lang w:val="ca-ES"/>
        </w:rPr>
        <w:t>Tercer. Obligacions de l’</w:t>
      </w:r>
      <w:r w:rsidR="00A17DD0" w:rsidRPr="00361318">
        <w:rPr>
          <w:rFonts w:ascii="Arial" w:hAnsi="Arial" w:cs="Arial"/>
          <w:b/>
          <w:color w:val="000000" w:themeColor="text1"/>
          <w:lang w:val="ca-ES"/>
        </w:rPr>
        <w:t>Associació de Botiguers i Comerciants de Campdevànol</w:t>
      </w:r>
      <w:r w:rsidR="00A17DD0" w:rsidRPr="00361318">
        <w:rPr>
          <w:rFonts w:ascii="Arial" w:hAnsi="Arial" w:cs="Arial"/>
          <w:b/>
          <w:bCs/>
          <w:lang w:val="ca-ES"/>
        </w:rPr>
        <w:t>.</w:t>
      </w:r>
    </w:p>
    <w:p w14:paraId="05874439" w14:textId="4C179C38" w:rsidR="00A17DD0" w:rsidRPr="00361318" w:rsidRDefault="00A17DD0" w:rsidP="001B2B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361318">
        <w:rPr>
          <w:rFonts w:ascii="Arial" w:hAnsi="Arial" w:cs="Arial"/>
          <w:color w:val="000000"/>
          <w:lang w:val="ca-ES"/>
        </w:rPr>
        <w:t>a) Realitzar les activitats pròpies de l’associació i les recollides en l’addenda anual</w:t>
      </w:r>
      <w:r w:rsidR="004A39CF" w:rsidRPr="00361318">
        <w:rPr>
          <w:rFonts w:ascii="Arial" w:hAnsi="Arial" w:cs="Arial"/>
          <w:color w:val="000000"/>
          <w:lang w:val="ca-ES"/>
        </w:rPr>
        <w:t>, de conformitat amb els principis de bona administració, bona fe i presumpció de legalitat</w:t>
      </w:r>
      <w:r w:rsidRPr="00361318">
        <w:rPr>
          <w:rFonts w:ascii="Arial" w:hAnsi="Arial" w:cs="Arial"/>
          <w:color w:val="000000"/>
          <w:lang w:val="ca-ES"/>
        </w:rPr>
        <w:t xml:space="preserve">. </w:t>
      </w:r>
    </w:p>
    <w:p w14:paraId="4456C894" w14:textId="39352083" w:rsidR="00A17DD0" w:rsidRPr="00361318" w:rsidRDefault="00A17DD0" w:rsidP="001B2B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361318">
        <w:rPr>
          <w:rFonts w:ascii="Arial" w:hAnsi="Arial" w:cs="Arial"/>
          <w:color w:val="000000"/>
          <w:lang w:val="ca-ES"/>
        </w:rPr>
        <w:t>b) Fer menció de la participació i patrocini de l'Ajuntament de Campdevànol en les</w:t>
      </w:r>
      <w:r w:rsidR="004A39CF" w:rsidRPr="00361318">
        <w:rPr>
          <w:rFonts w:ascii="Arial" w:hAnsi="Arial" w:cs="Arial"/>
          <w:color w:val="000000"/>
          <w:lang w:val="ca-ES"/>
        </w:rPr>
        <w:t xml:space="preserve"> </w:t>
      </w:r>
      <w:r w:rsidRPr="00361318">
        <w:rPr>
          <w:rFonts w:ascii="Arial" w:hAnsi="Arial" w:cs="Arial"/>
          <w:color w:val="000000"/>
          <w:lang w:val="ca-ES"/>
        </w:rPr>
        <w:t>accions de comunicació, publicitat i propaganda que es realitzen a l'empara del</w:t>
      </w:r>
      <w:r w:rsidR="004A39CF" w:rsidRPr="00361318">
        <w:rPr>
          <w:rFonts w:ascii="Arial" w:hAnsi="Arial" w:cs="Arial"/>
          <w:color w:val="000000"/>
          <w:lang w:val="ca-ES"/>
        </w:rPr>
        <w:t xml:space="preserve"> </w:t>
      </w:r>
      <w:r w:rsidRPr="00361318">
        <w:rPr>
          <w:rFonts w:ascii="Arial" w:hAnsi="Arial" w:cs="Arial"/>
          <w:color w:val="000000"/>
          <w:lang w:val="ca-ES"/>
        </w:rPr>
        <w:t>que disposen l’apartat a) del present acord.</w:t>
      </w:r>
    </w:p>
    <w:p w14:paraId="3EB3EA52" w14:textId="3002E109" w:rsidR="00A17DD0" w:rsidRPr="00361318" w:rsidRDefault="00A17DD0" w:rsidP="001B2B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361318">
        <w:rPr>
          <w:rFonts w:ascii="Arial" w:hAnsi="Arial" w:cs="Arial"/>
          <w:color w:val="000000"/>
          <w:lang w:val="ca-ES"/>
        </w:rPr>
        <w:t xml:space="preserve">c) Comunicar a l’Ajuntament de Campdevànol qualsevol iniciativa no consensuada en l’addenda anual. </w:t>
      </w:r>
    </w:p>
    <w:p w14:paraId="7DA0BB4A" w14:textId="77777777" w:rsidR="002822E4" w:rsidRPr="00361318" w:rsidRDefault="002822E4" w:rsidP="001B2B07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color w:val="000000"/>
          <w:sz w:val="22"/>
          <w:szCs w:val="22"/>
          <w:lang w:val="ca-ES"/>
        </w:rPr>
        <w:t xml:space="preserve">d) </w:t>
      </w:r>
      <w:r w:rsidRPr="00361318">
        <w:rPr>
          <w:rFonts w:ascii="Arial" w:hAnsi="Arial" w:cs="Arial"/>
          <w:sz w:val="22"/>
          <w:szCs w:val="22"/>
          <w:lang w:val="ca-ES"/>
        </w:rPr>
        <w:t>Proporcionar el personal necessari per al normal funcionament de l'activitat, ja sigui voluntari o contractat, ocupant-se en aquest últim cas de les obligacions que comporta.</w:t>
      </w:r>
    </w:p>
    <w:p w14:paraId="08025859" w14:textId="635F645A" w:rsidR="002822E4" w:rsidRPr="00361318" w:rsidRDefault="002822E4" w:rsidP="001B2B07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 xml:space="preserve">e) Gestionar els permisos que siguin necessaris per la realització de cada una de les activitats. </w:t>
      </w:r>
    </w:p>
    <w:p w14:paraId="291A5C81" w14:textId="77777777" w:rsidR="00191D5A" w:rsidRPr="00361318" w:rsidRDefault="004A39CF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f) Justificar</w:t>
      </w:r>
      <w:r w:rsidR="00191D5A" w:rsidRPr="00361318">
        <w:rPr>
          <w:rFonts w:ascii="Arial" w:hAnsi="Arial" w:cs="Arial"/>
          <w:sz w:val="22"/>
          <w:szCs w:val="22"/>
          <w:lang w:val="ca-ES"/>
        </w:rPr>
        <w:t xml:space="preserve"> la subvenció aportant documents justificatius com factures, minutes o altres documents amb valor acreditatiu equivalent en el tràfic jurídic mercantil o amb eficàcia administrativa. Aquests documents hauran de reunir tots els requisits legals exigibles i en ells es descriurà amb claredat l’activitat a que es refereixen. Aquests documents han de reunir, com a mínim, els requisits següents:</w:t>
      </w:r>
    </w:p>
    <w:p w14:paraId="735B935B" w14:textId="4D6E8B3B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Hauran de ser factures o documents justificatius originals, que un cop copiats i compulsats seran retornats a</w:t>
      </w:r>
      <w:r w:rsidRPr="00361318">
        <w:rPr>
          <w:rFonts w:ascii="Arial" w:hAnsi="Arial" w:cs="Arial"/>
          <w:sz w:val="22"/>
          <w:szCs w:val="22"/>
        </w:rPr>
        <w:t xml:space="preserve"> </w:t>
      </w:r>
      <w:r w:rsidRPr="00361318">
        <w:rPr>
          <w:rFonts w:ascii="Arial" w:hAnsi="Arial" w:cs="Arial"/>
          <w:sz w:val="22"/>
          <w:szCs w:val="22"/>
          <w:lang w:val="ca-ES"/>
        </w:rPr>
        <w:t>l’Associació de Botiguers i Comerciants de Campdevànol.</w:t>
      </w:r>
    </w:p>
    <w:p w14:paraId="1B3109BD" w14:textId="2CF08B44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Han d’anar obligatòriament a nom de l’Associació de Botiguers i Comerciants de Campdevànol, indicant el seu número d’identificació fiscal.</w:t>
      </w:r>
    </w:p>
    <w:p w14:paraId="434F5EEB" w14:textId="0ED112A4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Han de fer referència a despeses subvencionables incorporades a l’addenda,  generades per l’activitat objecte de subvenció.</w:t>
      </w:r>
    </w:p>
    <w:p w14:paraId="56F92D3E" w14:textId="0AEC5E36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Han d’estar datats l’any en què es faci la concessió.</w:t>
      </w:r>
    </w:p>
    <w:p w14:paraId="3049957E" w14:textId="411A7C1A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Han d’incloure el DNI o número d’identificació fiscal del proveïdor.</w:t>
      </w:r>
    </w:p>
    <w:p w14:paraId="5D99AA4F" w14:textId="1DB8CBDB" w:rsidR="004A39CF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 xml:space="preserve">- Han d’incloure el número de factura o document justificatiu. </w:t>
      </w:r>
    </w:p>
    <w:p w14:paraId="5D0406AD" w14:textId="77777777" w:rsidR="002822E4" w:rsidRPr="00361318" w:rsidRDefault="002822E4" w:rsidP="001B2B07">
      <w:pPr>
        <w:pStyle w:val="Prrafodelista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ascii="Arial" w:hAnsi="Arial" w:cs="Arial"/>
          <w:lang w:val="ca-ES"/>
        </w:rPr>
      </w:pPr>
    </w:p>
    <w:p w14:paraId="5CF0107F" w14:textId="7DF0DC58" w:rsidR="001B2B07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Quart.</w:t>
      </w:r>
      <w:r w:rsidRPr="00361318">
        <w:rPr>
          <w:rFonts w:ascii="Arial" w:hAnsi="Arial" w:cs="Arial"/>
          <w:b/>
          <w:lang w:val="ca-ES"/>
        </w:rPr>
        <w:t xml:space="preserve"> </w:t>
      </w:r>
      <w:r w:rsidR="001B2B07" w:rsidRPr="00361318">
        <w:rPr>
          <w:rFonts w:ascii="Arial" w:hAnsi="Arial" w:cs="Arial"/>
          <w:b/>
          <w:lang w:val="ca-ES"/>
        </w:rPr>
        <w:t>Vigència del conveni.</w:t>
      </w:r>
    </w:p>
    <w:p w14:paraId="7CFC6F5D" w14:textId="185DAE2F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Aquest acord tindrà vigència des de </w:t>
      </w:r>
      <w:r w:rsidR="00A17DD0" w:rsidRPr="00361318">
        <w:rPr>
          <w:rFonts w:ascii="Arial" w:hAnsi="Arial" w:cs="Arial"/>
          <w:lang w:val="ca-ES"/>
        </w:rPr>
        <w:t>la seva signatura</w:t>
      </w:r>
      <w:r w:rsidRPr="00361318">
        <w:rPr>
          <w:rFonts w:ascii="Arial" w:hAnsi="Arial" w:cs="Arial"/>
          <w:lang w:val="ca-ES"/>
        </w:rPr>
        <w:t xml:space="preserve"> i durant un any natural, amb possibilitat de </w:t>
      </w:r>
      <w:r w:rsidR="002822E4" w:rsidRPr="00361318">
        <w:rPr>
          <w:rFonts w:ascii="Arial" w:hAnsi="Arial" w:cs="Arial"/>
          <w:lang w:val="ca-ES"/>
        </w:rPr>
        <w:t xml:space="preserve">pròrroga </w:t>
      </w:r>
      <w:r w:rsidRPr="00361318">
        <w:rPr>
          <w:rFonts w:ascii="Arial" w:hAnsi="Arial" w:cs="Arial"/>
          <w:lang w:val="ca-ES"/>
        </w:rPr>
        <w:t>anual mitjançant acord exprés entre ambdues parts</w:t>
      </w:r>
      <w:r w:rsidR="002822E4" w:rsidRPr="00361318">
        <w:rPr>
          <w:rFonts w:ascii="Arial" w:hAnsi="Arial" w:cs="Arial"/>
          <w:lang w:val="ca-ES"/>
        </w:rPr>
        <w:t>, amb una durada màxima de quatre anys en total</w:t>
      </w:r>
      <w:r w:rsidRPr="00361318">
        <w:rPr>
          <w:rFonts w:ascii="Arial" w:hAnsi="Arial" w:cs="Arial"/>
          <w:lang w:val="ca-ES"/>
        </w:rPr>
        <w:t>.</w:t>
      </w:r>
    </w:p>
    <w:p w14:paraId="56C481E8" w14:textId="77777777" w:rsidR="001B2B07" w:rsidRPr="00361318" w:rsidRDefault="001B2B07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2CB31304" w14:textId="1E46097F" w:rsidR="001B2B07" w:rsidRPr="00361318" w:rsidRDefault="003D749C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Cinquè.</w:t>
      </w:r>
      <w:r w:rsidRPr="00361318">
        <w:rPr>
          <w:rFonts w:ascii="Arial" w:hAnsi="Arial" w:cs="Arial"/>
          <w:b/>
          <w:lang w:val="ca-ES"/>
        </w:rPr>
        <w:t xml:space="preserve"> </w:t>
      </w:r>
      <w:r w:rsidR="001B2B07" w:rsidRPr="00361318">
        <w:rPr>
          <w:rFonts w:ascii="Arial" w:hAnsi="Arial" w:cs="Arial"/>
          <w:b/>
          <w:lang w:val="ca-ES"/>
        </w:rPr>
        <w:t xml:space="preserve">Planificació </w:t>
      </w:r>
      <w:r w:rsidR="009857FB" w:rsidRPr="00361318">
        <w:rPr>
          <w:rFonts w:ascii="Arial" w:hAnsi="Arial" w:cs="Arial"/>
          <w:b/>
          <w:lang w:val="ca-ES"/>
        </w:rPr>
        <w:t xml:space="preserve">i determinació </w:t>
      </w:r>
      <w:r w:rsidR="001B2B07" w:rsidRPr="00361318">
        <w:rPr>
          <w:rFonts w:ascii="Arial" w:hAnsi="Arial" w:cs="Arial"/>
          <w:b/>
          <w:lang w:val="ca-ES"/>
        </w:rPr>
        <w:t>de</w:t>
      </w:r>
      <w:r w:rsidR="009857FB" w:rsidRPr="00361318">
        <w:rPr>
          <w:rFonts w:ascii="Arial" w:hAnsi="Arial" w:cs="Arial"/>
          <w:b/>
          <w:lang w:val="ca-ES"/>
        </w:rPr>
        <w:t xml:space="preserve"> les actuacions objecte del conveni. </w:t>
      </w:r>
    </w:p>
    <w:p w14:paraId="6BFA3E6E" w14:textId="1C420B2A" w:rsidR="003D749C" w:rsidRPr="00361318" w:rsidRDefault="003D749C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Amb l’objectiu d’establir una planificació anual detallada de les accions conjuntes, cada any s’incorporarà a aquest conveni una </w:t>
      </w:r>
      <w:r w:rsidRPr="00361318">
        <w:rPr>
          <w:rFonts w:ascii="Arial" w:hAnsi="Arial" w:cs="Arial"/>
          <w:b/>
          <w:bCs/>
          <w:lang w:val="ca-ES"/>
        </w:rPr>
        <w:t>addenda anual</w:t>
      </w:r>
      <w:r w:rsidRPr="00361318">
        <w:rPr>
          <w:rFonts w:ascii="Arial" w:hAnsi="Arial" w:cs="Arial"/>
          <w:lang w:val="ca-ES"/>
        </w:rPr>
        <w:t xml:space="preserve"> on es recolliran les activitats, fires, campanyes i accions comercials que es duran a terme amb la col·laboració entre l’Ajuntament de Campdevànol i l’Associació de Botiguers i Comerciants de Campdevànol. Aquesta addenda serà consensuada entre les dues parts i signada abans de l’inici de les accions corresponents.</w:t>
      </w:r>
    </w:p>
    <w:p w14:paraId="01213160" w14:textId="77777777" w:rsidR="001B2B07" w:rsidRPr="00361318" w:rsidRDefault="001B2B07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7DB0B6F" w14:textId="3D2FE403" w:rsidR="001B2B07" w:rsidRPr="00361318" w:rsidRDefault="001B2B07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lang w:val="ca-ES"/>
        </w:rPr>
        <w:t>Sisè. Finançament i forma de pagament</w:t>
      </w:r>
      <w:r w:rsidR="009857FB" w:rsidRPr="00361318">
        <w:rPr>
          <w:rFonts w:ascii="Arial" w:hAnsi="Arial" w:cs="Arial"/>
          <w:b/>
          <w:lang w:val="ca-ES"/>
        </w:rPr>
        <w:t>.</w:t>
      </w:r>
    </w:p>
    <w:p w14:paraId="2000C69F" w14:textId="03787E73" w:rsidR="002C4D9F" w:rsidRPr="00361318" w:rsidRDefault="002C4D9F" w:rsidP="002C4D9F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 xml:space="preserve">L’aportació econòmica ascendeix a </w:t>
      </w:r>
      <w:r w:rsidR="00C20439" w:rsidRPr="00C20439">
        <w:rPr>
          <w:rFonts w:ascii="Arial" w:hAnsi="Arial" w:cs="Arial"/>
          <w:sz w:val="22"/>
          <w:szCs w:val="22"/>
          <w:lang w:val="ca-ES"/>
        </w:rPr>
        <w:t>35.827,90</w:t>
      </w:r>
      <w:r w:rsidRPr="00361318">
        <w:rPr>
          <w:rFonts w:ascii="Arial" w:hAnsi="Arial" w:cs="Arial"/>
          <w:sz w:val="22"/>
          <w:szCs w:val="22"/>
          <w:lang w:val="ca-ES"/>
        </w:rPr>
        <w:t xml:space="preserve"> euros, amb càrrec a l’aplicació pressupostària núm. </w:t>
      </w:r>
      <w:r w:rsidR="00361318">
        <w:rPr>
          <w:rFonts w:ascii="Arial" w:hAnsi="Arial" w:cs="Arial"/>
          <w:sz w:val="22"/>
          <w:szCs w:val="22"/>
          <w:lang w:val="ca-ES"/>
        </w:rPr>
        <w:t>1.330.48008</w:t>
      </w:r>
      <w:r w:rsidRPr="00361318">
        <w:rPr>
          <w:rFonts w:ascii="Arial" w:hAnsi="Arial" w:cs="Arial"/>
          <w:sz w:val="22"/>
          <w:szCs w:val="22"/>
          <w:lang w:val="ca-ES"/>
        </w:rPr>
        <w:t xml:space="preserve"> SUBV. A</w:t>
      </w:r>
      <w:r w:rsidR="00361318">
        <w:rPr>
          <w:rFonts w:ascii="Arial" w:hAnsi="Arial" w:cs="Arial"/>
          <w:sz w:val="22"/>
          <w:szCs w:val="22"/>
          <w:lang w:val="ca-ES"/>
        </w:rPr>
        <w:t xml:space="preserve"> LA UNIÓ DE </w:t>
      </w:r>
      <w:r w:rsidRPr="00361318">
        <w:rPr>
          <w:rFonts w:ascii="Arial" w:hAnsi="Arial" w:cs="Arial"/>
          <w:sz w:val="22"/>
          <w:szCs w:val="22"/>
          <w:lang w:val="ca-ES"/>
        </w:rPr>
        <w:t xml:space="preserve">BOTIGUERS del pressupost </w:t>
      </w:r>
      <w:r w:rsidRPr="00361318">
        <w:rPr>
          <w:rFonts w:ascii="Arial" w:hAnsi="Arial" w:cs="Arial"/>
          <w:sz w:val="22"/>
          <w:szCs w:val="22"/>
          <w:lang w:val="ca-ES"/>
        </w:rPr>
        <w:lastRenderedPageBreak/>
        <w:t>municipal de 2025.</w:t>
      </w:r>
    </w:p>
    <w:p w14:paraId="092A9F2A" w14:textId="7FD8173F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El pagament de la subvenció concedida, s’efectuarà en diversos abonaments, prèvia la presentació dels justificants en forma de factura o document tal i com es descriu a l’acord tercer.</w:t>
      </w:r>
    </w:p>
    <w:p w14:paraId="4328CCF9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Així mateix, abans del pagament l’entitat beneficiària haurà d’acreditar fefaentment trobar-se al corrent de les seves obligacions tributàries i amb la Seguretat Social.</w:t>
      </w:r>
    </w:p>
    <w:p w14:paraId="0FB39A82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0F4C4793" w14:textId="6ADF32FA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Excepcionalment, qualsevol entitat que tingui aprovada la concessió de la subvenció, podrà demanar un bestreta de fins el 50 % de l’import aprovat, motivant l’avançament. Es podran demanar justificants de l’import en el moment d’aprovació de la bestreta o esperar la justificació total en el termini màxim de justificació establert en la base següent.</w:t>
      </w:r>
    </w:p>
    <w:p w14:paraId="0F4B6C1A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6BEAAB72" w14:textId="783B201A" w:rsidR="001B2B07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En qualsevol cas, no es podrà demanar cap bestreta addicional al 50% de l’import aprovat de subvenció si no s’ha justificat prèviament aquest 50%.</w:t>
      </w:r>
    </w:p>
    <w:p w14:paraId="09AFA3D2" w14:textId="77777777" w:rsidR="005E63B2" w:rsidRPr="00361318" w:rsidRDefault="005E63B2" w:rsidP="005E63B2">
      <w:pPr>
        <w:pStyle w:val="Default"/>
        <w:rPr>
          <w:b/>
          <w:bCs/>
          <w:sz w:val="22"/>
          <w:szCs w:val="22"/>
        </w:rPr>
      </w:pPr>
    </w:p>
    <w:p w14:paraId="037A3901" w14:textId="461AB572" w:rsidR="005E63B2" w:rsidRPr="00361318" w:rsidRDefault="005E63B2" w:rsidP="005E63B2">
      <w:pPr>
        <w:pStyle w:val="Default"/>
        <w:rPr>
          <w:sz w:val="22"/>
          <w:szCs w:val="22"/>
          <w:lang w:val="ca-ES"/>
        </w:rPr>
      </w:pPr>
      <w:r w:rsidRPr="00361318">
        <w:rPr>
          <w:b/>
          <w:bCs/>
          <w:sz w:val="22"/>
          <w:szCs w:val="22"/>
          <w:lang w:val="ca-ES"/>
        </w:rPr>
        <w:t xml:space="preserve">Setè. Compatibilitat amb d’altres subvencions. </w:t>
      </w:r>
    </w:p>
    <w:p w14:paraId="02E98ED8" w14:textId="60B44C18" w:rsidR="005E63B2" w:rsidRPr="00361318" w:rsidRDefault="005E63B2" w:rsidP="002C4D9F">
      <w:pPr>
        <w:pStyle w:val="Default"/>
        <w:jc w:val="both"/>
        <w:rPr>
          <w:sz w:val="22"/>
          <w:szCs w:val="22"/>
          <w:lang w:val="ca-ES"/>
        </w:rPr>
      </w:pPr>
      <w:r w:rsidRPr="00361318">
        <w:rPr>
          <w:sz w:val="22"/>
          <w:szCs w:val="22"/>
          <w:lang w:val="ca-ES"/>
        </w:rPr>
        <w:t>La subvenció atorgada serà compatible amb qualsevol altra concedida per altres</w:t>
      </w:r>
      <w:r w:rsidR="002C4D9F" w:rsidRPr="00361318">
        <w:rPr>
          <w:sz w:val="22"/>
          <w:szCs w:val="22"/>
          <w:lang w:val="ca-ES"/>
        </w:rPr>
        <w:t xml:space="preserve"> a</w:t>
      </w:r>
      <w:r w:rsidRPr="00361318">
        <w:rPr>
          <w:sz w:val="22"/>
          <w:szCs w:val="22"/>
          <w:lang w:val="ca-ES"/>
        </w:rPr>
        <w:t xml:space="preserve">dministracions o ens públics o privats. </w:t>
      </w:r>
    </w:p>
    <w:p w14:paraId="55199FC7" w14:textId="77777777" w:rsidR="005E63B2" w:rsidRPr="00361318" w:rsidRDefault="005E63B2" w:rsidP="002C4D9F">
      <w:pPr>
        <w:pStyle w:val="Default"/>
        <w:jc w:val="both"/>
        <w:rPr>
          <w:sz w:val="22"/>
          <w:szCs w:val="22"/>
          <w:lang w:val="ca-ES"/>
        </w:rPr>
      </w:pPr>
      <w:r w:rsidRPr="00361318">
        <w:rPr>
          <w:sz w:val="22"/>
          <w:szCs w:val="22"/>
          <w:lang w:val="ca-ES"/>
        </w:rPr>
        <w:t xml:space="preserve">Tanmateix, l’import total de les subvencions rebudes per la mateixa finalitat no podrà superar el cost total del projecte/ activitat a desenvolupar. </w:t>
      </w:r>
    </w:p>
    <w:p w14:paraId="233DD5AD" w14:textId="53136EAF" w:rsidR="005E63B2" w:rsidRPr="00361318" w:rsidRDefault="005E63B2" w:rsidP="002C4D9F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Els/les beneficiaris/àries hauran de comunicar la petició i/o obtenció de qualsevol subvenció pública concurrent que no s’hagi declarat amb la sol·licitud.</w:t>
      </w:r>
    </w:p>
    <w:p w14:paraId="69BC430F" w14:textId="77777777" w:rsidR="005E63B2" w:rsidRPr="00361318" w:rsidRDefault="005E63B2" w:rsidP="001B2B07">
      <w:pPr>
        <w:pStyle w:val="Normal0"/>
        <w:widowControl w:val="0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2F362554" w14:textId="2859FA65" w:rsidR="009857FB" w:rsidRPr="00361318" w:rsidRDefault="005E63B2" w:rsidP="001B2B07">
      <w:pPr>
        <w:pStyle w:val="Normal0"/>
        <w:widowControl w:val="0"/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361318">
        <w:rPr>
          <w:rFonts w:ascii="Arial" w:hAnsi="Arial" w:cs="Arial"/>
          <w:b/>
          <w:sz w:val="22"/>
          <w:szCs w:val="22"/>
          <w:lang w:val="ca-ES"/>
        </w:rPr>
        <w:t>Vui</w:t>
      </w:r>
      <w:r w:rsidR="001B2B07" w:rsidRPr="00361318">
        <w:rPr>
          <w:rFonts w:ascii="Arial" w:hAnsi="Arial" w:cs="Arial"/>
          <w:b/>
          <w:sz w:val="22"/>
          <w:szCs w:val="22"/>
          <w:lang w:val="ca-ES"/>
        </w:rPr>
        <w:t xml:space="preserve">tè. </w:t>
      </w:r>
      <w:r w:rsidR="009857FB" w:rsidRPr="00361318">
        <w:rPr>
          <w:rFonts w:ascii="Arial" w:hAnsi="Arial" w:cs="Arial"/>
          <w:b/>
          <w:sz w:val="22"/>
          <w:szCs w:val="22"/>
          <w:lang w:val="ca-ES"/>
        </w:rPr>
        <w:t>Resolució del conveni.</w:t>
      </w:r>
    </w:p>
    <w:p w14:paraId="47987305" w14:textId="5A0C917C" w:rsidR="001B2B07" w:rsidRPr="00361318" w:rsidRDefault="001B2B07" w:rsidP="001B2B07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Són causes de resolució del present conveni</w:t>
      </w:r>
      <w:r w:rsidRPr="00361318">
        <w:rPr>
          <w:rFonts w:ascii="Arial" w:hAnsi="Arial" w:cs="Arial"/>
          <w:sz w:val="22"/>
          <w:szCs w:val="22"/>
          <w:lang w:val="ca-ES" w:eastAsia="es-ES"/>
        </w:rPr>
        <w:t xml:space="preserve"> les següents:</w:t>
      </w:r>
    </w:p>
    <w:p w14:paraId="063A69A0" w14:textId="4966F926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L’interès públic degudament acreditat per part de l’Ajuntament de Campdevànol.</w:t>
      </w:r>
    </w:p>
    <w:p w14:paraId="09F2E4F6" w14:textId="6550B069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Finalització del termini establert, sense manifestació expressa per cap de les parts de la seva voluntat de prorrogar o renovar el conveni.</w:t>
      </w:r>
    </w:p>
    <w:p w14:paraId="46466FEF" w14:textId="77777777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Desatenció o incompliment de les obligacions incorporades en aquest conveni o en la resta de normativa aplicable.</w:t>
      </w:r>
    </w:p>
    <w:p w14:paraId="1740F101" w14:textId="160E9754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Finalització de l’organització de les activitats objecte del present conveni.</w:t>
      </w:r>
    </w:p>
    <w:p w14:paraId="316A6A49" w14:textId="6911A12A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Desaparició de l’</w:t>
      </w:r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Associació de Botiguers i Comerciants de Campdevànol</w:t>
      </w:r>
      <w:r w:rsidRPr="00361318">
        <w:rPr>
          <w:rFonts w:ascii="Arial" w:hAnsi="Arial" w:cs="Arial"/>
          <w:sz w:val="22"/>
          <w:szCs w:val="22"/>
          <w:lang w:val="ca-ES"/>
        </w:rPr>
        <w:t>.</w:t>
      </w:r>
    </w:p>
    <w:p w14:paraId="6460CA55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3B82C6A8" w14:textId="0C890855" w:rsidR="005E63B2" w:rsidRPr="00361318" w:rsidRDefault="005E63B2" w:rsidP="005E63B2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lang w:val="ca-ES"/>
        </w:rPr>
        <w:t>Novè. Causes de reintegrament.</w:t>
      </w:r>
    </w:p>
    <w:p w14:paraId="230BE4B0" w14:textId="142B0E39" w:rsidR="005E63B2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Quan a conseqüència de l’anul·lació, revocació o de la revisió de la subvenció, l’import definitiu d’aquesta sigui inferior a l’import pagat, el/la perceptor/a estarà obligat a reintegrar l’excés.</w:t>
      </w:r>
    </w:p>
    <w:p w14:paraId="1A50FC9F" w14:textId="52CD571B" w:rsidR="005E63B2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Així mateix, també estarà obligat a reintegrar, el/la beneficiari/ària que hagi percebut la subvenció falsejant les condicions exigides o amagant aquelles que haguessin impedit la seva concessió; per incompliment total o parcial de l’objectiu de l’activitat o del projecte; per incompliment de l’obligació de justificar en els terminis establerts; per resistència o obstrucció a les actuacions de comprovació i de control financer i en els altres supòsits previstos en la LGS.</w:t>
      </w:r>
    </w:p>
    <w:p w14:paraId="7551D06C" w14:textId="77777777" w:rsidR="002C4D9F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Procedirà el reintegrament per part dels/de les beneficiaris/àries de la totalitat o part de les quantitats percebudes, i l’exigència de l’interès de demora des del moment del pagament de la subvenció fins a la data en que s’acordi la procedència del</w:t>
      </w:r>
      <w:r w:rsidRPr="00361318">
        <w:rPr>
          <w:rFonts w:ascii="Arial" w:hAnsi="Arial" w:cs="Arial"/>
          <w:b/>
          <w:lang w:val="ca-ES"/>
        </w:rPr>
        <w:t xml:space="preserve"> </w:t>
      </w:r>
      <w:r w:rsidRPr="00361318">
        <w:rPr>
          <w:rFonts w:ascii="Arial" w:hAnsi="Arial" w:cs="Arial"/>
          <w:lang w:val="ca-ES"/>
        </w:rPr>
        <w:t xml:space="preserve">reintegrament. </w:t>
      </w:r>
    </w:p>
    <w:p w14:paraId="7DCE79CF" w14:textId="77777777" w:rsidR="002C4D9F" w:rsidRPr="00361318" w:rsidRDefault="002C4D9F" w:rsidP="005E63B2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25E5A33E" w14:textId="06E0A542" w:rsidR="005E63B2" w:rsidRPr="00361318" w:rsidRDefault="00C20439" w:rsidP="005E63B2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Desè</w:t>
      </w:r>
      <w:r w:rsidR="005E63B2" w:rsidRPr="00361318">
        <w:rPr>
          <w:rFonts w:ascii="Arial" w:hAnsi="Arial" w:cs="Arial"/>
          <w:b/>
          <w:lang w:val="ca-ES"/>
        </w:rPr>
        <w:t>. Infraccions i sancions.</w:t>
      </w:r>
    </w:p>
    <w:p w14:paraId="0EE727A2" w14:textId="75B4355F" w:rsidR="001B2B07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En matèria d’infraccions i sancions s’aplicarà el que es disposa en el Títol IV de la LGS, en el Títol IV del RLGS i Reglament General de subvencions de l’Ajuntament de Campdevànol. 29. Règim jurídic supletori. En tot el que no preveuen expressament aquestes bases, són d’aplicació la Llei 38/2003, de 17 de novembre, general de subvencions, el Real decret 887/2006, de 21 de juliol pel qual s’aprova el seu Reglament de desenvolupament, el Reglament general de subvencions de l’Ajuntament, les Bases d’execució del Pressupost general per l’exercici de la convocatòria, la Llei 39/2015, d’1 d’octubre, de procediment administratiu comú de les administracions públiques i la resta de legislació concordant, així com la Llei 26/2010, de 3 d’agost, de règim jurídic i de procediment de les administracions públiques de Catalunya.</w:t>
      </w:r>
    </w:p>
    <w:p w14:paraId="7B492F94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1B33714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bookmarkStart w:id="1" w:name="_Hlk204770614"/>
      <w:r w:rsidRPr="00361318">
        <w:rPr>
          <w:rFonts w:ascii="Arial" w:hAnsi="Arial" w:cs="Arial"/>
          <w:lang w:val="ca-ES"/>
        </w:rPr>
        <w:t>I en prova de conformitat, signen aquest acord en dues còpies originals.</w:t>
      </w:r>
    </w:p>
    <w:p w14:paraId="1354CCEA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745EDE6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Campdevànol, 1 de juliol de 2025</w:t>
      </w:r>
    </w:p>
    <w:p w14:paraId="10C44F93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62D64A9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Per l’Ajuntament de Campdevànol</w:t>
      </w:r>
    </w:p>
    <w:p w14:paraId="6DA90EFB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Sr. Oriol Lázaro Llovera</w:t>
      </w:r>
    </w:p>
    <w:p w14:paraId="09B0A00F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Alcalde de Campdevànol</w:t>
      </w:r>
    </w:p>
    <w:p w14:paraId="7519B1E8" w14:textId="77777777" w:rsidR="00FC763F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7F91014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773C171" w14:textId="77777777" w:rsidR="00F914B6" w:rsidRPr="00361318" w:rsidRDefault="00F914B6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D0AC4C7" w14:textId="77777777" w:rsidR="00F914B6" w:rsidRPr="00361318" w:rsidRDefault="00F914B6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D25344D" w14:textId="77777777" w:rsidR="00F914B6" w:rsidRPr="00361318" w:rsidRDefault="00F914B6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8EAA4B0" w14:textId="012BECB9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Per l’Associació de Botiguers i Comerciants de Campdevànol</w:t>
      </w:r>
    </w:p>
    <w:p w14:paraId="5CD6DA86" w14:textId="29A6F126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Sr. </w:t>
      </w:r>
      <w:r w:rsidR="009857FB" w:rsidRPr="00361318">
        <w:rPr>
          <w:rFonts w:ascii="Arial" w:hAnsi="Arial" w:cs="Arial"/>
          <w:lang w:val="ca-ES"/>
        </w:rPr>
        <w:t xml:space="preserve">Gerard </w:t>
      </w:r>
      <w:proofErr w:type="spellStart"/>
      <w:r w:rsidR="009857FB" w:rsidRPr="00361318">
        <w:rPr>
          <w:rFonts w:ascii="Arial" w:hAnsi="Arial" w:cs="Arial"/>
          <w:lang w:val="ca-ES"/>
        </w:rPr>
        <w:t>Ahayk</w:t>
      </w:r>
      <w:proofErr w:type="spellEnd"/>
    </w:p>
    <w:p w14:paraId="398A252A" w14:textId="3D73E802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President</w:t>
      </w:r>
    </w:p>
    <w:bookmarkEnd w:id="1"/>
    <w:p w14:paraId="22986D5E" w14:textId="4CA8846B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7ECCB78" w14:textId="5246A930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BD5742B" w14:textId="46D69EBD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294A216" w14:textId="0B1AEF4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35A1CA2" w14:textId="53094246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54065F3" w14:textId="3293F20C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0B976DF" w14:textId="161231EA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3119CDF" w14:textId="38A7A303" w:rsidR="00BE140F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2258222" w14:textId="43FE163D" w:rsidR="00C20439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5A7EB5E" w14:textId="15FD3A63" w:rsidR="00C20439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EB59526" w14:textId="07279A97" w:rsidR="00C20439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56246C9" w14:textId="77777777" w:rsidR="00C20439" w:rsidRPr="00361318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85B329C" w14:textId="5DB191D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034D906" w14:textId="06766E96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87D14D6" w14:textId="41951B43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043B1DF" w14:textId="100B6F9D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1C584F9" w14:textId="288A6E48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lang w:val="ca-ES"/>
        </w:rPr>
        <w:t>ADDENDA AL CONVENI DE COL·LABORACIÓ ENTRE L’AJUNTAMENT DE CAMPDEVÀNOL I L’ASSOCIACIÓ DE COMERÇ DE CAMPDEVÀNOL PER A LA DINAMITZACIÓ COMERCIAL DE L’ANY 2025.</w:t>
      </w:r>
    </w:p>
    <w:p w14:paraId="05034D1D" w14:textId="6AB201C9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9FB7B53" w14:textId="6A561B1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En data 01 de juliol de 2025, l’Ajuntament de Campdevànol i l’Associació de Comerç de Campdevànol van subscriure un conveni de col·laboració amb l’objectiu de fomentar la dinamització comercial, cultural </w:t>
      </w:r>
      <w:r w:rsidR="00361318" w:rsidRPr="00361318">
        <w:rPr>
          <w:rFonts w:ascii="Arial" w:hAnsi="Arial" w:cs="Arial"/>
          <w:lang w:val="ca-ES"/>
        </w:rPr>
        <w:t xml:space="preserve">i social del municipi. </w:t>
      </w:r>
    </w:p>
    <w:p w14:paraId="44760A58" w14:textId="77777777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Amb aquesta addenda, ambdues parts acorden ampliar les actuacions previstes per a l’exercici 2025, segons el següent detall:</w:t>
      </w:r>
    </w:p>
    <w:p w14:paraId="0459DC1C" w14:textId="065DCBBB" w:rsidR="00361318" w:rsidRPr="00361318" w:rsidRDefault="00361318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92C6A70" w14:textId="77777777" w:rsidR="00361318" w:rsidRPr="00361318" w:rsidRDefault="00361318" w:rsidP="003613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 w:rsidRPr="00361318">
        <w:rPr>
          <w:rFonts w:ascii="Arial" w:eastAsia="Times New Roman" w:hAnsi="Arial" w:cs="Arial"/>
          <w:b/>
          <w:bCs/>
          <w:lang w:val="ca-ES" w:eastAsia="es-ES"/>
        </w:rPr>
        <w:t>1. Objecte de l’addenda</w:t>
      </w:r>
    </w:p>
    <w:p w14:paraId="0C12A340" w14:textId="51614C64" w:rsid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 xml:space="preserve">Ampliar el pla d’actuacions dins el marc del projecte </w:t>
      </w:r>
      <w:r w:rsidRPr="00361318">
        <w:rPr>
          <w:rFonts w:ascii="Arial" w:eastAsia="Times New Roman" w:hAnsi="Arial" w:cs="Arial"/>
          <w:b/>
          <w:bCs/>
          <w:lang w:val="ca-ES" w:eastAsia="es-ES"/>
        </w:rPr>
        <w:t>“Campdevànol Comerç, Cultura i Tradicions”</w:t>
      </w:r>
      <w:r w:rsidRPr="00361318">
        <w:rPr>
          <w:rFonts w:ascii="Arial" w:eastAsia="Times New Roman" w:hAnsi="Arial" w:cs="Arial"/>
          <w:lang w:val="ca-ES" w:eastAsia="es-ES"/>
        </w:rPr>
        <w:t>, incorporant esdeveniments i accions concretes destinades a impulsar el comerç local i dinamitzar els espais públics del municipi.</w:t>
      </w:r>
    </w:p>
    <w:p w14:paraId="1CBC79D0" w14:textId="0599E01B" w:rsidR="00C20439" w:rsidRDefault="00C20439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7B37207B" w14:textId="0CE60320" w:rsidR="00C20439" w:rsidRDefault="00C20439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6F12A097" w14:textId="77777777" w:rsidR="00C20439" w:rsidRPr="00361318" w:rsidRDefault="00C20439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24B721F8" w14:textId="652E9ABD" w:rsidR="00361318" w:rsidRPr="00361318" w:rsidRDefault="00361318" w:rsidP="003613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>
        <w:rPr>
          <w:rFonts w:ascii="Arial" w:eastAsia="Times New Roman" w:hAnsi="Arial" w:cs="Arial"/>
          <w:b/>
          <w:bCs/>
          <w:lang w:val="ca-ES" w:eastAsia="es-ES"/>
        </w:rPr>
        <w:t>2</w:t>
      </w:r>
      <w:r w:rsidRPr="00361318">
        <w:rPr>
          <w:rFonts w:ascii="Arial" w:eastAsia="Times New Roman" w:hAnsi="Arial" w:cs="Arial"/>
          <w:b/>
          <w:bCs/>
          <w:lang w:val="ca-ES" w:eastAsia="es-ES"/>
        </w:rPr>
        <w:t>. Activitats previstes de l’apartat 6.3 de la subvenció del CCAM</w:t>
      </w:r>
    </w:p>
    <w:tbl>
      <w:tblPr>
        <w:tblpPr w:leftFromText="141" w:rightFromText="141" w:vertAnchor="text" w:tblpY="1"/>
        <w:tblOverlap w:val="never"/>
        <w:tblW w:w="864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7"/>
        <w:gridCol w:w="3505"/>
        <w:gridCol w:w="2549"/>
        <w:gridCol w:w="1416"/>
      </w:tblGrid>
      <w:tr w:rsidR="00361318" w:rsidRPr="00361318" w14:paraId="685496A4" w14:textId="77777777" w:rsidTr="00A154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9EE031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Data</w:t>
            </w:r>
          </w:p>
        </w:tc>
        <w:tc>
          <w:tcPr>
            <w:tcW w:w="3475" w:type="dxa"/>
            <w:vAlign w:val="center"/>
            <w:hideMark/>
          </w:tcPr>
          <w:p w14:paraId="0A0B7B04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Activitat</w:t>
            </w:r>
          </w:p>
        </w:tc>
        <w:tc>
          <w:tcPr>
            <w:tcW w:w="2519" w:type="dxa"/>
            <w:vAlign w:val="center"/>
            <w:hideMark/>
          </w:tcPr>
          <w:p w14:paraId="757AF94E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Ubicació</w:t>
            </w:r>
          </w:p>
        </w:tc>
        <w:tc>
          <w:tcPr>
            <w:tcW w:w="1371" w:type="dxa"/>
            <w:vAlign w:val="center"/>
            <w:hideMark/>
          </w:tcPr>
          <w:p w14:paraId="09BB0FAA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Import (€)</w:t>
            </w:r>
          </w:p>
        </w:tc>
      </w:tr>
      <w:tr w:rsidR="00A1548C" w:rsidRPr="00361318" w14:paraId="696576A8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23135A56" w14:textId="79FB933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12/7/2025</w:t>
            </w:r>
          </w:p>
        </w:tc>
        <w:tc>
          <w:tcPr>
            <w:tcW w:w="3475" w:type="dxa"/>
            <w:vAlign w:val="bottom"/>
            <w:hideMark/>
          </w:tcPr>
          <w:p w14:paraId="387D602C" w14:textId="330BFDEE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proofErr w:type="spellStart"/>
            <w:r w:rsidRPr="00A1548C">
              <w:rPr>
                <w:rFonts w:ascii="Arial" w:hAnsi="Arial" w:cs="Arial"/>
                <w:color w:val="000000"/>
              </w:rPr>
              <w:t>Fira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l'Espelma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Camdpestock</w:t>
            </w:r>
            <w:proofErr w:type="spellEnd"/>
          </w:p>
        </w:tc>
        <w:tc>
          <w:tcPr>
            <w:tcW w:w="2519" w:type="dxa"/>
            <w:vAlign w:val="center"/>
            <w:hideMark/>
          </w:tcPr>
          <w:p w14:paraId="3CDF440A" w14:textId="5B1D0C4B" w:rsidR="00A1548C" w:rsidRPr="00361318" w:rsidRDefault="009666C4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Pl. de la Dansa i Passeig de Can Branques</w:t>
            </w:r>
          </w:p>
        </w:tc>
        <w:tc>
          <w:tcPr>
            <w:tcW w:w="1371" w:type="dxa"/>
            <w:vAlign w:val="center"/>
            <w:hideMark/>
          </w:tcPr>
          <w:p w14:paraId="5C41F51E" w14:textId="5F28D8A3" w:rsidR="00A1548C" w:rsidRPr="00361318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10</w:t>
            </w:r>
            <w:r w:rsidR="00A1548C">
              <w:rPr>
                <w:rFonts w:ascii="Arial" w:eastAsia="Times New Roman" w:hAnsi="Arial" w:cs="Arial"/>
                <w:lang w:val="ca-ES" w:eastAsia="es-ES"/>
              </w:rPr>
              <w:t>.7</w:t>
            </w:r>
            <w:r>
              <w:rPr>
                <w:rFonts w:ascii="Arial" w:eastAsia="Times New Roman" w:hAnsi="Arial" w:cs="Arial"/>
                <w:lang w:val="ca-ES" w:eastAsia="es-ES"/>
              </w:rPr>
              <w:t>98,47</w:t>
            </w:r>
            <w:r w:rsidR="00A1548C" w:rsidRPr="00361318">
              <w:rPr>
                <w:rFonts w:ascii="Arial" w:eastAsia="Times New Roman" w:hAnsi="Arial" w:cs="Arial"/>
                <w:lang w:val="ca-ES" w:eastAsia="es-ES"/>
              </w:rPr>
              <w:t xml:space="preserve"> €</w:t>
            </w:r>
          </w:p>
        </w:tc>
      </w:tr>
      <w:tr w:rsidR="00A1548C" w:rsidRPr="00361318" w14:paraId="720420C0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74860769" w14:textId="5D6987BD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18/7/2025</w:t>
            </w:r>
          </w:p>
        </w:tc>
        <w:tc>
          <w:tcPr>
            <w:tcW w:w="3475" w:type="dxa"/>
            <w:vAlign w:val="bottom"/>
            <w:hideMark/>
          </w:tcPr>
          <w:p w14:paraId="54D73510" w14:textId="5ED6A7EA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Concert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FeMAP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Apollo's Cabinet</w:t>
            </w:r>
          </w:p>
        </w:tc>
        <w:tc>
          <w:tcPr>
            <w:tcW w:w="2519" w:type="dxa"/>
            <w:vAlign w:val="center"/>
            <w:hideMark/>
          </w:tcPr>
          <w:p w14:paraId="5F1B92A2" w14:textId="11124241" w:rsidR="00A1548C" w:rsidRPr="00361318" w:rsidRDefault="009666C4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Església de St. Cristòfol</w:t>
            </w:r>
          </w:p>
        </w:tc>
        <w:tc>
          <w:tcPr>
            <w:tcW w:w="1371" w:type="dxa"/>
            <w:vAlign w:val="center"/>
            <w:hideMark/>
          </w:tcPr>
          <w:p w14:paraId="3FD5394D" w14:textId="30D526FE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5</w:t>
            </w:r>
            <w:r>
              <w:rPr>
                <w:rFonts w:ascii="Arial" w:eastAsia="Times New Roman" w:hAnsi="Arial" w:cs="Arial"/>
                <w:lang w:val="ca-ES" w:eastAsia="es-ES"/>
              </w:rPr>
              <w:t>.0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>00</w:t>
            </w:r>
            <w:r>
              <w:rPr>
                <w:rFonts w:ascii="Arial" w:eastAsia="Times New Roman" w:hAnsi="Arial" w:cs="Arial"/>
                <w:lang w:val="ca-ES" w:eastAsia="es-ES"/>
              </w:rPr>
              <w:t>,00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 €</w:t>
            </w:r>
          </w:p>
        </w:tc>
      </w:tr>
      <w:tr w:rsidR="00A1548C" w:rsidRPr="00361318" w14:paraId="151761A7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23696787" w14:textId="13366C3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19/7/2025</w:t>
            </w:r>
          </w:p>
        </w:tc>
        <w:tc>
          <w:tcPr>
            <w:tcW w:w="3475" w:type="dxa"/>
            <w:vAlign w:val="bottom"/>
            <w:hideMark/>
          </w:tcPr>
          <w:p w14:paraId="1DB57099" w14:textId="211FB7C4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passaport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del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Comerç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cinema a la fresca</w:t>
            </w:r>
          </w:p>
        </w:tc>
        <w:tc>
          <w:tcPr>
            <w:tcW w:w="2519" w:type="dxa"/>
            <w:vAlign w:val="center"/>
            <w:hideMark/>
          </w:tcPr>
          <w:p w14:paraId="54AD6D28" w14:textId="0FA539F2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Plaça la Dansa</w:t>
            </w:r>
            <w:r w:rsidR="009666C4">
              <w:rPr>
                <w:rFonts w:ascii="Arial" w:eastAsia="Times New Roman" w:hAnsi="Arial" w:cs="Arial"/>
                <w:lang w:val="ca-ES" w:eastAsia="es-ES"/>
              </w:rPr>
              <w:t xml:space="preserve"> </w:t>
            </w:r>
            <w:r w:rsidR="00AF3AB6">
              <w:rPr>
                <w:rFonts w:ascii="Arial" w:eastAsia="Times New Roman" w:hAnsi="Arial" w:cs="Arial"/>
                <w:lang w:val="ca-ES" w:eastAsia="es-ES"/>
              </w:rPr>
              <w:t>i centre urbà</w:t>
            </w:r>
          </w:p>
        </w:tc>
        <w:tc>
          <w:tcPr>
            <w:tcW w:w="1371" w:type="dxa"/>
            <w:vAlign w:val="center"/>
            <w:hideMark/>
          </w:tcPr>
          <w:p w14:paraId="1C416DA0" w14:textId="7AD90AE4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1.149,50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 €</w:t>
            </w:r>
          </w:p>
        </w:tc>
      </w:tr>
      <w:tr w:rsidR="00A1548C" w:rsidRPr="00361318" w14:paraId="2AA1C2CD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3D0A04EE" w14:textId="7BED0AB3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26/7/2025</w:t>
            </w:r>
          </w:p>
        </w:tc>
        <w:tc>
          <w:tcPr>
            <w:tcW w:w="3475" w:type="dxa"/>
            <w:vAlign w:val="bottom"/>
            <w:hideMark/>
          </w:tcPr>
          <w:p w14:paraId="446C0051" w14:textId="2E48106F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proofErr w:type="spellStart"/>
            <w:r w:rsidRPr="00A1548C">
              <w:rPr>
                <w:rFonts w:ascii="Arial" w:hAnsi="Arial" w:cs="Arial"/>
                <w:color w:val="000000"/>
              </w:rPr>
              <w:t>Actuació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Vintage Rock</w:t>
            </w:r>
          </w:p>
        </w:tc>
        <w:tc>
          <w:tcPr>
            <w:tcW w:w="2519" w:type="dxa"/>
            <w:vAlign w:val="center"/>
            <w:hideMark/>
          </w:tcPr>
          <w:p w14:paraId="7E5505CE" w14:textId="645CF28D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Plaça de</w:t>
            </w:r>
            <w:r w:rsidR="00AF3AB6">
              <w:rPr>
                <w:rFonts w:ascii="Arial" w:eastAsia="Times New Roman" w:hAnsi="Arial" w:cs="Arial"/>
                <w:lang w:val="ca-ES" w:eastAsia="es-ES"/>
              </w:rPr>
              <w:t xml:space="preserve"> 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>l</w:t>
            </w:r>
            <w:r w:rsidR="00AF3AB6">
              <w:rPr>
                <w:rFonts w:ascii="Arial" w:eastAsia="Times New Roman" w:hAnsi="Arial" w:cs="Arial"/>
                <w:lang w:val="ca-ES" w:eastAsia="es-ES"/>
              </w:rPr>
              <w:t>a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 </w:t>
            </w:r>
            <w:r w:rsidR="00AF3AB6">
              <w:rPr>
                <w:rFonts w:ascii="Arial" w:eastAsia="Times New Roman" w:hAnsi="Arial" w:cs="Arial"/>
                <w:lang w:val="ca-ES" w:eastAsia="es-ES"/>
              </w:rPr>
              <w:t>Dansa</w:t>
            </w:r>
          </w:p>
        </w:tc>
        <w:tc>
          <w:tcPr>
            <w:tcW w:w="1371" w:type="dxa"/>
            <w:vAlign w:val="center"/>
            <w:hideMark/>
          </w:tcPr>
          <w:p w14:paraId="1ECC9CA2" w14:textId="1AC2DFA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2.831,40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 €</w:t>
            </w:r>
          </w:p>
        </w:tc>
      </w:tr>
      <w:tr w:rsidR="00A1548C" w:rsidRPr="00361318" w14:paraId="640BF137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1ABB050C" w14:textId="272735B2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30/8/2025</w:t>
            </w:r>
          </w:p>
        </w:tc>
        <w:tc>
          <w:tcPr>
            <w:tcW w:w="3475" w:type="dxa"/>
            <w:vAlign w:val="bottom"/>
            <w:hideMark/>
          </w:tcPr>
          <w:p w14:paraId="13BD5748" w14:textId="4E878516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proofErr w:type="spellStart"/>
            <w:r w:rsidRPr="00A1548C">
              <w:rPr>
                <w:rFonts w:ascii="Arial" w:hAnsi="Arial" w:cs="Arial"/>
                <w:color w:val="000000"/>
              </w:rPr>
              <w:t>Quina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de la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Festa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del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Barri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l'Estació</w:t>
            </w:r>
            <w:proofErr w:type="spellEnd"/>
          </w:p>
        </w:tc>
        <w:tc>
          <w:tcPr>
            <w:tcW w:w="2519" w:type="dxa"/>
            <w:vAlign w:val="center"/>
            <w:hideMark/>
          </w:tcPr>
          <w:p w14:paraId="61CA284A" w14:textId="1CD6FD68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Plaça </w:t>
            </w:r>
            <w:r w:rsidR="00AF3AB6">
              <w:rPr>
                <w:rFonts w:ascii="Arial" w:eastAsia="Times New Roman" w:hAnsi="Arial" w:cs="Arial"/>
                <w:lang w:val="ca-ES" w:eastAsia="es-ES"/>
              </w:rPr>
              <w:t>Coberta del barri de l’Estació</w:t>
            </w:r>
          </w:p>
        </w:tc>
        <w:tc>
          <w:tcPr>
            <w:tcW w:w="1371" w:type="dxa"/>
            <w:vAlign w:val="center"/>
            <w:hideMark/>
          </w:tcPr>
          <w:p w14:paraId="2378957F" w14:textId="3F9699E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400</w:t>
            </w:r>
            <w:r>
              <w:rPr>
                <w:rFonts w:ascii="Arial" w:eastAsia="Times New Roman" w:hAnsi="Arial" w:cs="Arial"/>
                <w:lang w:val="ca-ES" w:eastAsia="es-ES"/>
              </w:rPr>
              <w:t>,00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 €</w:t>
            </w:r>
          </w:p>
        </w:tc>
      </w:tr>
      <w:tr w:rsidR="00A1548C" w:rsidRPr="00361318" w14:paraId="47EA5DA0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3931C125" w14:textId="0D1941C7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13/9/2025</w:t>
            </w:r>
          </w:p>
        </w:tc>
        <w:tc>
          <w:tcPr>
            <w:tcW w:w="3475" w:type="dxa"/>
            <w:vAlign w:val="bottom"/>
            <w:hideMark/>
          </w:tcPr>
          <w:p w14:paraId="44CB6D13" w14:textId="469F155C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ADIFOLK</w:t>
            </w:r>
          </w:p>
        </w:tc>
        <w:tc>
          <w:tcPr>
            <w:tcW w:w="2519" w:type="dxa"/>
            <w:vAlign w:val="center"/>
            <w:hideMark/>
          </w:tcPr>
          <w:p w14:paraId="4B245A6D" w14:textId="687A1F6B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Plaça de la Dansa</w:t>
            </w:r>
          </w:p>
        </w:tc>
        <w:tc>
          <w:tcPr>
            <w:tcW w:w="1371" w:type="dxa"/>
            <w:vAlign w:val="center"/>
            <w:hideMark/>
          </w:tcPr>
          <w:p w14:paraId="4CADF059" w14:textId="7FAF1CBA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4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>.000</w:t>
            </w:r>
            <w:r>
              <w:rPr>
                <w:rFonts w:ascii="Arial" w:eastAsia="Times New Roman" w:hAnsi="Arial" w:cs="Arial"/>
                <w:lang w:val="ca-ES" w:eastAsia="es-ES"/>
              </w:rPr>
              <w:t>,00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 €</w:t>
            </w:r>
          </w:p>
        </w:tc>
      </w:tr>
      <w:tr w:rsidR="00A1548C" w:rsidRPr="00361318" w14:paraId="7C4A6AEB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05168E0F" w14:textId="1CFD24F2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10, 11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12/10/2025</w:t>
            </w:r>
          </w:p>
        </w:tc>
        <w:tc>
          <w:tcPr>
            <w:tcW w:w="3475" w:type="dxa"/>
            <w:vAlign w:val="bottom"/>
            <w:hideMark/>
          </w:tcPr>
          <w:p w14:paraId="4D547B23" w14:textId="79DFBEAE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proofErr w:type="spellStart"/>
            <w:r w:rsidRPr="00A1548C">
              <w:rPr>
                <w:rFonts w:ascii="Arial" w:hAnsi="Arial" w:cs="Arial"/>
                <w:color w:val="000000"/>
              </w:rPr>
              <w:t>Biennal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dels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Armats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Campdevànol</w:t>
            </w:r>
            <w:proofErr w:type="spellEnd"/>
          </w:p>
        </w:tc>
        <w:tc>
          <w:tcPr>
            <w:tcW w:w="2519" w:type="dxa"/>
            <w:vAlign w:val="center"/>
            <w:hideMark/>
          </w:tcPr>
          <w:p w14:paraId="3D04D591" w14:textId="36F8431B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Centre urbà</w:t>
            </w:r>
          </w:p>
        </w:tc>
        <w:tc>
          <w:tcPr>
            <w:tcW w:w="1371" w:type="dxa"/>
            <w:vAlign w:val="center"/>
            <w:hideMark/>
          </w:tcPr>
          <w:p w14:paraId="7D81EC12" w14:textId="5CD50CEF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5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>.</w:t>
            </w:r>
            <w:r>
              <w:rPr>
                <w:rFonts w:ascii="Arial" w:eastAsia="Times New Roman" w:hAnsi="Arial" w:cs="Arial"/>
                <w:lang w:val="ca-ES" w:eastAsia="es-ES"/>
              </w:rPr>
              <w:t>5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>00</w:t>
            </w:r>
            <w:r>
              <w:rPr>
                <w:rFonts w:ascii="Arial" w:eastAsia="Times New Roman" w:hAnsi="Arial" w:cs="Arial"/>
                <w:lang w:val="ca-ES" w:eastAsia="es-ES"/>
              </w:rPr>
              <w:t>,00</w:t>
            </w:r>
            <w:r w:rsidRPr="00361318">
              <w:rPr>
                <w:rFonts w:ascii="Arial" w:eastAsia="Times New Roman" w:hAnsi="Arial" w:cs="Arial"/>
                <w:lang w:val="ca-ES" w:eastAsia="es-ES"/>
              </w:rPr>
              <w:t xml:space="preserve"> €</w:t>
            </w:r>
          </w:p>
        </w:tc>
      </w:tr>
      <w:tr w:rsidR="00A1548C" w:rsidRPr="00361318" w14:paraId="478F4F51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4C075D6D" w14:textId="367F0D7D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22/11/2025</w:t>
            </w:r>
          </w:p>
        </w:tc>
        <w:tc>
          <w:tcPr>
            <w:tcW w:w="3475" w:type="dxa"/>
            <w:vAlign w:val="bottom"/>
          </w:tcPr>
          <w:p w14:paraId="5197FBF5" w14:textId="17A309D5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Gala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Adifolk</w:t>
            </w:r>
            <w:proofErr w:type="spellEnd"/>
          </w:p>
        </w:tc>
        <w:tc>
          <w:tcPr>
            <w:tcW w:w="2519" w:type="dxa"/>
            <w:vAlign w:val="center"/>
          </w:tcPr>
          <w:p w14:paraId="4EA9CC48" w14:textId="790756D5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Sala Diagonal</w:t>
            </w:r>
          </w:p>
        </w:tc>
        <w:tc>
          <w:tcPr>
            <w:tcW w:w="1371" w:type="dxa"/>
            <w:vAlign w:val="center"/>
          </w:tcPr>
          <w:p w14:paraId="630EBDAC" w14:textId="7087736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 w:rsidRPr="00A1548C">
              <w:rPr>
                <w:rFonts w:ascii="Arial" w:eastAsia="Times New Roman" w:hAnsi="Arial" w:cs="Arial"/>
                <w:bCs/>
                <w:lang w:val="ca-ES" w:eastAsia="es-ES"/>
              </w:rPr>
              <w:t>5.400,00 €</w:t>
            </w:r>
          </w:p>
        </w:tc>
      </w:tr>
      <w:tr w:rsidR="00A1548C" w:rsidRPr="00361318" w14:paraId="40D197B6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5D2BF764" w14:textId="43354961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6/12/2025</w:t>
            </w:r>
          </w:p>
        </w:tc>
        <w:tc>
          <w:tcPr>
            <w:tcW w:w="3475" w:type="dxa"/>
            <w:vAlign w:val="bottom"/>
          </w:tcPr>
          <w:p w14:paraId="7ABEAE16" w14:textId="64BCE427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proofErr w:type="spellStart"/>
            <w:r w:rsidRPr="00A1548C">
              <w:rPr>
                <w:rFonts w:ascii="Arial" w:hAnsi="Arial" w:cs="Arial"/>
                <w:color w:val="000000"/>
              </w:rPr>
              <w:t>Fira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de Nadal</w:t>
            </w:r>
          </w:p>
        </w:tc>
        <w:tc>
          <w:tcPr>
            <w:tcW w:w="2519" w:type="dxa"/>
            <w:vAlign w:val="center"/>
          </w:tcPr>
          <w:p w14:paraId="00297E61" w14:textId="7B425D54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Centre urbà</w:t>
            </w:r>
          </w:p>
        </w:tc>
        <w:tc>
          <w:tcPr>
            <w:tcW w:w="1371" w:type="dxa"/>
            <w:vAlign w:val="center"/>
          </w:tcPr>
          <w:p w14:paraId="52E1F06E" w14:textId="57BF6120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 w:rsidRPr="00A1548C">
              <w:rPr>
                <w:rFonts w:ascii="Arial" w:eastAsia="Times New Roman" w:hAnsi="Arial" w:cs="Arial"/>
                <w:bCs/>
                <w:lang w:val="ca-ES" w:eastAsia="es-ES"/>
              </w:rPr>
              <w:t>5.400,00 €</w:t>
            </w:r>
          </w:p>
        </w:tc>
      </w:tr>
      <w:tr w:rsidR="00A1548C" w:rsidRPr="00361318" w14:paraId="59899D11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2C26FF14" w14:textId="6E4CE753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24 al 30 de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novembre</w:t>
            </w:r>
            <w:proofErr w:type="spellEnd"/>
          </w:p>
        </w:tc>
        <w:tc>
          <w:tcPr>
            <w:tcW w:w="3475" w:type="dxa"/>
            <w:vAlign w:val="bottom"/>
          </w:tcPr>
          <w:p w14:paraId="6F146F37" w14:textId="3D8999B7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Concert de Nadal</w:t>
            </w:r>
          </w:p>
        </w:tc>
        <w:tc>
          <w:tcPr>
            <w:tcW w:w="2519" w:type="dxa"/>
            <w:vAlign w:val="center"/>
          </w:tcPr>
          <w:p w14:paraId="7DFB7FB9" w14:textId="5C0A8EE0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F3AB6">
              <w:rPr>
                <w:rFonts w:ascii="Arial" w:eastAsia="Times New Roman" w:hAnsi="Arial" w:cs="Arial"/>
                <w:lang w:val="ca-ES" w:eastAsia="es-ES"/>
              </w:rPr>
              <w:t>Església de St. Cristòfol</w:t>
            </w:r>
          </w:p>
        </w:tc>
        <w:tc>
          <w:tcPr>
            <w:tcW w:w="1371" w:type="dxa"/>
            <w:vAlign w:val="center"/>
          </w:tcPr>
          <w:p w14:paraId="345FC808" w14:textId="12A28FB3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 w:rsidRPr="00A1548C">
              <w:rPr>
                <w:rFonts w:ascii="Arial" w:eastAsia="Times New Roman" w:hAnsi="Arial" w:cs="Arial"/>
                <w:bCs/>
                <w:lang w:val="ca-ES" w:eastAsia="es-ES"/>
              </w:rPr>
              <w:t>6</w:t>
            </w:r>
            <w:r w:rsidR="003D7436">
              <w:rPr>
                <w:rFonts w:ascii="Arial" w:eastAsia="Times New Roman" w:hAnsi="Arial" w:cs="Arial"/>
                <w:bCs/>
                <w:lang w:val="ca-ES" w:eastAsia="es-ES"/>
              </w:rPr>
              <w:t>.</w:t>
            </w:r>
            <w:r w:rsidRPr="00A1548C">
              <w:rPr>
                <w:rFonts w:ascii="Arial" w:eastAsia="Times New Roman" w:hAnsi="Arial" w:cs="Arial"/>
                <w:bCs/>
                <w:lang w:val="ca-ES" w:eastAsia="es-ES"/>
              </w:rPr>
              <w:t>000,00 €</w:t>
            </w:r>
          </w:p>
        </w:tc>
      </w:tr>
      <w:tr w:rsidR="00C20439" w:rsidRPr="00361318" w14:paraId="69A19C58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0DB9BF14" w14:textId="7B0E326B" w:rsidR="00C20439" w:rsidRPr="00A1548C" w:rsidRDefault="00C20439" w:rsidP="00A1548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3475" w:type="dxa"/>
            <w:vAlign w:val="bottom"/>
          </w:tcPr>
          <w:p w14:paraId="29E41153" w14:textId="28FBD865" w:rsidR="00C20439" w:rsidRPr="00A1548C" w:rsidRDefault="00C20439" w:rsidP="00A1548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Suport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 </w:t>
            </w:r>
            <w:proofErr w:type="gramStart"/>
            <w:r>
              <w:rPr>
                <w:rFonts w:ascii="Arial" w:hAnsi="Arial" w:cs="Arial"/>
                <w:color w:val="000000"/>
              </w:rPr>
              <w:t>totes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les </w:t>
            </w:r>
            <w:proofErr w:type="spellStart"/>
            <w:r>
              <w:rPr>
                <w:rFonts w:ascii="Arial" w:hAnsi="Arial" w:cs="Arial"/>
                <w:color w:val="000000"/>
              </w:rPr>
              <w:t>accions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519" w:type="dxa"/>
            <w:vAlign w:val="center"/>
          </w:tcPr>
          <w:p w14:paraId="2D795354" w14:textId="77777777" w:rsidR="00C20439" w:rsidRPr="00AF3AB6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</w:p>
        </w:tc>
        <w:tc>
          <w:tcPr>
            <w:tcW w:w="1371" w:type="dxa"/>
            <w:vAlign w:val="center"/>
          </w:tcPr>
          <w:p w14:paraId="227E7D82" w14:textId="5803D9D2" w:rsidR="00C20439" w:rsidRPr="00A1548C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>
              <w:rPr>
                <w:rFonts w:ascii="Arial" w:eastAsia="Times New Roman" w:hAnsi="Arial" w:cs="Arial"/>
                <w:bCs/>
                <w:lang w:val="ca-ES" w:eastAsia="es-ES"/>
              </w:rPr>
              <w:t>2.300,00 €</w:t>
            </w:r>
          </w:p>
        </w:tc>
      </w:tr>
      <w:tr w:rsidR="00A1548C" w:rsidRPr="00361318" w14:paraId="31A8FEF4" w14:textId="77777777" w:rsidTr="00C20439">
        <w:trPr>
          <w:tblCellSpacing w:w="15" w:type="dxa"/>
        </w:trPr>
        <w:tc>
          <w:tcPr>
            <w:tcW w:w="0" w:type="auto"/>
            <w:vAlign w:val="bottom"/>
          </w:tcPr>
          <w:p w14:paraId="4DF4A74A" w14:textId="77F7DE0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</w:p>
        </w:tc>
        <w:tc>
          <w:tcPr>
            <w:tcW w:w="3475" w:type="dxa"/>
            <w:vAlign w:val="center"/>
            <w:hideMark/>
          </w:tcPr>
          <w:p w14:paraId="3DC2ADB5" w14:textId="7777777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Total actuacions addicionals</w:t>
            </w:r>
          </w:p>
        </w:tc>
        <w:tc>
          <w:tcPr>
            <w:tcW w:w="2519" w:type="dxa"/>
            <w:vAlign w:val="center"/>
            <w:hideMark/>
          </w:tcPr>
          <w:p w14:paraId="708EBAD7" w14:textId="7777777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</w:p>
        </w:tc>
        <w:tc>
          <w:tcPr>
            <w:tcW w:w="1371" w:type="dxa"/>
            <w:vAlign w:val="center"/>
            <w:hideMark/>
          </w:tcPr>
          <w:p w14:paraId="2EA2ABE3" w14:textId="34A22DAF" w:rsidR="00A1548C" w:rsidRPr="00A1548C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bCs/>
                <w:lang w:val="ca-ES" w:eastAsia="es-ES"/>
              </w:rPr>
              <w:t>48</w:t>
            </w:r>
            <w:r w:rsidR="00A1548C" w:rsidRPr="00A1548C">
              <w:rPr>
                <w:rFonts w:ascii="Arial" w:eastAsia="Times New Roman" w:hAnsi="Arial" w:cs="Arial"/>
                <w:bCs/>
                <w:lang w:val="ca-ES" w:eastAsia="es-ES"/>
              </w:rPr>
              <w:t>.</w:t>
            </w:r>
            <w:r>
              <w:rPr>
                <w:rFonts w:ascii="Arial" w:eastAsia="Times New Roman" w:hAnsi="Arial" w:cs="Arial"/>
                <w:bCs/>
                <w:lang w:val="ca-ES" w:eastAsia="es-ES"/>
              </w:rPr>
              <w:t>779</w:t>
            </w:r>
            <w:r w:rsidR="00A1548C" w:rsidRPr="00A1548C">
              <w:rPr>
                <w:rFonts w:ascii="Arial" w:eastAsia="Times New Roman" w:hAnsi="Arial" w:cs="Arial"/>
                <w:bCs/>
                <w:lang w:val="ca-ES" w:eastAsia="es-ES"/>
              </w:rPr>
              <w:t>,</w:t>
            </w:r>
            <w:r w:rsidR="003D7436">
              <w:rPr>
                <w:rFonts w:ascii="Arial" w:eastAsia="Times New Roman" w:hAnsi="Arial" w:cs="Arial"/>
                <w:bCs/>
                <w:lang w:val="ca-ES" w:eastAsia="es-ES"/>
              </w:rPr>
              <w:t>3</w:t>
            </w:r>
            <w:r w:rsidR="00A1548C" w:rsidRPr="00A1548C">
              <w:rPr>
                <w:rFonts w:ascii="Arial" w:eastAsia="Times New Roman" w:hAnsi="Arial" w:cs="Arial"/>
                <w:bCs/>
                <w:lang w:val="ca-ES" w:eastAsia="es-ES"/>
              </w:rPr>
              <w:t>7 €</w:t>
            </w:r>
          </w:p>
        </w:tc>
      </w:tr>
    </w:tbl>
    <w:p w14:paraId="3B49A82A" w14:textId="421B8283" w:rsidR="00361318" w:rsidRPr="00361318" w:rsidRDefault="00A1548C" w:rsidP="00361318">
      <w:pPr>
        <w:spacing w:after="0" w:line="240" w:lineRule="auto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br w:type="textWrapping" w:clear="all"/>
      </w:r>
      <w:r w:rsidR="0078486D">
        <w:rPr>
          <w:rFonts w:ascii="Arial" w:eastAsia="Times New Roman" w:hAnsi="Arial" w:cs="Arial"/>
          <w:lang w:val="ca-ES" w:eastAsia="es-ES"/>
        </w:rPr>
        <w:pict w14:anchorId="460E3380">
          <v:rect id="_x0000_i1025" style="width:0;height:1.5pt" o:hralign="center" o:hrstd="t" o:hr="t" fillcolor="#a0a0a0" stroked="f"/>
        </w:pict>
      </w:r>
    </w:p>
    <w:p w14:paraId="13C51EB7" w14:textId="77777777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proofErr w:type="spellStart"/>
      <w:r w:rsidRPr="00361318">
        <w:rPr>
          <w:rFonts w:ascii="Arial" w:eastAsia="Times New Roman" w:hAnsi="Arial" w:cs="Arial"/>
          <w:lang w:val="ca-ES" w:eastAsia="es-ES"/>
        </w:rPr>
        <w:t>UiER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donarà suport tècnic en tot el que és:</w:t>
      </w:r>
    </w:p>
    <w:p w14:paraId="0C380297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Planificació de les accions</w:t>
      </w:r>
    </w:p>
    <w:p w14:paraId="5BC7FF7E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Suport tècnic per al tràmit de subvencions</w:t>
      </w:r>
    </w:p>
    <w:p w14:paraId="22A17E29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Coordinació entre associació de comerç i Ajuntament</w:t>
      </w:r>
    </w:p>
    <w:p w14:paraId="2871A843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Disseny logos, campanyes, planificació de mitjans i tot el que cal fer abans de fer la promoció de les accions</w:t>
      </w:r>
    </w:p>
    <w:p w14:paraId="2B50E31D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 xml:space="preserve">Campanyes a mitjans i altres per garantir </w:t>
      </w:r>
      <w:proofErr w:type="spellStart"/>
      <w:r w:rsidRPr="00361318">
        <w:rPr>
          <w:rFonts w:ascii="Arial" w:eastAsia="Times New Roman" w:hAnsi="Arial" w:cs="Arial"/>
          <w:lang w:val="ca-ES" w:eastAsia="es-ES"/>
        </w:rPr>
        <w:t>l’éxit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de les accions</w:t>
      </w:r>
    </w:p>
    <w:p w14:paraId="5925A208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Preproducció, producció i postproducció de l’esdeveniment</w:t>
      </w:r>
    </w:p>
    <w:p w14:paraId="13C5E639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Control de la despesa i tresoreria de l’entitat</w:t>
      </w:r>
    </w:p>
    <w:p w14:paraId="2A1DDFF7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Suport a la justificació econòmica del projecte</w:t>
      </w:r>
    </w:p>
    <w:p w14:paraId="5725D69A" w14:textId="65FC01F4" w:rsidR="00361318" w:rsidRPr="00361318" w:rsidRDefault="00C20439" w:rsidP="003613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>
        <w:rPr>
          <w:rFonts w:ascii="Arial" w:eastAsia="Times New Roman" w:hAnsi="Arial" w:cs="Arial"/>
          <w:b/>
          <w:bCs/>
          <w:lang w:val="ca-ES" w:eastAsia="es-ES"/>
        </w:rPr>
        <w:t>3</w:t>
      </w:r>
      <w:r w:rsidR="00361318" w:rsidRPr="00361318">
        <w:rPr>
          <w:rFonts w:ascii="Arial" w:eastAsia="Times New Roman" w:hAnsi="Arial" w:cs="Arial"/>
          <w:b/>
          <w:bCs/>
          <w:lang w:val="ca-ES" w:eastAsia="es-ES"/>
        </w:rPr>
        <w:t>. Finançament</w:t>
      </w:r>
    </w:p>
    <w:p w14:paraId="61A6C3E9" w14:textId="4633EEE9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 xml:space="preserve">L’Ajuntament de Campdevànol aportarà una subvenció addicional per un import total de </w:t>
      </w:r>
      <w:r w:rsidR="00C20439" w:rsidRPr="00C20439">
        <w:rPr>
          <w:rFonts w:ascii="Arial" w:eastAsia="Times New Roman" w:hAnsi="Arial" w:cs="Arial"/>
          <w:lang w:val="ca-ES" w:eastAsia="es-ES"/>
        </w:rPr>
        <w:t>35.827</w:t>
      </w:r>
      <w:r w:rsidR="00C20439" w:rsidRPr="00C20439">
        <w:rPr>
          <w:rFonts w:ascii="Arial" w:eastAsia="Times New Roman" w:hAnsi="Arial" w:cs="Arial"/>
          <w:bCs/>
          <w:lang w:val="ca-ES" w:eastAsia="es-ES"/>
        </w:rPr>
        <w:t xml:space="preserve">,90 </w:t>
      </w:r>
      <w:r w:rsidRPr="00C20439">
        <w:rPr>
          <w:rFonts w:ascii="Arial" w:eastAsia="Times New Roman" w:hAnsi="Arial" w:cs="Arial"/>
          <w:bCs/>
          <w:lang w:val="ca-ES" w:eastAsia="es-ES"/>
        </w:rPr>
        <w:t>€</w:t>
      </w:r>
      <w:r w:rsidRPr="00C20439">
        <w:rPr>
          <w:rFonts w:ascii="Arial" w:eastAsia="Times New Roman" w:hAnsi="Arial" w:cs="Arial"/>
          <w:lang w:val="ca-ES" w:eastAsia="es-ES"/>
        </w:rPr>
        <w:t>, que es destinarà exclusivament a la realització de les activitats descrites</w:t>
      </w:r>
      <w:r w:rsidRPr="00361318">
        <w:rPr>
          <w:rFonts w:ascii="Arial" w:eastAsia="Times New Roman" w:hAnsi="Arial" w:cs="Arial"/>
          <w:lang w:val="ca-ES" w:eastAsia="es-ES"/>
        </w:rPr>
        <w:t xml:space="preserve"> en aquesta addenda. (accions apartat 6.3 de la subvenció)</w:t>
      </w:r>
    </w:p>
    <w:p w14:paraId="55B6A60C" w14:textId="77777777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5B0D037C" w14:textId="77777777" w:rsidR="00361318" w:rsidRPr="00361318" w:rsidRDefault="0078486D" w:rsidP="00361318">
      <w:pPr>
        <w:spacing w:after="0" w:line="240" w:lineRule="auto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pict w14:anchorId="29DA9556">
          <v:rect id="_x0000_i1026" style="width:0;height:1.5pt" o:hralign="center" o:hrstd="t" o:hr="t" fillcolor="#a0a0a0" stroked="f"/>
        </w:pict>
      </w:r>
    </w:p>
    <w:p w14:paraId="5298D19A" w14:textId="34C3D92E" w:rsidR="00217B04" w:rsidRDefault="00C20439" w:rsidP="00217B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>
        <w:rPr>
          <w:rFonts w:ascii="Arial" w:eastAsia="Times New Roman" w:hAnsi="Arial" w:cs="Arial"/>
          <w:b/>
          <w:bCs/>
          <w:lang w:val="ca-ES" w:eastAsia="es-ES"/>
        </w:rPr>
        <w:t>4</w:t>
      </w:r>
      <w:r w:rsidR="00361318" w:rsidRPr="00361318">
        <w:rPr>
          <w:rFonts w:ascii="Arial" w:eastAsia="Times New Roman" w:hAnsi="Arial" w:cs="Arial"/>
          <w:b/>
          <w:bCs/>
          <w:lang w:val="ca-ES" w:eastAsia="es-ES"/>
        </w:rPr>
        <w:t>. Resta de condicions</w:t>
      </w:r>
    </w:p>
    <w:p w14:paraId="7473519C" w14:textId="546F72ED" w:rsidR="00361318" w:rsidRPr="00217B04" w:rsidRDefault="00361318" w:rsidP="00217B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Es mantenen vigents totes les clàusules del conveni original, excepte aquelles que resultin modificades per aquesta addenda.</w:t>
      </w:r>
    </w:p>
    <w:p w14:paraId="070EC1F7" w14:textId="77777777" w:rsidR="00361318" w:rsidRPr="00361318" w:rsidRDefault="0078486D" w:rsidP="00361318">
      <w:pPr>
        <w:spacing w:after="0" w:line="240" w:lineRule="auto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pict w14:anchorId="419FC3EE">
          <v:rect id="_x0000_i1027" style="width:0;height:1.5pt" o:hralign="center" o:hrstd="t" o:hr="t" fillcolor="#a0a0a0" stroked="f"/>
        </w:pict>
      </w:r>
    </w:p>
    <w:p w14:paraId="7B8B2787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I en prova de conformitat, signen aquest acord en dues còpies originals.</w:t>
      </w:r>
    </w:p>
    <w:p w14:paraId="24785577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7736D9A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Campdevànol, 1 de juliol de 2025</w:t>
      </w:r>
    </w:p>
    <w:p w14:paraId="62408FB3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1D5AF4D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Per l’Ajuntament de Campdevànol</w:t>
      </w:r>
    </w:p>
    <w:p w14:paraId="5DB2FEAD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Sr. Oriol Lázaro Llovera</w:t>
      </w:r>
    </w:p>
    <w:p w14:paraId="36E12DA8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Alcalde de Campdevànol</w:t>
      </w:r>
    </w:p>
    <w:p w14:paraId="77A154B4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33B72F5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AB5D455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C9F849E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EAF73AC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BF551E5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Per l’Associació de Botiguers i Comerciants de Campdevànol</w:t>
      </w:r>
    </w:p>
    <w:p w14:paraId="1D5391D0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Sr. Gerard </w:t>
      </w:r>
      <w:proofErr w:type="spellStart"/>
      <w:r w:rsidRPr="00361318">
        <w:rPr>
          <w:rFonts w:ascii="Arial" w:hAnsi="Arial" w:cs="Arial"/>
          <w:lang w:val="ca-ES"/>
        </w:rPr>
        <w:t>Ahayk</w:t>
      </w:r>
      <w:proofErr w:type="spellEnd"/>
    </w:p>
    <w:p w14:paraId="2A0DA750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President</w:t>
      </w:r>
    </w:p>
    <w:p w14:paraId="6659BEE7" w14:textId="77777777" w:rsidR="00361318" w:rsidRPr="00361318" w:rsidRDefault="00361318" w:rsidP="00361318">
      <w:pPr>
        <w:rPr>
          <w:rFonts w:ascii="Arial" w:hAnsi="Arial" w:cs="Arial"/>
          <w:lang w:val="ca-ES"/>
        </w:rPr>
      </w:pPr>
    </w:p>
    <w:p w14:paraId="575D8931" w14:textId="77777777" w:rsidR="00361318" w:rsidRPr="00361318" w:rsidRDefault="00361318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BCC3832" w14:textId="2494A00C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4CCA394" w14:textId="69AC5FF2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4E9B86F" w14:textId="655534EB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0DBF6DD" w14:textId="619A2771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1E80BDD" w14:textId="6E1C1A1D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722BC0D" w14:textId="1A951FC2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5F01191" w14:textId="45DEDB71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19549E2" w14:textId="27400FB0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FA68955" w14:textId="12EF7D24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8A079D7" w14:textId="0F6EE39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C1D80A1" w14:textId="02DC6E7E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D878E9F" w14:textId="3477421B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E2FD635" w14:textId="6C39854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5BA95FC" w14:textId="1218D05F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CFE8EAC" w14:textId="2CB4453C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AD0E617" w14:textId="5B17CB48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ADE7B93" w14:textId="043777E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EFF363A" w14:textId="7FD02516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F2BAAE9" w14:textId="7948987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10DF5C1" w14:textId="3F99D5F0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BB13687" w14:textId="2885807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49DD0D0" w14:textId="556079E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131718D" w14:textId="7777777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05EA271" w14:textId="77777777" w:rsidR="008D2D80" w:rsidRPr="00361318" w:rsidRDefault="008D2D80">
      <w:pPr>
        <w:spacing w:after="0" w:line="240" w:lineRule="auto"/>
        <w:jc w:val="both"/>
        <w:rPr>
          <w:rFonts w:ascii="Arial" w:hAnsi="Arial" w:cs="Arial"/>
          <w:lang w:val="ca-ES"/>
        </w:rPr>
      </w:pPr>
    </w:p>
    <w:sectPr w:rsidR="008D2D80" w:rsidRPr="00361318" w:rsidSect="00FC763F">
      <w:pgSz w:w="12240" w:h="15840"/>
      <w:pgMar w:top="851" w:right="1800" w:bottom="851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0D91496"/>
    <w:multiLevelType w:val="hybridMultilevel"/>
    <w:tmpl w:val="F7C87B36"/>
    <w:lvl w:ilvl="0" w:tplc="4B9E43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530683C8">
      <w:numFmt w:val="bullet"/>
      <w:lvlText w:val="—"/>
      <w:lvlJc w:val="left"/>
      <w:pPr>
        <w:ind w:left="1440" w:hanging="360"/>
      </w:pPr>
      <w:rPr>
        <w:rFonts w:ascii="Arial" w:eastAsia="Verdana" w:hAnsi="Arial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05A37"/>
    <w:multiLevelType w:val="hybridMultilevel"/>
    <w:tmpl w:val="70A03152"/>
    <w:lvl w:ilvl="0" w:tplc="29AE41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4F39E1"/>
    <w:multiLevelType w:val="hybridMultilevel"/>
    <w:tmpl w:val="3572D4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D2B35"/>
    <w:multiLevelType w:val="hybridMultilevel"/>
    <w:tmpl w:val="3836B8B4"/>
    <w:lvl w:ilvl="0" w:tplc="4B9E43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674E97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1886"/>
    <w:rsid w:val="0015074B"/>
    <w:rsid w:val="00191D5A"/>
    <w:rsid w:val="001B2B07"/>
    <w:rsid w:val="00217B04"/>
    <w:rsid w:val="002822E4"/>
    <w:rsid w:val="0029639D"/>
    <w:rsid w:val="002C4D9F"/>
    <w:rsid w:val="00311A50"/>
    <w:rsid w:val="00326F90"/>
    <w:rsid w:val="00361318"/>
    <w:rsid w:val="00386FC4"/>
    <w:rsid w:val="003D7436"/>
    <w:rsid w:val="003D749C"/>
    <w:rsid w:val="00442CD2"/>
    <w:rsid w:val="004A39CF"/>
    <w:rsid w:val="005E63B2"/>
    <w:rsid w:val="006560AD"/>
    <w:rsid w:val="006B7C2A"/>
    <w:rsid w:val="0076037D"/>
    <w:rsid w:val="0078486D"/>
    <w:rsid w:val="008A7E8B"/>
    <w:rsid w:val="008C6EE5"/>
    <w:rsid w:val="008D2D80"/>
    <w:rsid w:val="0090595F"/>
    <w:rsid w:val="009666C4"/>
    <w:rsid w:val="009857FB"/>
    <w:rsid w:val="009C3191"/>
    <w:rsid w:val="00A1548C"/>
    <w:rsid w:val="00A17DD0"/>
    <w:rsid w:val="00A46C41"/>
    <w:rsid w:val="00AA1D8D"/>
    <w:rsid w:val="00AF3AB6"/>
    <w:rsid w:val="00B47730"/>
    <w:rsid w:val="00BE140F"/>
    <w:rsid w:val="00C20439"/>
    <w:rsid w:val="00CB0664"/>
    <w:rsid w:val="00D769A5"/>
    <w:rsid w:val="00E12E31"/>
    <w:rsid w:val="00E92846"/>
    <w:rsid w:val="00F85022"/>
    <w:rsid w:val="00F914B6"/>
    <w:rsid w:val="00FC693F"/>
    <w:rsid w:val="00FC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3428729"/>
  <w14:defaultImageDpi w14:val="300"/>
  <w15:docId w15:val="{19D4DEA9-8FA4-47A9-8CF1-5417FBC1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7B04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0">
    <w:name w:val="Normal_0"/>
    <w:rsid w:val="002822E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Default">
    <w:name w:val="Default"/>
    <w:rsid w:val="005E6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77349d8b-d9f1-40a5-bbed-78f4802e48a8" xsi:nil="true"/>
    <_activity xmlns="77349d8b-d9f1-40a5-bbed-78f4802e48a8" xsi:nil="true"/>
    <MigrationWizId xmlns="77349d8b-d9f1-40a5-bbed-78f4802e48a8" xsi:nil="true"/>
    <MigrationWizIdVersion xmlns="77349d8b-d9f1-40a5-bbed-78f4802e48a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4EBFB59A9B6C44BC35059807135BD4" ma:contentTypeVersion="15" ma:contentTypeDescription="Crea un document nou" ma:contentTypeScope="" ma:versionID="1d14814f2a0678b3fe1a69de45307557">
  <xsd:schema xmlns:xsd="http://www.w3.org/2001/XMLSchema" xmlns:xs="http://www.w3.org/2001/XMLSchema" xmlns:p="http://schemas.microsoft.com/office/2006/metadata/properties" xmlns:ns3="77349d8b-d9f1-40a5-bbed-78f4802e48a8" targetNamespace="http://schemas.microsoft.com/office/2006/metadata/properties" ma:root="true" ma:fieldsID="229c148a1c3e7f69164a333723adb039" ns3:_="">
    <xsd:import namespace="77349d8b-d9f1-40a5-bbed-78f4802e48a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igrationWizId" minOccurs="0"/>
                <xsd:element ref="ns3:MigrationWizIdPermissions" minOccurs="0"/>
                <xsd:element ref="ns3:MigrationWizId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349d8b-d9f1-40a5-bbed-78f4802e48a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igrationWizId" ma:index="20" nillable="true" ma:displayName="MigrationWizId" ma:internalName="MigrationWizId">
      <xsd:simpleType>
        <xsd:restriction base="dms:Text"/>
      </xsd:simpleType>
    </xsd:element>
    <xsd:element name="MigrationWizIdPermissions" ma:index="21" nillable="true" ma:displayName="MigrationWizIdPermissions" ma:internalName="MigrationWizIdPermissions">
      <xsd:simpleType>
        <xsd:restriction base="dms:Text"/>
      </xsd:simpleType>
    </xsd:element>
    <xsd:element name="MigrationWizIdVersion" ma:index="22" nillable="true" ma:displayName="MigrationWizIdVersion" ma:internalName="MigrationWizId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E927A6-F249-408B-9460-171A5FCBD2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F0B7EE-AC4A-48D1-9048-19B1CB61A7C6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77349d8b-d9f1-40a5-bbed-78f4802e48a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F4E0CF3-5D1A-4B53-837A-C398F29FE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349d8b-d9f1-40a5-bbed-78f4802e48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261448-010D-41EA-BCE7-4F92B18A4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2092</Words>
  <Characters>11507</Characters>
  <Application>Microsoft Office Word</Application>
  <DocSecurity>0</DocSecurity>
  <Lines>95</Lines>
  <Paragraphs>27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  <vt:variant>
        <vt:lpstr>Title</vt:lpstr>
      </vt:variant>
      <vt:variant>
        <vt:i4>1</vt:i4>
      </vt:variant>
    </vt:vector>
  </HeadingPairs>
  <TitlesOfParts>
    <vt:vector size="8" baseType="lpstr">
      <vt:lpstr/>
      <vt:lpstr>Acord de col laboració entre l’Associació de botiguers i comerciants de Campdevà</vt:lpstr>
      <vt:lpstr>        1. Objecte de l’addenda</vt:lpstr>
      <vt:lpstr>        2. Activitats previstes de l’apartat 6.3 de la subvenció del CCAM</vt:lpstr>
      <vt:lpstr>        3. Finançament</vt:lpstr>
      <vt:lpstr>        4. Resta de condicions</vt:lpstr>
      <vt:lpstr>        Es mantenen vigents totes les clàusules del conveni original, excepte aquelles q</vt:lpstr>
      <vt:lpstr/>
    </vt:vector>
  </TitlesOfParts>
  <Manager/>
  <Company/>
  <LinksUpToDate>false</LinksUpToDate>
  <CharactersWithSpaces>13572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Adjunt Secretaria</cp:lastModifiedBy>
  <cp:revision>2</cp:revision>
  <cp:lastPrinted>2025-07-22T11:12:00Z</cp:lastPrinted>
  <dcterms:created xsi:type="dcterms:W3CDTF">2025-11-21T10:05:00Z</dcterms:created>
  <dcterms:modified xsi:type="dcterms:W3CDTF">2025-11-21T10:05:00Z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0x010100BC4EBFB59A9B6C44BC35059807135BD4</vt:lpwstr>
  </property>
  <property fmtid="{D5CDD505-2E9C-101B-9397-08002B2CF9AE}" pid="3" name="MediaServiceImageTags">
    <vt:lpwstr/>
  </property>
</Properties>
</file>