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CAD60" w14:textId="605B5C41" w:rsidR="00EA6BB8" w:rsidRPr="00EA6BB8" w:rsidRDefault="00EA6BB8" w:rsidP="00EA6BB8">
      <w:pPr>
        <w:rPr>
          <w:lang w:val="es-ES"/>
        </w:rPr>
      </w:pPr>
      <w:r w:rsidRPr="00EA6BB8">
        <w:rPr>
          <w:b/>
          <w:bCs/>
          <w:lang w:val="es-ES"/>
        </w:rPr>
        <w:t>ANEXO I</w:t>
      </w:r>
      <w:r w:rsidRPr="00EA6BB8">
        <w:rPr>
          <w:b/>
          <w:bCs/>
          <w:lang w:val="es-ES"/>
        </w:rPr>
        <w:br/>
        <w:t>MINUTA DE CONVENIO DE SUBVENCIÓN NOMINATIVA A FAVOR DE LA AGRUPACIÓ</w:t>
      </w:r>
      <w:r>
        <w:rPr>
          <w:b/>
          <w:bCs/>
          <w:lang w:val="es-ES"/>
        </w:rPr>
        <w:t xml:space="preserve"> </w:t>
      </w:r>
      <w:r w:rsidRPr="00EA6BB8">
        <w:rPr>
          <w:b/>
          <w:bCs/>
          <w:lang w:val="es-ES"/>
        </w:rPr>
        <w:t>DE DEFENSA FORESTAL DE VANDELLÒS (ADF-056) PREVISTA EN EL PRESUPUESTO MUNICIPAL 2025 PARA MEJORAS EN EL PO</w:t>
      </w:r>
      <w:r>
        <w:rPr>
          <w:b/>
          <w:bCs/>
          <w:lang w:val="es-ES"/>
        </w:rPr>
        <w:t>U</w:t>
      </w:r>
      <w:r w:rsidRPr="00EA6BB8">
        <w:rPr>
          <w:b/>
          <w:bCs/>
          <w:lang w:val="es-ES"/>
        </w:rPr>
        <w:t xml:space="preserve"> DE L’ALZINA</w:t>
      </w:r>
    </w:p>
    <w:p w14:paraId="76743388" w14:textId="0B4A6BFB" w:rsidR="00EA6BB8" w:rsidRPr="00EA6BB8" w:rsidRDefault="00EA6BB8" w:rsidP="00EA6BB8">
      <w:pPr>
        <w:rPr>
          <w:lang w:val="es-ES"/>
        </w:rPr>
      </w:pPr>
      <w:proofErr w:type="spellStart"/>
      <w:r w:rsidRPr="00EA6BB8">
        <w:rPr>
          <w:lang w:val="es-ES"/>
        </w:rPr>
        <w:t>Vandellòs</w:t>
      </w:r>
      <w:proofErr w:type="spellEnd"/>
      <w:r w:rsidRPr="00EA6BB8">
        <w:rPr>
          <w:lang w:val="es-ES"/>
        </w:rPr>
        <w:t xml:space="preserve"> </w:t>
      </w:r>
      <w:r>
        <w:rPr>
          <w:lang w:val="es-ES"/>
        </w:rPr>
        <w:t>I</w:t>
      </w:r>
      <w:r w:rsidRPr="00EA6BB8">
        <w:rPr>
          <w:lang w:val="es-ES"/>
        </w:rPr>
        <w:t xml:space="preserve"> l’Hospitalet de </w:t>
      </w:r>
      <w:proofErr w:type="spellStart"/>
      <w:r w:rsidRPr="00EA6BB8">
        <w:rPr>
          <w:lang w:val="es-ES"/>
        </w:rPr>
        <w:t>l’Infant</w:t>
      </w:r>
      <w:proofErr w:type="spellEnd"/>
      <w:r w:rsidRPr="00EA6BB8">
        <w:rPr>
          <w:lang w:val="es-ES"/>
        </w:rPr>
        <w:t>, agosto 2025</w:t>
      </w:r>
    </w:p>
    <w:p w14:paraId="62E9EBAE" w14:textId="75B23A14" w:rsidR="00EA6BB8" w:rsidRPr="00EA6BB8" w:rsidRDefault="00EA6BB8" w:rsidP="00EA6BB8">
      <w:pPr>
        <w:rPr>
          <w:lang w:val="es-ES"/>
        </w:rPr>
      </w:pPr>
      <w:r w:rsidRPr="00EA6BB8">
        <w:rPr>
          <w:b/>
          <w:bCs/>
          <w:lang w:val="es-ES"/>
        </w:rPr>
        <w:t>REUNIDOS</w:t>
      </w:r>
      <w:r w:rsidRPr="00EA6BB8">
        <w:rPr>
          <w:lang w:val="es-ES"/>
        </w:rPr>
        <w:br/>
        <w:t xml:space="preserve">De una parte, la señora </w:t>
      </w:r>
      <w:proofErr w:type="spellStart"/>
      <w:r w:rsidRPr="00EA6BB8">
        <w:rPr>
          <w:lang w:val="es-ES"/>
        </w:rPr>
        <w:t>Assumpció</w:t>
      </w:r>
      <w:proofErr w:type="spellEnd"/>
      <w:r w:rsidRPr="00EA6BB8">
        <w:rPr>
          <w:lang w:val="es-ES"/>
        </w:rPr>
        <w:t xml:space="preserve"> Castellví </w:t>
      </w:r>
      <w:proofErr w:type="spellStart"/>
      <w:r w:rsidRPr="00EA6BB8">
        <w:rPr>
          <w:lang w:val="es-ES"/>
        </w:rPr>
        <w:t>Auví</w:t>
      </w:r>
      <w:proofErr w:type="spellEnd"/>
      <w:r w:rsidRPr="00EA6BB8">
        <w:rPr>
          <w:lang w:val="es-ES"/>
        </w:rPr>
        <w:t xml:space="preserve"> con NIF 39864814H, en calidad de alcaldesa del Ayuntamiento de </w:t>
      </w:r>
      <w:proofErr w:type="spellStart"/>
      <w:r w:rsidRPr="00EA6BB8">
        <w:rPr>
          <w:lang w:val="es-ES"/>
        </w:rPr>
        <w:t>Vandellòs</w:t>
      </w:r>
      <w:proofErr w:type="spellEnd"/>
      <w:r w:rsidRPr="00EA6BB8">
        <w:rPr>
          <w:lang w:val="es-ES"/>
        </w:rPr>
        <w:t xml:space="preserve"> </w:t>
      </w:r>
      <w:r>
        <w:rPr>
          <w:lang w:val="es-ES"/>
        </w:rPr>
        <w:t>I</w:t>
      </w:r>
      <w:r w:rsidRPr="00EA6BB8">
        <w:rPr>
          <w:lang w:val="es-ES"/>
        </w:rPr>
        <w:t xml:space="preserve"> l’Hospitalet de </w:t>
      </w:r>
      <w:proofErr w:type="spellStart"/>
      <w:r w:rsidRPr="00EA6BB8">
        <w:rPr>
          <w:lang w:val="es-ES"/>
        </w:rPr>
        <w:t>l’Infant</w:t>
      </w:r>
      <w:proofErr w:type="spellEnd"/>
      <w:r w:rsidRPr="00EA6BB8">
        <w:rPr>
          <w:lang w:val="es-ES"/>
        </w:rPr>
        <w:t>, facultada expresamente para este acto por acuerdo de Junta de Gobierno Local de ----------------2025.</w:t>
      </w:r>
      <w:r w:rsidRPr="00EA6BB8">
        <w:rPr>
          <w:lang w:val="es-ES"/>
        </w:rPr>
        <w:br/>
        <w:t xml:space="preserve">Y de la otra, el señor Genís Domènech Coll, mayor de edad, con NIF 39925567M, en calidad de presidente de la </w:t>
      </w:r>
      <w:proofErr w:type="spellStart"/>
      <w:r w:rsidRPr="00EA6BB8">
        <w:rPr>
          <w:lang w:val="es-ES"/>
        </w:rPr>
        <w:t>Agrupació</w:t>
      </w:r>
      <w:proofErr w:type="spellEnd"/>
      <w:r w:rsidRPr="00EA6BB8">
        <w:rPr>
          <w:lang w:val="es-ES"/>
        </w:rPr>
        <w:t xml:space="preserve"> de Defensa Forestal </w:t>
      </w:r>
      <w:proofErr w:type="spellStart"/>
      <w:r w:rsidRPr="00EA6BB8">
        <w:rPr>
          <w:lang w:val="es-ES"/>
        </w:rPr>
        <w:t>Vandellòs</w:t>
      </w:r>
      <w:proofErr w:type="spellEnd"/>
      <w:r w:rsidRPr="00EA6BB8">
        <w:rPr>
          <w:lang w:val="es-ES"/>
        </w:rPr>
        <w:t xml:space="preserve"> (ADF-056).</w:t>
      </w:r>
    </w:p>
    <w:p w14:paraId="4303550B" w14:textId="77777777" w:rsidR="00EA6BB8" w:rsidRPr="00EA6BB8" w:rsidRDefault="00EA6BB8" w:rsidP="00EA6BB8">
      <w:pPr>
        <w:rPr>
          <w:lang w:val="es-ES"/>
        </w:rPr>
      </w:pPr>
      <w:r w:rsidRPr="00EA6BB8">
        <w:rPr>
          <w:lang w:val="es-ES"/>
        </w:rPr>
        <w:t>Ambas partes se reconocen mutuamente la capacidad legal y necesaria para contratar y obligarse en consecuencia, de mutuo acuerdo,</w:t>
      </w:r>
    </w:p>
    <w:p w14:paraId="71E250DF" w14:textId="77777777" w:rsidR="00EA6BB8" w:rsidRPr="00EA6BB8" w:rsidRDefault="00EA6BB8" w:rsidP="00EA6BB8">
      <w:pPr>
        <w:rPr>
          <w:lang w:val="es-ES"/>
        </w:rPr>
      </w:pPr>
      <w:r w:rsidRPr="00EA6BB8">
        <w:rPr>
          <w:b/>
          <w:bCs/>
          <w:lang w:val="es-ES"/>
        </w:rPr>
        <w:t>MANIFIESTAN</w:t>
      </w:r>
    </w:p>
    <w:p w14:paraId="12457EF7" w14:textId="77777777" w:rsidR="00EA6BB8" w:rsidRPr="00EA6BB8" w:rsidRDefault="00EA6BB8" w:rsidP="00EA6BB8">
      <w:pPr>
        <w:numPr>
          <w:ilvl w:val="0"/>
          <w:numId w:val="10"/>
        </w:numPr>
        <w:rPr>
          <w:lang w:val="es-ES"/>
        </w:rPr>
      </w:pPr>
      <w:r w:rsidRPr="00EA6BB8">
        <w:rPr>
          <w:lang w:val="es-ES"/>
        </w:rPr>
        <w:t>Que el fomento y la administración de los intereses propios del municipio forman parte del núcleo competencial de los Ayuntamientos en virtud de lo dispuesto en los artículos 11 y 25 de la Ley 7/1985 de 2 de abril, reguladora de las bases de régimen local y el artículo 66 del Texto Refundido de la Ley municipal y de régimen local de Cataluña aprobado por Decreto Legislativo 2/2003, de 28 de abril.</w:t>
      </w:r>
    </w:p>
    <w:p w14:paraId="0F247844" w14:textId="77777777" w:rsidR="00EA6BB8" w:rsidRPr="00EA6BB8" w:rsidRDefault="00EA6BB8" w:rsidP="00EA6BB8">
      <w:pPr>
        <w:numPr>
          <w:ilvl w:val="0"/>
          <w:numId w:val="10"/>
        </w:numPr>
        <w:rPr>
          <w:lang w:val="es-ES"/>
        </w:rPr>
      </w:pPr>
      <w:r w:rsidRPr="00EA6BB8">
        <w:rPr>
          <w:lang w:val="es-ES"/>
        </w:rPr>
        <w:t>Visto que según dispone el artículo 28 de la Ley General de Subvenciones 38/2003, de 17 de noviembre, la resolución de la concesión y en su caso, los convenios a través de los cuales se canalicen dichas subvenciones establecerán las condiciones y compromisos aplicables de conformidad con lo dispuesto en la Ley.</w:t>
      </w:r>
    </w:p>
    <w:p w14:paraId="05267477" w14:textId="77777777" w:rsidR="00EA6BB8" w:rsidRPr="00EA6BB8" w:rsidRDefault="00EA6BB8" w:rsidP="00EA6BB8">
      <w:pPr>
        <w:numPr>
          <w:ilvl w:val="0"/>
          <w:numId w:val="10"/>
        </w:numPr>
        <w:rPr>
          <w:lang w:val="es-ES"/>
        </w:rPr>
      </w:pPr>
      <w:r w:rsidRPr="00EA6BB8">
        <w:rPr>
          <w:lang w:val="es-ES"/>
        </w:rPr>
        <w:t>Que los convenios constituyen el instrumento habitual para canalizar las subvenciones previstas en los presupuestos de las corporaciones locales, de acuerdo con lo dispuesto en los artículos 22.2 a) y 28.1 de la Ley 38/2003, de 17 de noviembre, General de Subvenciones, y el artículo 65.3 del RD 887/2006, de 21 de julio, Reglamento de la Ley.</w:t>
      </w:r>
    </w:p>
    <w:p w14:paraId="2F4EAFB4" w14:textId="0983C7CC" w:rsidR="00EA6BB8" w:rsidRPr="00EA6BB8" w:rsidRDefault="00EA6BB8" w:rsidP="00EA6BB8">
      <w:pPr>
        <w:numPr>
          <w:ilvl w:val="0"/>
          <w:numId w:val="10"/>
        </w:numPr>
        <w:rPr>
          <w:lang w:val="es-ES"/>
        </w:rPr>
      </w:pPr>
      <w:r w:rsidRPr="00EA6BB8">
        <w:rPr>
          <w:lang w:val="es-ES"/>
        </w:rPr>
        <w:t xml:space="preserve">Que el Ayuntamiento de </w:t>
      </w:r>
      <w:proofErr w:type="spellStart"/>
      <w:r w:rsidRPr="00EA6BB8">
        <w:rPr>
          <w:lang w:val="es-ES"/>
        </w:rPr>
        <w:t>Vandellòs</w:t>
      </w:r>
      <w:proofErr w:type="spellEnd"/>
      <w:r w:rsidRPr="00EA6BB8">
        <w:rPr>
          <w:lang w:val="es-ES"/>
        </w:rPr>
        <w:t xml:space="preserve"> </w:t>
      </w:r>
      <w:r>
        <w:rPr>
          <w:lang w:val="es-ES"/>
        </w:rPr>
        <w:t>i</w:t>
      </w:r>
      <w:r w:rsidRPr="00EA6BB8">
        <w:rPr>
          <w:lang w:val="es-ES"/>
        </w:rPr>
        <w:t xml:space="preserve"> l’Hospitalet de </w:t>
      </w:r>
      <w:proofErr w:type="spellStart"/>
      <w:r w:rsidRPr="00EA6BB8">
        <w:rPr>
          <w:lang w:val="es-ES"/>
        </w:rPr>
        <w:t>l’Infant</w:t>
      </w:r>
      <w:proofErr w:type="spellEnd"/>
      <w:r w:rsidRPr="00EA6BB8">
        <w:rPr>
          <w:lang w:val="es-ES"/>
        </w:rPr>
        <w:t xml:space="preserve"> ha aprobado otorgar una subvención prevista nominativamente en el Presupuesto Municipal de 2025 a la ADF </w:t>
      </w:r>
      <w:proofErr w:type="spellStart"/>
      <w:r w:rsidRPr="00EA6BB8">
        <w:rPr>
          <w:lang w:val="es-ES"/>
        </w:rPr>
        <w:t>Vandellòs</w:t>
      </w:r>
      <w:proofErr w:type="spellEnd"/>
      <w:r w:rsidRPr="00EA6BB8">
        <w:rPr>
          <w:lang w:val="es-ES"/>
        </w:rPr>
        <w:t xml:space="preserve"> para la reparación y mejora de la bomba del </w:t>
      </w:r>
      <w:proofErr w:type="spellStart"/>
      <w:r w:rsidRPr="00EA6BB8">
        <w:rPr>
          <w:lang w:val="es-ES"/>
        </w:rPr>
        <w:t>po</w:t>
      </w:r>
      <w:r>
        <w:rPr>
          <w:lang w:val="es-ES"/>
        </w:rPr>
        <w:t>U</w:t>
      </w:r>
      <w:proofErr w:type="spellEnd"/>
      <w:r w:rsidRPr="00EA6BB8">
        <w:rPr>
          <w:lang w:val="es-ES"/>
        </w:rPr>
        <w:t xml:space="preserve"> de </w:t>
      </w:r>
      <w:proofErr w:type="spellStart"/>
      <w:r w:rsidRPr="00EA6BB8">
        <w:rPr>
          <w:lang w:val="es-ES"/>
        </w:rPr>
        <w:t>l’Alzina</w:t>
      </w:r>
      <w:proofErr w:type="spellEnd"/>
      <w:r w:rsidRPr="00EA6BB8">
        <w:rPr>
          <w:lang w:val="es-ES"/>
        </w:rPr>
        <w:t xml:space="preserve"> por importe de 854,37 €, para dar cumplimiento al convenio firmado entre la Comunidad de Regantes Joan Sabaté y el Ayuntamiento de </w:t>
      </w:r>
      <w:proofErr w:type="spellStart"/>
      <w:r w:rsidRPr="00EA6BB8">
        <w:rPr>
          <w:lang w:val="es-ES"/>
        </w:rPr>
        <w:t>Vandellòs</w:t>
      </w:r>
      <w:proofErr w:type="spellEnd"/>
      <w:r w:rsidRPr="00EA6BB8">
        <w:rPr>
          <w:lang w:val="es-ES"/>
        </w:rPr>
        <w:t xml:space="preserve"> </w:t>
      </w:r>
      <w:r>
        <w:rPr>
          <w:lang w:val="es-ES"/>
        </w:rPr>
        <w:t>i</w:t>
      </w:r>
      <w:r w:rsidRPr="00EA6BB8">
        <w:rPr>
          <w:lang w:val="es-ES"/>
        </w:rPr>
        <w:t xml:space="preserve"> l’Hospitalet de </w:t>
      </w:r>
      <w:proofErr w:type="spellStart"/>
      <w:r w:rsidRPr="00EA6BB8">
        <w:rPr>
          <w:lang w:val="es-ES"/>
        </w:rPr>
        <w:t>l’Infant</w:t>
      </w:r>
      <w:proofErr w:type="spellEnd"/>
      <w:r w:rsidRPr="00EA6BB8">
        <w:rPr>
          <w:lang w:val="es-ES"/>
        </w:rPr>
        <w:t xml:space="preserve"> (expediente 3863/2017). Concretamente, en el punto octavo de dicho convenio se especifica, sobre el régimen de financiación, que la comunidad de regantes será quien pague el agua a la ACA, así como las reparaciones y los trabajos de mantenimiento realizados en los bienes e instalaciones, previa autorización del Ayuntamiento. La parte correspondiente a la balsa de la ADF será asumida </w:t>
      </w:r>
      <w:r w:rsidRPr="00EA6BB8">
        <w:rPr>
          <w:lang w:val="es-ES"/>
        </w:rPr>
        <w:lastRenderedPageBreak/>
        <w:t>directamente por el Ayuntamiento, una vez la comunidad haya dividido los gastos entre sus socios y comunique al Ayuntamiento la parte correspondiente a la ADF. De los últimos trabajos de reparación realizados en el Po</w:t>
      </w:r>
      <w:r>
        <w:rPr>
          <w:lang w:val="es-ES"/>
        </w:rPr>
        <w:t>u</w:t>
      </w:r>
      <w:r w:rsidRPr="00EA6BB8">
        <w:rPr>
          <w:lang w:val="es-ES"/>
        </w:rPr>
        <w:t xml:space="preserve"> de </w:t>
      </w:r>
      <w:proofErr w:type="spellStart"/>
      <w:r w:rsidRPr="00EA6BB8">
        <w:rPr>
          <w:lang w:val="es-ES"/>
        </w:rPr>
        <w:t>l’Alzina</w:t>
      </w:r>
      <w:proofErr w:type="spellEnd"/>
      <w:r w:rsidRPr="00EA6BB8">
        <w:rPr>
          <w:lang w:val="es-ES"/>
        </w:rPr>
        <w:t xml:space="preserve"> corresponde a la ADF la parte proporcional de 854,37 €. Dicha reparación fue aprobada por Junta de Gobierno Local de 29 de mayo de 2025 (expediente 875/2025). En concreto, para asumir el gasto correspondiente a la ADF en la reparación mencionada del pozo de </w:t>
      </w:r>
      <w:proofErr w:type="spellStart"/>
      <w:r w:rsidRPr="00EA6BB8">
        <w:rPr>
          <w:lang w:val="es-ES"/>
        </w:rPr>
        <w:t>l’Alzina</w:t>
      </w:r>
      <w:proofErr w:type="spellEnd"/>
      <w:r w:rsidRPr="00EA6BB8">
        <w:rPr>
          <w:lang w:val="es-ES"/>
        </w:rPr>
        <w:t>, tal y como se especifica en el convenio entre la Comunidad y el Ayuntamiento, el presente convenio financia los mencionados 854,37 €.</w:t>
      </w:r>
    </w:p>
    <w:p w14:paraId="78B76840" w14:textId="77777777" w:rsidR="00EA6BB8" w:rsidRPr="00EA6BB8" w:rsidRDefault="00EA6BB8" w:rsidP="00EA6BB8">
      <w:pPr>
        <w:rPr>
          <w:lang w:val="es-ES"/>
        </w:rPr>
      </w:pPr>
      <w:r w:rsidRPr="00EA6BB8">
        <w:rPr>
          <w:lang w:val="es-ES"/>
        </w:rPr>
        <w:t>Por todo ello, ambas partes, de común acuerdo, formalizan este convenio con sujeción a las siguientes:</w:t>
      </w:r>
    </w:p>
    <w:p w14:paraId="2F27539D" w14:textId="49140DB0" w:rsidR="00EA6BB8" w:rsidRPr="00EA6BB8" w:rsidRDefault="00EA6BB8" w:rsidP="00EA6BB8">
      <w:pPr>
        <w:rPr>
          <w:lang w:val="es-ES"/>
        </w:rPr>
      </w:pPr>
      <w:r w:rsidRPr="00EA6BB8">
        <w:rPr>
          <w:b/>
          <w:bCs/>
          <w:lang w:val="es-ES"/>
        </w:rPr>
        <w:t>CLÁUSULAS</w:t>
      </w:r>
      <w:r w:rsidRPr="00EA6BB8">
        <w:rPr>
          <w:lang w:val="es-ES"/>
        </w:rPr>
        <w:br/>
      </w:r>
      <w:r w:rsidRPr="00EA6BB8">
        <w:rPr>
          <w:b/>
          <w:bCs/>
          <w:lang w:val="es-ES"/>
        </w:rPr>
        <w:t>Primera.-</w:t>
      </w:r>
      <w:r w:rsidRPr="00EA6BB8">
        <w:rPr>
          <w:lang w:val="es-ES"/>
        </w:rPr>
        <w:t xml:space="preserve"> El objeto de la subvención se aplica para las actuaciones de reparación y mejora de la bomba del Po</w:t>
      </w:r>
      <w:r>
        <w:rPr>
          <w:lang w:val="es-ES"/>
        </w:rPr>
        <w:t>u</w:t>
      </w:r>
      <w:r w:rsidRPr="00EA6BB8">
        <w:rPr>
          <w:lang w:val="es-ES"/>
        </w:rPr>
        <w:t xml:space="preserve"> de </w:t>
      </w:r>
      <w:proofErr w:type="spellStart"/>
      <w:r w:rsidRPr="00EA6BB8">
        <w:rPr>
          <w:lang w:val="es-ES"/>
        </w:rPr>
        <w:t>l’Alzina</w:t>
      </w:r>
      <w:proofErr w:type="spellEnd"/>
      <w:r w:rsidRPr="00EA6BB8">
        <w:rPr>
          <w:lang w:val="es-ES"/>
        </w:rPr>
        <w:t>.</w:t>
      </w:r>
      <w:r w:rsidRPr="00EA6BB8">
        <w:rPr>
          <w:lang w:val="es-ES"/>
        </w:rPr>
        <w:br/>
      </w:r>
      <w:r w:rsidRPr="00EA6BB8">
        <w:rPr>
          <w:b/>
          <w:bCs/>
          <w:lang w:val="es-ES"/>
        </w:rPr>
        <w:t>Segunda.-</w:t>
      </w:r>
      <w:r w:rsidRPr="00EA6BB8">
        <w:rPr>
          <w:lang w:val="es-ES"/>
        </w:rPr>
        <w:t xml:space="preserve"> Los gastos inherentes al otorgamiento de la subvención mencionada se imputarán a la aplicación presupuestaria 2025-18-1721-48007 / 1721-4 subvención ADF (regantes P</w:t>
      </w:r>
      <w:r>
        <w:rPr>
          <w:lang w:val="es-ES"/>
        </w:rPr>
        <w:t>ou</w:t>
      </w:r>
      <w:r w:rsidRPr="00EA6BB8">
        <w:rPr>
          <w:lang w:val="es-ES"/>
        </w:rPr>
        <w:t xml:space="preserve"> de </w:t>
      </w:r>
      <w:proofErr w:type="spellStart"/>
      <w:r w:rsidRPr="00EA6BB8">
        <w:rPr>
          <w:lang w:val="es-ES"/>
        </w:rPr>
        <w:t>l’Alzina</w:t>
      </w:r>
      <w:proofErr w:type="spellEnd"/>
      <w:r w:rsidRPr="00EA6BB8">
        <w:rPr>
          <w:lang w:val="es-ES"/>
        </w:rPr>
        <w:t>).</w:t>
      </w:r>
      <w:r w:rsidRPr="00EA6BB8">
        <w:rPr>
          <w:lang w:val="es-ES"/>
        </w:rPr>
        <w:br/>
      </w:r>
      <w:r w:rsidRPr="00EA6BB8">
        <w:rPr>
          <w:b/>
          <w:bCs/>
          <w:lang w:val="es-ES"/>
        </w:rPr>
        <w:t>Tercera.-</w:t>
      </w:r>
      <w:r w:rsidRPr="00EA6BB8">
        <w:rPr>
          <w:lang w:val="es-ES"/>
        </w:rPr>
        <w:t xml:space="preserve"> Se entenderá aceptada la subvención desde el momento en que la parte beneficiaria firme la minuta del convenio.</w:t>
      </w:r>
      <w:r w:rsidRPr="00EA6BB8">
        <w:rPr>
          <w:lang w:val="es-ES"/>
        </w:rPr>
        <w:br/>
      </w:r>
      <w:r w:rsidRPr="00EA6BB8">
        <w:rPr>
          <w:b/>
          <w:bCs/>
          <w:lang w:val="es-ES"/>
        </w:rPr>
        <w:t>Cuarta.-</w:t>
      </w:r>
      <w:r w:rsidRPr="00EA6BB8">
        <w:rPr>
          <w:lang w:val="es-ES"/>
        </w:rPr>
        <w:t xml:space="preserve"> La subvención va destinada a financiar los gastos de reparación y mejora de la bomba del </w:t>
      </w:r>
      <w:proofErr w:type="spellStart"/>
      <w:r w:rsidRPr="00EA6BB8">
        <w:rPr>
          <w:lang w:val="es-ES"/>
        </w:rPr>
        <w:t>p</w:t>
      </w:r>
      <w:r>
        <w:rPr>
          <w:lang w:val="es-ES"/>
        </w:rPr>
        <w:t>ou</w:t>
      </w:r>
      <w:proofErr w:type="spellEnd"/>
      <w:r w:rsidRPr="00EA6BB8">
        <w:rPr>
          <w:lang w:val="es-ES"/>
        </w:rPr>
        <w:t xml:space="preserve"> de </w:t>
      </w:r>
      <w:proofErr w:type="spellStart"/>
      <w:r w:rsidRPr="00EA6BB8">
        <w:rPr>
          <w:lang w:val="es-ES"/>
        </w:rPr>
        <w:t>l’Alzina</w:t>
      </w:r>
      <w:proofErr w:type="spellEnd"/>
      <w:r w:rsidRPr="00EA6BB8">
        <w:rPr>
          <w:lang w:val="es-ES"/>
        </w:rPr>
        <w:t xml:space="preserve"> por importe de 854,37 €.</w:t>
      </w:r>
      <w:r w:rsidRPr="00EA6BB8">
        <w:rPr>
          <w:lang w:val="es-ES"/>
        </w:rPr>
        <w:br/>
      </w:r>
      <w:r w:rsidRPr="00EA6BB8">
        <w:rPr>
          <w:b/>
          <w:bCs/>
          <w:lang w:val="es-ES"/>
        </w:rPr>
        <w:t>Quinta.-</w:t>
      </w:r>
      <w:r w:rsidRPr="00EA6BB8">
        <w:rPr>
          <w:lang w:val="es-ES"/>
        </w:rPr>
        <w:t xml:space="preserve"> Se otorgará un anticipo del 100% del importe de la subvención prevista por importe de 854,37 €. A estos efectos, deberá incorporarse al expediente que se tramite para el pago total o parcial de la subvención, la certificación expedida por el órgano encargado del seguimiento de la subvención (en este caso, el departamento de Medio Ambiente municipal), en la que quede de manifiesto:</w:t>
      </w:r>
      <w:r w:rsidRPr="00EA6BB8">
        <w:rPr>
          <w:lang w:val="es-ES"/>
        </w:rPr>
        <w:br/>
        <w:t>a) que no ha sido dictada resolución declarativa de la procedencia del reintegro de la subvención o de la pérdida del derecho al cobro de la misma por alguna de las causas que prevé el artículo 37 de la Ley General de Subvenciones;</w:t>
      </w:r>
      <w:r w:rsidRPr="00EA6BB8">
        <w:rPr>
          <w:lang w:val="es-ES"/>
        </w:rPr>
        <w:br/>
        <w:t>b) que no ha sido acordada por el órgano concedente de la subvención, como medida cautelar, la retención de los libramientos de pago o de las cantidades pendientes de abonar al beneficiario o entidad colaboradora, referidos a la misma subvención.</w:t>
      </w:r>
      <w:r w:rsidRPr="00EA6BB8">
        <w:rPr>
          <w:lang w:val="es-ES"/>
        </w:rPr>
        <w:br/>
      </w:r>
      <w:r w:rsidRPr="00EA6BB8">
        <w:rPr>
          <w:b/>
          <w:bCs/>
          <w:lang w:val="es-ES"/>
        </w:rPr>
        <w:t>Sexta.-</w:t>
      </w:r>
      <w:r w:rsidRPr="00EA6BB8">
        <w:rPr>
          <w:lang w:val="es-ES"/>
        </w:rPr>
        <w:t xml:space="preserve"> El beneficiario deberá justificar la realización de la actividad subvencionada antes del 30 de abril de 2026, presentando al Ayuntamiento facturas con todos los requisitos legalmente establecidos o copia autenticada de estas, por los importes y conceptos correspondientes a los gastos efectivamente realizados en las actividades o programas subvencionados, justificantes de pago, junto con una descripción de las actividades que han motivado dichos gastos.</w:t>
      </w:r>
      <w:r w:rsidRPr="00EA6BB8">
        <w:rPr>
          <w:lang w:val="es-ES"/>
        </w:rPr>
        <w:br/>
        <w:t>La no justificación de las ayudas comportará que el ente que la ha recibido la reintegre en su totalidad. De la misma manera se procederá al reintegro, constatado el exceso obtenido sobre el coste de la actividad subvencionada.</w:t>
      </w:r>
      <w:r w:rsidRPr="00EA6BB8">
        <w:rPr>
          <w:lang w:val="es-ES"/>
        </w:rPr>
        <w:br/>
      </w:r>
      <w:proofErr w:type="gramStart"/>
      <w:r w:rsidRPr="00EA6BB8">
        <w:rPr>
          <w:b/>
          <w:bCs/>
          <w:lang w:val="es-ES"/>
        </w:rPr>
        <w:t>Séptima.-</w:t>
      </w:r>
      <w:proofErr w:type="gramEnd"/>
      <w:r w:rsidRPr="00EA6BB8">
        <w:rPr>
          <w:lang w:val="es-ES"/>
        </w:rPr>
        <w:t xml:space="preserve"> Las subvenciones otorgadas son compatibles con otras ayudas de entidades públicas o privadas o de particulares, pero en ningún caso estas más el importe de la </w:t>
      </w:r>
      <w:r w:rsidRPr="00EA6BB8">
        <w:rPr>
          <w:lang w:val="es-ES"/>
        </w:rPr>
        <w:lastRenderedPageBreak/>
        <w:t>subvención otorgada por el Ayuntamiento pueden superar el coste de la actividad. Los beneficiarios de la subvención están obligados a poner en conocimiento del Ayuntamiento todas las ayudas que reciban para las actividades subvencionadas.</w:t>
      </w:r>
      <w:r w:rsidRPr="00EA6BB8">
        <w:rPr>
          <w:lang w:val="es-ES"/>
        </w:rPr>
        <w:br/>
      </w:r>
      <w:proofErr w:type="gramStart"/>
      <w:r w:rsidRPr="00EA6BB8">
        <w:rPr>
          <w:b/>
          <w:bCs/>
          <w:lang w:val="es-ES"/>
        </w:rPr>
        <w:t>Octava.-</w:t>
      </w:r>
      <w:proofErr w:type="gramEnd"/>
      <w:r w:rsidRPr="00EA6BB8">
        <w:rPr>
          <w:lang w:val="es-ES"/>
        </w:rPr>
        <w:t xml:space="preserve"> En todo lo no previsto en este convenio, se estará a lo que establece el RD 887/2006 de 21 de julio y la Ley 38/2003, de 17 de noviembre, General de Subvenciones.</w:t>
      </w:r>
    </w:p>
    <w:p w14:paraId="12BF8B53" w14:textId="77777777" w:rsidR="00EA6BB8" w:rsidRPr="00EA6BB8" w:rsidRDefault="00EA6BB8" w:rsidP="00EA6BB8">
      <w:pPr>
        <w:rPr>
          <w:lang w:val="es-ES"/>
        </w:rPr>
      </w:pPr>
      <w:r w:rsidRPr="00EA6BB8">
        <w:rPr>
          <w:lang w:val="es-ES"/>
        </w:rPr>
        <w:t>Y para que así conste, y a los efectos legales oportunos, ambas partes en prueba de conformidad firman este convenio por duplicado y a un solo efecto en el lugar y la fecha indicados arriba.</w:t>
      </w:r>
    </w:p>
    <w:p w14:paraId="5950A819" w14:textId="140EB934" w:rsidR="00EA6BB8" w:rsidRPr="00EA6BB8" w:rsidRDefault="00EA6BB8" w:rsidP="00EA6BB8">
      <w:pPr>
        <w:rPr>
          <w:lang w:val="es-ES"/>
        </w:rPr>
      </w:pPr>
      <w:r w:rsidRPr="00EA6BB8">
        <w:rPr>
          <w:lang w:val="es-ES"/>
        </w:rPr>
        <w:t xml:space="preserve">La Alcaldesa </w:t>
      </w:r>
      <w:r>
        <w:rPr>
          <w:lang w:val="es-ES"/>
        </w:rPr>
        <w:t xml:space="preserve">                                                                                     </w:t>
      </w:r>
      <w:r w:rsidRPr="00EA6BB8">
        <w:rPr>
          <w:lang w:val="es-ES"/>
        </w:rPr>
        <w:t>El presidente de la ADF</w:t>
      </w:r>
      <w:r w:rsidRPr="00EA6BB8">
        <w:rPr>
          <w:lang w:val="es-ES"/>
        </w:rPr>
        <w:br/>
      </w:r>
      <w:proofErr w:type="spellStart"/>
      <w:r w:rsidRPr="00EA6BB8">
        <w:rPr>
          <w:lang w:val="es-ES"/>
        </w:rPr>
        <w:t>Assumpció</w:t>
      </w:r>
      <w:proofErr w:type="spellEnd"/>
      <w:r w:rsidRPr="00EA6BB8">
        <w:rPr>
          <w:lang w:val="es-ES"/>
        </w:rPr>
        <w:t xml:space="preserve"> Castellví </w:t>
      </w:r>
      <w:proofErr w:type="spellStart"/>
      <w:r w:rsidRPr="00EA6BB8">
        <w:rPr>
          <w:lang w:val="es-ES"/>
        </w:rPr>
        <w:t>Auví</w:t>
      </w:r>
      <w:proofErr w:type="spellEnd"/>
      <w:r w:rsidRPr="00EA6BB8">
        <w:rPr>
          <w:lang w:val="es-ES"/>
        </w:rPr>
        <w:t xml:space="preserve"> </w:t>
      </w:r>
      <w:r>
        <w:rPr>
          <w:lang w:val="es-ES"/>
        </w:rPr>
        <w:t xml:space="preserve">                                                             </w:t>
      </w:r>
      <w:r w:rsidRPr="00EA6BB8">
        <w:rPr>
          <w:lang w:val="es-ES"/>
        </w:rPr>
        <w:t>Genís Domènech Coll</w:t>
      </w:r>
    </w:p>
    <w:p w14:paraId="6C538AA6" w14:textId="77777777" w:rsidR="005938A4" w:rsidRPr="00EA6BB8" w:rsidRDefault="005938A4" w:rsidP="00EA6BB8">
      <w:pPr>
        <w:rPr>
          <w:lang w:val="es-ES"/>
        </w:rPr>
      </w:pPr>
    </w:p>
    <w:sectPr w:rsidR="005938A4" w:rsidRPr="00EA6BB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540C132E"/>
    <w:multiLevelType w:val="multilevel"/>
    <w:tmpl w:val="18946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7027860">
    <w:abstractNumId w:val="8"/>
  </w:num>
  <w:num w:numId="2" w16cid:durableId="1003169436">
    <w:abstractNumId w:val="6"/>
  </w:num>
  <w:num w:numId="3" w16cid:durableId="193808454">
    <w:abstractNumId w:val="5"/>
  </w:num>
  <w:num w:numId="4" w16cid:durableId="2060546236">
    <w:abstractNumId w:val="4"/>
  </w:num>
  <w:num w:numId="5" w16cid:durableId="635331631">
    <w:abstractNumId w:val="7"/>
  </w:num>
  <w:num w:numId="6" w16cid:durableId="1852260809">
    <w:abstractNumId w:val="3"/>
  </w:num>
  <w:num w:numId="7" w16cid:durableId="1503277542">
    <w:abstractNumId w:val="2"/>
  </w:num>
  <w:num w:numId="8" w16cid:durableId="1017536923">
    <w:abstractNumId w:val="1"/>
  </w:num>
  <w:num w:numId="9" w16cid:durableId="2088527287">
    <w:abstractNumId w:val="0"/>
  </w:num>
  <w:num w:numId="10" w16cid:durableId="1354631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4343"/>
    <w:rsid w:val="0029639D"/>
    <w:rsid w:val="00326F90"/>
    <w:rsid w:val="005938A4"/>
    <w:rsid w:val="00AA1D8D"/>
    <w:rsid w:val="00B47730"/>
    <w:rsid w:val="00CB0664"/>
    <w:rsid w:val="00EA6BB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2FCA11"/>
  <w14:defaultImageDpi w14:val="300"/>
  <w15:docId w15:val="{78CA7CA3-FDFF-49FC-9210-D4C7B3D5D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1006</Words>
  <Characters>5537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Arnau Sabaté</cp:lastModifiedBy>
  <cp:revision>2</cp:revision>
  <dcterms:created xsi:type="dcterms:W3CDTF">2025-09-30T06:43:00Z</dcterms:created>
  <dcterms:modified xsi:type="dcterms:W3CDTF">2025-09-30T06:43:00Z</dcterms:modified>
  <cp:category/>
</cp:coreProperties>
</file>