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547EC" w14:textId="76995071" w:rsidR="00BE21A1" w:rsidRPr="00513B03" w:rsidRDefault="00000000" w:rsidP="00BE21A1">
      <w:pPr>
        <w:rPr>
          <w:rFonts w:ascii="Arial" w:hAnsi="Arial" w:cs="Arial"/>
          <w:sz w:val="24"/>
          <w:szCs w:val="24"/>
          <w:lang w:val="es-ES"/>
        </w:rPr>
      </w:pPr>
      <w:r w:rsidRPr="00513B03">
        <w:rPr>
          <w:rFonts w:ascii="Arial" w:hAnsi="Arial" w:cs="Arial"/>
          <w:sz w:val="24"/>
          <w:szCs w:val="24"/>
          <w:lang w:val="es-ES"/>
        </w:rPr>
        <w:br/>
      </w:r>
      <w:bookmarkStart w:id="0" w:name="_Hlk208834650"/>
      <w:r w:rsidRPr="00513B03">
        <w:rPr>
          <w:rFonts w:ascii="Arial" w:hAnsi="Arial" w:cs="Arial"/>
          <w:b/>
          <w:bCs/>
          <w:sz w:val="24"/>
          <w:szCs w:val="24"/>
          <w:lang w:val="es-ES"/>
        </w:rPr>
        <w:t>CONVOCATORIA DE SUBVENCIONES PARA ESTUDIOS POSTOBLIGATORIOS DE ALUMNOS MENORES DE VEINTICINCO AÑOS, EN RÉGIMEN DE CONCURRENCIA NO COMPETITIVA DEL MUNICIPIO DE EL FAR D’EMPORDÀ, AÑO 2025.</w:t>
      </w:r>
      <w:r w:rsidRPr="00513B03">
        <w:rPr>
          <w:rFonts w:ascii="Arial" w:hAnsi="Arial" w:cs="Arial"/>
          <w:b/>
          <w:bCs/>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1. Bases reguladoras</w:t>
      </w:r>
      <w:r w:rsidRPr="00513B03">
        <w:rPr>
          <w:rFonts w:ascii="Arial" w:hAnsi="Arial" w:cs="Arial"/>
          <w:b/>
          <w:bCs/>
          <w:sz w:val="24"/>
          <w:szCs w:val="24"/>
          <w:lang w:val="es-ES"/>
        </w:rPr>
        <w:br/>
      </w:r>
      <w:r w:rsidRPr="00513B03">
        <w:rPr>
          <w:rFonts w:ascii="Arial" w:hAnsi="Arial" w:cs="Arial"/>
          <w:sz w:val="24"/>
          <w:szCs w:val="24"/>
          <w:lang w:val="es-ES"/>
        </w:rPr>
        <w:br/>
        <w:t xml:space="preserve">Por acuerdo de Pleno de 3 de julio de 2025 fue aprobada la ordenanza reguladora de la concesión de </w:t>
      </w:r>
      <w:r w:rsidR="00DE72A3">
        <w:rPr>
          <w:rFonts w:ascii="Arial" w:hAnsi="Arial" w:cs="Arial"/>
          <w:sz w:val="24"/>
          <w:szCs w:val="24"/>
          <w:lang w:val="es-ES"/>
        </w:rPr>
        <w:t xml:space="preserve">para estudios postobligatorios de alumnos menores de veinticinco años, en </w:t>
      </w:r>
      <w:proofErr w:type="spellStart"/>
      <w:r w:rsidR="00DE72A3">
        <w:rPr>
          <w:rFonts w:ascii="Arial" w:hAnsi="Arial" w:cs="Arial"/>
          <w:sz w:val="24"/>
          <w:szCs w:val="24"/>
          <w:lang w:val="es-ES"/>
        </w:rPr>
        <w:t>régim</w:t>
      </w:r>
      <w:proofErr w:type="spellEnd"/>
      <w:r w:rsidR="00DE72A3">
        <w:rPr>
          <w:rFonts w:ascii="Arial" w:hAnsi="Arial" w:cs="Arial"/>
          <w:sz w:val="24"/>
          <w:szCs w:val="24"/>
          <w:lang w:val="es-ES"/>
        </w:rPr>
        <w:t xml:space="preserve"> de concurrencia no competitiva</w:t>
      </w:r>
      <w:r w:rsidRPr="00513B03">
        <w:rPr>
          <w:rFonts w:ascii="Arial" w:hAnsi="Arial" w:cs="Arial"/>
          <w:sz w:val="24"/>
          <w:szCs w:val="24"/>
          <w:lang w:val="es-ES"/>
        </w:rPr>
        <w:t xml:space="preserve"> de El Far d’Empordà, publicada en el BOP de la provincia de Girona 174 del 12 de septiembre de 2025.</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2. Beneficiarios</w:t>
      </w:r>
      <w:r w:rsidRPr="00513B03">
        <w:rPr>
          <w:rFonts w:ascii="Arial" w:hAnsi="Arial" w:cs="Arial"/>
          <w:b/>
          <w:bCs/>
          <w:sz w:val="24"/>
          <w:szCs w:val="24"/>
          <w:lang w:val="es-ES"/>
        </w:rPr>
        <w:br/>
      </w:r>
      <w:r w:rsidRPr="00513B03">
        <w:rPr>
          <w:rFonts w:ascii="Arial" w:hAnsi="Arial" w:cs="Arial"/>
          <w:sz w:val="24"/>
          <w:szCs w:val="24"/>
          <w:lang w:val="es-ES"/>
        </w:rPr>
        <w:br/>
        <w:t>Los beneficiarios serán alumnos menores de veinticinco años que durante los cursos lectivos estén matriculados en estudios de educación reglada en centros públicos o privados con título oficial homologado, en los siguientes niveles:</w:t>
      </w:r>
      <w:r w:rsidRPr="00513B03">
        <w:rPr>
          <w:rFonts w:ascii="Arial" w:hAnsi="Arial" w:cs="Arial"/>
          <w:sz w:val="24"/>
          <w:szCs w:val="24"/>
          <w:lang w:val="es-ES"/>
        </w:rPr>
        <w:br/>
      </w:r>
      <w:r w:rsidRPr="00513B03">
        <w:rPr>
          <w:rFonts w:ascii="Arial" w:hAnsi="Arial" w:cs="Arial"/>
          <w:sz w:val="24"/>
          <w:szCs w:val="24"/>
          <w:lang w:val="es-ES"/>
        </w:rPr>
        <w:br/>
        <w:t xml:space="preserve">· Bachillerato  </w:t>
      </w:r>
      <w:r w:rsidRPr="00513B03">
        <w:rPr>
          <w:rFonts w:ascii="Arial" w:hAnsi="Arial" w:cs="Arial"/>
          <w:sz w:val="24"/>
          <w:szCs w:val="24"/>
          <w:lang w:val="es-ES"/>
        </w:rPr>
        <w:br/>
        <w:t xml:space="preserve">· Ciclos Formativos (grado básico, medio y superior)  </w:t>
      </w:r>
      <w:r w:rsidRPr="00513B03">
        <w:rPr>
          <w:rFonts w:ascii="Arial" w:hAnsi="Arial" w:cs="Arial"/>
          <w:sz w:val="24"/>
          <w:szCs w:val="24"/>
          <w:lang w:val="es-ES"/>
        </w:rPr>
        <w:br/>
        <w:t xml:space="preserve">· Estudios Universitarios de Grado  </w:t>
      </w:r>
      <w:r w:rsidRPr="00513B03">
        <w:rPr>
          <w:rFonts w:ascii="Arial" w:hAnsi="Arial" w:cs="Arial"/>
          <w:sz w:val="24"/>
          <w:szCs w:val="24"/>
          <w:lang w:val="es-ES"/>
        </w:rPr>
        <w:br/>
      </w:r>
      <w:r w:rsidRPr="00513B03">
        <w:rPr>
          <w:rFonts w:ascii="Arial" w:hAnsi="Arial" w:cs="Arial"/>
          <w:sz w:val="24"/>
          <w:szCs w:val="24"/>
          <w:lang w:val="es-ES"/>
        </w:rPr>
        <w:br/>
        <w:t>No podrán obtener la condición de beneficiarios las personas que se encuentren en alguna de las situaciones previstas en el artículo 13.2 de la Ley 38/2003, de 17 de noviembre, general de subvenciones.</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3. Objeto y finalidad de la subvención</w:t>
      </w:r>
      <w:r w:rsidRPr="00513B03">
        <w:rPr>
          <w:rFonts w:ascii="Arial" w:hAnsi="Arial" w:cs="Arial"/>
          <w:b/>
          <w:bCs/>
          <w:sz w:val="24"/>
          <w:szCs w:val="24"/>
          <w:lang w:val="es-ES"/>
        </w:rPr>
        <w:br/>
      </w:r>
      <w:r w:rsidRPr="00513B03">
        <w:rPr>
          <w:rFonts w:ascii="Arial" w:hAnsi="Arial" w:cs="Arial"/>
          <w:sz w:val="24"/>
          <w:szCs w:val="24"/>
          <w:lang w:val="es-ES"/>
        </w:rPr>
        <w:br/>
        <w:t>La presente convocatoria tiene por objeto y finalidad regular y fijar los criterios del procedimiento de solicitud, tramitación, concesión y cobro de las ayudas individuales en concepto de becas otorgadas por el Ayuntamiento de El Far d’Empordà.</w:t>
      </w:r>
      <w:r w:rsidRPr="00513B03">
        <w:rPr>
          <w:rFonts w:ascii="Arial" w:hAnsi="Arial" w:cs="Arial"/>
          <w:sz w:val="24"/>
          <w:szCs w:val="24"/>
          <w:lang w:val="es-ES"/>
        </w:rPr>
        <w:br/>
      </w:r>
      <w:r w:rsidRPr="00513B03">
        <w:rPr>
          <w:rFonts w:ascii="Arial" w:hAnsi="Arial" w:cs="Arial"/>
          <w:sz w:val="24"/>
          <w:szCs w:val="24"/>
          <w:lang w:val="es-ES"/>
        </w:rPr>
        <w:br/>
        <w:t>La finalidad de estas ayudas es contribuir al pago de los gastos derivados de dichos estudios.</w:t>
      </w:r>
      <w:r w:rsidRPr="00513B03">
        <w:rPr>
          <w:rFonts w:ascii="Arial" w:hAnsi="Arial" w:cs="Arial"/>
          <w:sz w:val="24"/>
          <w:szCs w:val="24"/>
          <w:lang w:val="es-ES"/>
        </w:rPr>
        <w:br/>
      </w:r>
      <w:r w:rsidRPr="00513B03">
        <w:rPr>
          <w:rFonts w:ascii="Arial" w:hAnsi="Arial" w:cs="Arial"/>
          <w:sz w:val="24"/>
          <w:szCs w:val="24"/>
          <w:lang w:val="es-ES"/>
        </w:rPr>
        <w:br/>
        <w:t>Los beneficiarios deberán estar matriculados durante la totalidad del curso escolar 2025-2026 (de septiembre/octubre a mayo/junio).</w:t>
      </w:r>
      <w:r w:rsidRPr="00513B03">
        <w:rPr>
          <w:rFonts w:ascii="Arial" w:hAnsi="Arial" w:cs="Arial"/>
          <w:sz w:val="24"/>
          <w:szCs w:val="24"/>
          <w:lang w:val="es-ES"/>
        </w:rPr>
        <w:br/>
      </w:r>
      <w:r w:rsidRPr="00513B03">
        <w:rPr>
          <w:rFonts w:ascii="Arial" w:hAnsi="Arial" w:cs="Arial"/>
          <w:sz w:val="24"/>
          <w:szCs w:val="24"/>
          <w:lang w:val="es-ES"/>
        </w:rPr>
        <w:lastRenderedPageBreak/>
        <w:b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4. Procedimiento de concesión</w:t>
      </w:r>
      <w:r w:rsidRPr="00513B03">
        <w:rPr>
          <w:rFonts w:ascii="Arial" w:hAnsi="Arial" w:cs="Arial"/>
          <w:b/>
          <w:bCs/>
          <w:sz w:val="24"/>
          <w:szCs w:val="24"/>
          <w:lang w:val="es-ES"/>
        </w:rPr>
        <w:br/>
      </w:r>
      <w:r w:rsidRPr="00513B03">
        <w:rPr>
          <w:rFonts w:ascii="Arial" w:hAnsi="Arial" w:cs="Arial"/>
          <w:sz w:val="24"/>
          <w:szCs w:val="24"/>
          <w:lang w:val="es-ES"/>
        </w:rPr>
        <w:br/>
        <w:t>Las subvenciones serán concedidas mediante procedimiento de concurrencia no competitiva, y de acuerdo con los principios de publicidad, transparencia, objetividad, igualdad y no discriminación, de acuerdo con lo establecido en esta convocatoria y en las bases específicas que las regulan.</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5. Condiciones</w:t>
      </w:r>
      <w:r w:rsidRPr="00513B03">
        <w:rPr>
          <w:rFonts w:ascii="Arial" w:hAnsi="Arial" w:cs="Arial"/>
          <w:b/>
          <w:bCs/>
          <w:sz w:val="24"/>
          <w:szCs w:val="24"/>
          <w:lang w:val="es-ES"/>
        </w:rPr>
        <w:br/>
      </w:r>
      <w:r w:rsidRPr="00513B03">
        <w:rPr>
          <w:rFonts w:ascii="Arial" w:hAnsi="Arial" w:cs="Arial"/>
          <w:sz w:val="24"/>
          <w:szCs w:val="24"/>
          <w:lang w:val="es-ES"/>
        </w:rPr>
        <w:br/>
        <w:t>Para acceder a las ayudas será necesario cumplir los siguientes requisitos:</w:t>
      </w:r>
      <w:r w:rsidRPr="00513B03">
        <w:rPr>
          <w:rFonts w:ascii="Arial" w:hAnsi="Arial" w:cs="Arial"/>
          <w:sz w:val="24"/>
          <w:szCs w:val="24"/>
          <w:lang w:val="es-ES"/>
        </w:rPr>
        <w:br/>
      </w:r>
      <w:r w:rsidRPr="00513B03">
        <w:rPr>
          <w:rFonts w:ascii="Arial" w:hAnsi="Arial" w:cs="Arial"/>
          <w:sz w:val="24"/>
          <w:szCs w:val="24"/>
          <w:lang w:val="es-ES"/>
        </w:rPr>
        <w:br/>
        <w:t>a) Tener entre 16 y 24 años. A efectos de contar las edades mínimas y máximas, se admitirán los y las jóvenes nacidos entre el 01/01/2001 y el 31/12/2009.</w:t>
      </w:r>
      <w:r w:rsidRPr="00513B03">
        <w:rPr>
          <w:rFonts w:ascii="Arial" w:hAnsi="Arial" w:cs="Arial"/>
          <w:sz w:val="24"/>
          <w:szCs w:val="24"/>
          <w:lang w:val="es-ES"/>
        </w:rPr>
        <w:br/>
      </w:r>
      <w:r w:rsidRPr="00513B03">
        <w:rPr>
          <w:rFonts w:ascii="Arial" w:hAnsi="Arial" w:cs="Arial"/>
          <w:sz w:val="24"/>
          <w:szCs w:val="24"/>
          <w:lang w:val="es-ES"/>
        </w:rPr>
        <w:br/>
        <w:t>b) Estar matriculado durante el curso 2025-2026 en la tipología de estudios determinada en el apartado 2 de la presente convocatoria.</w:t>
      </w:r>
      <w:r w:rsidRPr="00513B03">
        <w:rPr>
          <w:rFonts w:ascii="Arial" w:hAnsi="Arial" w:cs="Arial"/>
          <w:sz w:val="24"/>
          <w:szCs w:val="24"/>
          <w:lang w:val="es-ES"/>
        </w:rPr>
        <w:br/>
      </w:r>
      <w:r w:rsidRPr="00513B03">
        <w:rPr>
          <w:rFonts w:ascii="Arial" w:hAnsi="Arial" w:cs="Arial"/>
          <w:sz w:val="24"/>
          <w:szCs w:val="24"/>
          <w:lang w:val="es-ES"/>
        </w:rPr>
        <w:br/>
        <w:t>c) Todos los miembros de la unidad familiar, en el caso de menores de edad, y como mínimo el estudiante, en el caso de mayores de edad, deben figurar en el Padrón Municipal de Habitantes del Ayuntamiento de El Far d’Empordà.</w:t>
      </w:r>
      <w:r w:rsidRPr="00513B03">
        <w:rPr>
          <w:rFonts w:ascii="Arial" w:hAnsi="Arial" w:cs="Arial"/>
          <w:sz w:val="24"/>
          <w:szCs w:val="24"/>
          <w:lang w:val="es-ES"/>
        </w:rPr>
        <w:br/>
      </w:r>
      <w:r w:rsidRPr="00513B03">
        <w:rPr>
          <w:rFonts w:ascii="Arial" w:hAnsi="Arial" w:cs="Arial"/>
          <w:sz w:val="24"/>
          <w:szCs w:val="24"/>
          <w:lang w:val="es-ES"/>
        </w:rPr>
        <w:br/>
        <w:t xml:space="preserve">· En caso de separación o no convivencia de los progenitores, será necesario justificarlo documentalmente.  </w:t>
      </w:r>
      <w:r w:rsidRPr="00513B03">
        <w:rPr>
          <w:rFonts w:ascii="Arial" w:hAnsi="Arial" w:cs="Arial"/>
          <w:sz w:val="24"/>
          <w:szCs w:val="24"/>
          <w:lang w:val="es-ES"/>
        </w:rPr>
        <w:br/>
        <w:t>· El requisito de empadronamiento afecta como mínimo al alumno/a y al progenitor con quien conviva habitualmente (con guarda y custodia). En caso de custodia compartida, es necesario que como mínimo el alumno/a y uno de los progenitores estén empadronados en el municipio.</w:t>
      </w:r>
      <w:r w:rsidRPr="00513B03">
        <w:rPr>
          <w:rFonts w:ascii="Arial" w:hAnsi="Arial" w:cs="Arial"/>
          <w:sz w:val="24"/>
          <w:szCs w:val="24"/>
          <w:lang w:val="es-ES"/>
        </w:rPr>
        <w:br/>
      </w:r>
      <w:r w:rsidRPr="00513B03">
        <w:rPr>
          <w:rFonts w:ascii="Arial" w:hAnsi="Arial" w:cs="Arial"/>
          <w:sz w:val="24"/>
          <w:szCs w:val="24"/>
          <w:lang w:val="es-ES"/>
        </w:rPr>
        <w:br/>
        <w:t>d) Estar al corriente de las obligaciones tributarias y contractuales con el Ayuntamiento, así como con la Agencia Tributaria y la Seguridad Social.</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6. Cuantía total máxima de las subvenciones a otorgar y consignación</w:t>
      </w:r>
      <w:r w:rsidRPr="00513B03">
        <w:rPr>
          <w:rFonts w:ascii="Arial" w:hAnsi="Arial" w:cs="Arial"/>
          <w:sz w:val="24"/>
          <w:szCs w:val="24"/>
          <w:lang w:val="es-ES"/>
        </w:rPr>
        <w:t xml:space="preserve"> </w:t>
      </w:r>
      <w:r w:rsidRPr="00513B03">
        <w:rPr>
          <w:rFonts w:ascii="Arial" w:hAnsi="Arial" w:cs="Arial"/>
          <w:b/>
          <w:bCs/>
          <w:sz w:val="24"/>
          <w:szCs w:val="24"/>
          <w:lang w:val="es-ES"/>
        </w:rPr>
        <w:t>presupuestaria</w:t>
      </w:r>
      <w:r w:rsidRPr="00513B03">
        <w:rPr>
          <w:rFonts w:ascii="Arial" w:hAnsi="Arial" w:cs="Arial"/>
          <w:b/>
          <w:bCs/>
          <w:sz w:val="24"/>
          <w:szCs w:val="24"/>
          <w:lang w:val="es-ES"/>
        </w:rPr>
        <w:br/>
      </w:r>
      <w:r w:rsidRPr="00513B03">
        <w:rPr>
          <w:rFonts w:ascii="Arial" w:hAnsi="Arial" w:cs="Arial"/>
          <w:sz w:val="24"/>
          <w:szCs w:val="24"/>
          <w:lang w:val="es-ES"/>
        </w:rPr>
        <w:lastRenderedPageBreak/>
        <w:br/>
        <w:t>El presupuesto máximo que se destinará este año 2025 para la concesión de las subvenciones de la presente convocatoria será de 6.000,00 € y se imputará a la aplicación: 326 48001.</w:t>
      </w:r>
      <w:r w:rsidRPr="00513B03">
        <w:rPr>
          <w:rFonts w:ascii="Arial" w:hAnsi="Arial" w:cs="Arial"/>
          <w:sz w:val="24"/>
          <w:szCs w:val="24"/>
          <w:lang w:val="es-ES"/>
        </w:rPr>
        <w:br/>
      </w:r>
      <w:r w:rsidRPr="00513B03">
        <w:rPr>
          <w:rFonts w:ascii="Arial" w:hAnsi="Arial" w:cs="Arial"/>
          <w:sz w:val="24"/>
          <w:szCs w:val="24"/>
          <w:lang w:val="es-ES"/>
        </w:rPr>
        <w:br/>
        <w:t>Las ayudas tendrán la consideración de subvenciones del Ayuntamiento de El Far d’Empordà a los beneficiarios en las condiciones reguladas por esta ordenanza, y serán las siguientes:</w:t>
      </w:r>
      <w:r w:rsidRPr="00513B03">
        <w:rPr>
          <w:rFonts w:ascii="Arial" w:hAnsi="Arial" w:cs="Arial"/>
          <w:sz w:val="24"/>
          <w:szCs w:val="24"/>
          <w:lang w:val="es-ES"/>
        </w:rPr>
        <w:br/>
      </w:r>
      <w:r w:rsidRPr="00513B03">
        <w:rPr>
          <w:rFonts w:ascii="Arial" w:hAnsi="Arial" w:cs="Arial"/>
          <w:sz w:val="24"/>
          <w:szCs w:val="24"/>
          <w:lang w:val="es-ES"/>
        </w:rPr>
        <w:br/>
        <w:t>· 200,00 €: Bachillerato, Ciclos Formativos y Estudios Universitarios de Grado.</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7. Plazo, forma y lugar de presentación de solicitudes</w:t>
      </w:r>
      <w:r w:rsidRPr="00513B03">
        <w:rPr>
          <w:rFonts w:ascii="Arial" w:hAnsi="Arial" w:cs="Arial"/>
          <w:b/>
          <w:bCs/>
          <w:sz w:val="24"/>
          <w:szCs w:val="24"/>
          <w:lang w:val="es-ES"/>
        </w:rPr>
        <w:br/>
      </w:r>
      <w:r w:rsidRPr="00513B03">
        <w:rPr>
          <w:rFonts w:ascii="Arial" w:hAnsi="Arial" w:cs="Arial"/>
          <w:sz w:val="24"/>
          <w:szCs w:val="24"/>
          <w:lang w:val="es-ES"/>
        </w:rPr>
        <w:br/>
        <w:t>Las solicitudes de subvención podrán realizarse desde el día siguiente a la publicación de la convocatoria hasta el 15 de octubre de 2025 y estarán sujetas a la disponibilidad presupuestaria.</w:t>
      </w:r>
      <w:r w:rsidRPr="00513B03">
        <w:rPr>
          <w:rFonts w:ascii="Arial" w:hAnsi="Arial" w:cs="Arial"/>
          <w:sz w:val="24"/>
          <w:szCs w:val="24"/>
          <w:lang w:val="es-ES"/>
        </w:rPr>
        <w:br/>
      </w:r>
      <w:r w:rsidRPr="00513B03">
        <w:rPr>
          <w:rFonts w:ascii="Arial" w:hAnsi="Arial" w:cs="Arial"/>
          <w:sz w:val="24"/>
          <w:szCs w:val="24"/>
          <w:lang w:val="es-ES"/>
        </w:rPr>
        <w:br/>
        <w:t>Las solicitudes, debidamente firmadas, podrán presentarse:</w:t>
      </w:r>
      <w:r w:rsidRPr="00513B03">
        <w:rPr>
          <w:rFonts w:ascii="Arial" w:hAnsi="Arial" w:cs="Arial"/>
          <w:sz w:val="24"/>
          <w:szCs w:val="24"/>
          <w:lang w:val="es-ES"/>
        </w:rPr>
        <w:br/>
      </w:r>
      <w:r w:rsidRPr="00513B03">
        <w:rPr>
          <w:rFonts w:ascii="Arial" w:hAnsi="Arial" w:cs="Arial"/>
          <w:sz w:val="24"/>
          <w:szCs w:val="24"/>
          <w:lang w:val="es-ES"/>
        </w:rPr>
        <w:br/>
        <w:t xml:space="preserve">8. Telemáticamente: A través de la web oficial del Ayuntamiento https://seu-e.cat/es/web/elfardemporda.  </w:t>
      </w:r>
      <w:r w:rsidRPr="00513B03">
        <w:rPr>
          <w:rFonts w:ascii="Arial" w:hAnsi="Arial" w:cs="Arial"/>
          <w:sz w:val="24"/>
          <w:szCs w:val="24"/>
          <w:lang w:val="es-ES"/>
        </w:rPr>
        <w:br/>
        <w:t>9. Presencialmente: En la Oficina de Atención Ciudadana (OAC), Pl. Ayuntamiento, 1. Horario: de lunes a viernes de 10:00 h a 13:30 h y martes de 15:00 h a 17:30 h.</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 xml:space="preserve">10. </w:t>
      </w:r>
      <w:proofErr w:type="gramStart"/>
      <w:r w:rsidRPr="00513B03">
        <w:rPr>
          <w:rFonts w:ascii="Arial" w:hAnsi="Arial" w:cs="Arial"/>
          <w:b/>
          <w:bCs/>
          <w:sz w:val="24"/>
          <w:szCs w:val="24"/>
          <w:lang w:val="es-ES"/>
        </w:rPr>
        <w:t>Documentación a presentar</w:t>
      </w:r>
      <w:proofErr w:type="gramEnd"/>
      <w:r w:rsidRPr="00513B03">
        <w:rPr>
          <w:rFonts w:ascii="Arial" w:hAnsi="Arial" w:cs="Arial"/>
          <w:b/>
          <w:bCs/>
          <w:sz w:val="24"/>
          <w:szCs w:val="24"/>
          <w:lang w:val="es-ES"/>
        </w:rPr>
        <w:t xml:space="preserve"> con la solicitud</w:t>
      </w:r>
      <w:r w:rsidRPr="00513B03">
        <w:rPr>
          <w:rFonts w:ascii="Arial" w:hAnsi="Arial" w:cs="Arial"/>
          <w:b/>
          <w:bCs/>
          <w:sz w:val="24"/>
          <w:szCs w:val="24"/>
          <w:lang w:val="es-ES"/>
        </w:rPr>
        <w:br/>
      </w:r>
      <w:r w:rsidRPr="00513B03">
        <w:rPr>
          <w:rFonts w:ascii="Arial" w:hAnsi="Arial" w:cs="Arial"/>
          <w:sz w:val="24"/>
          <w:szCs w:val="24"/>
          <w:lang w:val="es-ES"/>
        </w:rPr>
        <w:br/>
        <w:t xml:space="preserve">Las solicitudes de ayudas económicas para estudios postobligatorios se formularán ante el Ayuntamiento, en los modelos oficiales y acompañando la siguiente documentación:  </w:t>
      </w:r>
      <w:r w:rsidRPr="00513B03">
        <w:rPr>
          <w:rFonts w:ascii="Arial" w:hAnsi="Arial" w:cs="Arial"/>
          <w:sz w:val="24"/>
          <w:szCs w:val="24"/>
          <w:lang w:val="es-ES"/>
        </w:rPr>
        <w:br/>
      </w:r>
      <w:r w:rsidRPr="00513B03">
        <w:rPr>
          <w:rFonts w:ascii="Arial" w:hAnsi="Arial" w:cs="Arial"/>
          <w:sz w:val="24"/>
          <w:szCs w:val="24"/>
          <w:lang w:val="es-ES"/>
        </w:rPr>
        <w:br/>
        <w:t xml:space="preserve">a) Instancia específica de solicitud de la subvención (según ANEXO 1). En caso de que la persona interesada sea mayor de 18 años deberá firmarla ella misma, y solo deben firmar los padres, madres o tutores/as legales en caso de menores de 18 años.  </w:t>
      </w:r>
      <w:r w:rsidRPr="00513B03">
        <w:rPr>
          <w:rFonts w:ascii="Arial" w:hAnsi="Arial" w:cs="Arial"/>
          <w:sz w:val="24"/>
          <w:szCs w:val="24"/>
          <w:lang w:val="es-ES"/>
        </w:rPr>
        <w:br/>
      </w:r>
      <w:r w:rsidRPr="00513B03">
        <w:rPr>
          <w:rFonts w:ascii="Arial" w:hAnsi="Arial" w:cs="Arial"/>
          <w:sz w:val="24"/>
          <w:szCs w:val="24"/>
          <w:lang w:val="es-ES"/>
        </w:rPr>
        <w:br/>
        <w:t xml:space="preserve">b) Comprobante de la matrícula del curso 2025-2026 donde conste como mínimo el nombre del alumno, la tipología de estudios y el curso matriculado (2025-2026).  </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sz w:val="24"/>
          <w:szCs w:val="24"/>
          <w:lang w:val="es-ES"/>
        </w:rPr>
        <w:lastRenderedPageBreak/>
        <w:t xml:space="preserve">c) Comprobante de pago de la matrícula, si procede (justificante de transferencia bancaria o domiciliación).  </w:t>
      </w:r>
      <w:r w:rsidRPr="00513B03">
        <w:rPr>
          <w:rFonts w:ascii="Arial" w:hAnsi="Arial" w:cs="Arial"/>
          <w:sz w:val="24"/>
          <w:szCs w:val="24"/>
          <w:lang w:val="es-ES"/>
        </w:rPr>
        <w:br/>
      </w:r>
      <w:r w:rsidRPr="00513B03">
        <w:rPr>
          <w:rFonts w:ascii="Arial" w:hAnsi="Arial" w:cs="Arial"/>
          <w:sz w:val="24"/>
          <w:szCs w:val="24"/>
          <w:lang w:val="es-ES"/>
        </w:rPr>
        <w:br/>
        <w:t xml:space="preserve">d) Declaración responsable de no incurrir en ninguna causa para la no obtención de la condición de beneficiario de acuerdo con el artículo 13.2 de la LGS.  </w:t>
      </w:r>
      <w:r w:rsidRPr="00513B03">
        <w:rPr>
          <w:rFonts w:ascii="Arial" w:hAnsi="Arial" w:cs="Arial"/>
          <w:sz w:val="24"/>
          <w:szCs w:val="24"/>
          <w:lang w:val="es-ES"/>
        </w:rPr>
        <w:br/>
      </w:r>
      <w:r w:rsidRPr="00513B03">
        <w:rPr>
          <w:rFonts w:ascii="Arial" w:hAnsi="Arial" w:cs="Arial"/>
          <w:sz w:val="24"/>
          <w:szCs w:val="24"/>
          <w:lang w:val="es-ES"/>
        </w:rPr>
        <w:br/>
        <w:t xml:space="preserve">e) DNI / CIF del solicitante y, si actúa en representación de otra persona, documentación acreditativa de su representación.  </w:t>
      </w:r>
      <w:r w:rsidRPr="00513B03">
        <w:rPr>
          <w:rFonts w:ascii="Arial" w:hAnsi="Arial" w:cs="Arial"/>
          <w:sz w:val="24"/>
          <w:szCs w:val="24"/>
          <w:lang w:val="es-ES"/>
        </w:rPr>
        <w:br/>
      </w:r>
      <w:r w:rsidRPr="00513B03">
        <w:rPr>
          <w:rFonts w:ascii="Arial" w:hAnsi="Arial" w:cs="Arial"/>
          <w:sz w:val="24"/>
          <w:szCs w:val="24"/>
          <w:lang w:val="es-ES"/>
        </w:rPr>
        <w:br/>
        <w:t xml:space="preserve">f) Número de cuenta de la entidad bancaria indicado por la persona beneficiaria mediante certificado de titularidad bancaria.  </w:t>
      </w:r>
      <w:r w:rsidRPr="00513B03">
        <w:rPr>
          <w:rFonts w:ascii="Arial" w:hAnsi="Arial" w:cs="Arial"/>
          <w:sz w:val="24"/>
          <w:szCs w:val="24"/>
          <w:lang w:val="es-ES"/>
        </w:rPr>
        <w:br/>
      </w:r>
      <w:r w:rsidRPr="00513B03">
        <w:rPr>
          <w:rFonts w:ascii="Arial" w:hAnsi="Arial" w:cs="Arial"/>
          <w:sz w:val="24"/>
          <w:szCs w:val="24"/>
          <w:lang w:val="es-ES"/>
        </w:rPr>
        <w:br/>
        <w:t xml:space="preserve">g) Certificaciones o la declaración responsable que acredite el cumplimiento de las obligaciones tributarias y con la Seguridad Social, tal y como se establece en el artículo 24 del RD 887/2006, por el que se aprueba el Reglamento de la Ley General de Subvenciones, en todos los casos de cuantías que no superen el importe de 3.000 €.  </w:t>
      </w:r>
      <w:r w:rsidRPr="00513B03">
        <w:rPr>
          <w:rFonts w:ascii="Arial" w:hAnsi="Arial" w:cs="Arial"/>
          <w:sz w:val="24"/>
          <w:szCs w:val="24"/>
          <w:lang w:val="es-ES"/>
        </w:rPr>
        <w:br/>
      </w:r>
      <w:r w:rsidRPr="00513B03">
        <w:rPr>
          <w:rFonts w:ascii="Arial" w:hAnsi="Arial" w:cs="Arial"/>
          <w:sz w:val="24"/>
          <w:szCs w:val="24"/>
          <w:lang w:val="es-ES"/>
        </w:rPr>
        <w:br/>
        <w:t>La comprobación del cumplimiento de las condiciones de empadronamiento se realizará de oficio por parte del Ayuntamiento.</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11. Plazo y forma de justificación</w:t>
      </w:r>
      <w:r w:rsidRPr="00513B03">
        <w:rPr>
          <w:rFonts w:ascii="Arial" w:hAnsi="Arial" w:cs="Arial"/>
          <w:b/>
          <w:bCs/>
          <w:sz w:val="24"/>
          <w:szCs w:val="24"/>
          <w:lang w:val="es-ES"/>
        </w:rPr>
        <w:br/>
      </w:r>
      <w:r w:rsidRPr="00513B03">
        <w:rPr>
          <w:rFonts w:ascii="Arial" w:hAnsi="Arial" w:cs="Arial"/>
          <w:sz w:val="24"/>
          <w:szCs w:val="24"/>
          <w:lang w:val="es-ES"/>
        </w:rPr>
        <w:br/>
        <w:t>En virtud de lo dispuesto en el artículo 30.7 de la Ley 38/2003, de 17 de noviembre, General de Subvenciones, la documentación presentada en el trámite de solicitud tendrá a todos los efectos el carácter de documentación justificativa de la ayuda.</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12. Criterios objetivos de concesión de la subvención</w:t>
      </w:r>
      <w:r w:rsidRPr="00513B03">
        <w:rPr>
          <w:rFonts w:ascii="Arial" w:hAnsi="Arial" w:cs="Arial"/>
          <w:b/>
          <w:bCs/>
          <w:sz w:val="24"/>
          <w:szCs w:val="24"/>
          <w:lang w:val="es-ES"/>
        </w:rPr>
        <w:br/>
      </w:r>
      <w:r w:rsidRPr="00513B03">
        <w:rPr>
          <w:rFonts w:ascii="Arial" w:hAnsi="Arial" w:cs="Arial"/>
          <w:sz w:val="24"/>
          <w:szCs w:val="24"/>
          <w:lang w:val="es-ES"/>
        </w:rPr>
        <w:br/>
        <w:t>La adjudicación de las ayudas será por orden de entrada de las solicitudes que cumplan los requisitos hasta agotarse la financiación.</w:t>
      </w:r>
      <w:r w:rsidRPr="00513B03">
        <w:rPr>
          <w:rFonts w:ascii="Arial" w:hAnsi="Arial" w:cs="Arial"/>
          <w:sz w:val="24"/>
          <w:szCs w:val="24"/>
          <w:lang w:val="es-ES"/>
        </w:rPr>
        <w:br/>
      </w:r>
      <w:r w:rsidRPr="00513B03">
        <w:rPr>
          <w:rFonts w:ascii="Arial" w:hAnsi="Arial" w:cs="Arial"/>
          <w:sz w:val="24"/>
          <w:szCs w:val="24"/>
          <w:lang w:val="es-ES"/>
        </w:rPr>
        <w:br/>
        <w:t>Durante el plazo de presentación de las solicitudes estas serán examinadas por el órgano responsable de la instrucción. Una vez finalizado el plazo de presentación de solicitudes se realizará propuesta al órgano responsable de la resolución del procedimiento, la Alcaldía, para la concesión de las subvenciones.</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13. Medios de notificación o publicación</w:t>
      </w:r>
      <w:r w:rsidRPr="00513B03">
        <w:rPr>
          <w:rFonts w:ascii="Arial" w:hAnsi="Arial" w:cs="Arial"/>
          <w:b/>
          <w:bCs/>
          <w:sz w:val="24"/>
          <w:szCs w:val="24"/>
          <w:lang w:val="es-ES"/>
        </w:rPr>
        <w:br/>
      </w:r>
      <w:r w:rsidRPr="00513B03">
        <w:rPr>
          <w:rFonts w:ascii="Arial" w:hAnsi="Arial" w:cs="Arial"/>
          <w:sz w:val="24"/>
          <w:szCs w:val="24"/>
          <w:lang w:val="es-ES"/>
        </w:rPr>
        <w:br/>
      </w:r>
      <w:r w:rsidRPr="00513B03">
        <w:rPr>
          <w:rFonts w:ascii="Arial" w:hAnsi="Arial" w:cs="Arial"/>
          <w:sz w:val="24"/>
          <w:szCs w:val="24"/>
          <w:lang w:val="es-ES"/>
        </w:rPr>
        <w:lastRenderedPageBreak/>
        <w:t>Una vez acordada la concesión de las subvenciones, estas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14. Régimen de recursos</w:t>
      </w:r>
      <w:r w:rsidRPr="00513B03">
        <w:rPr>
          <w:rFonts w:ascii="Arial" w:hAnsi="Arial" w:cs="Arial"/>
          <w:b/>
          <w:bCs/>
          <w:sz w:val="24"/>
          <w:szCs w:val="24"/>
          <w:lang w:val="es-ES"/>
        </w:rPr>
        <w:br/>
      </w:r>
      <w:r w:rsidRPr="00513B03">
        <w:rPr>
          <w:rFonts w:ascii="Arial" w:hAnsi="Arial" w:cs="Arial"/>
          <w:sz w:val="24"/>
          <w:szCs w:val="24"/>
          <w:lang w:val="es-ES"/>
        </w:rPr>
        <w:br/>
        <w:t>La resolución del procedimiento pone fin a la vía administrativa, y contra la misma se puede interponer recurso contencioso administrativo en el plazo de dos meses a contar desde el día siguiente a su notificación.</w:t>
      </w:r>
      <w:r w:rsidRPr="00513B03">
        <w:rPr>
          <w:rFonts w:ascii="Arial" w:hAnsi="Arial" w:cs="Arial"/>
          <w:sz w:val="24"/>
          <w:szCs w:val="24"/>
          <w:lang w:val="es-ES"/>
        </w:rPr>
        <w:br/>
      </w:r>
      <w:r w:rsidRPr="00513B03">
        <w:rPr>
          <w:rFonts w:ascii="Arial" w:hAnsi="Arial" w:cs="Arial"/>
          <w:sz w:val="24"/>
          <w:szCs w:val="24"/>
          <w:lang w:val="es-ES"/>
        </w:rPr>
        <w:br/>
        <w:t>Alternativamente y de forma potestativa, se puede interponer recurso de reposición ante el mismo órgano que la dictó en el plazo de un mes a contar desde el día siguiente a su notificación.</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b/>
          <w:bCs/>
          <w:sz w:val="24"/>
          <w:szCs w:val="24"/>
          <w:lang w:val="es-ES"/>
        </w:rPr>
        <w:t>15. Otros datos</w:t>
      </w:r>
      <w:r w:rsidRPr="00513B03">
        <w:rPr>
          <w:rFonts w:ascii="Arial" w:hAnsi="Arial" w:cs="Arial"/>
          <w:b/>
          <w:bCs/>
          <w:sz w:val="24"/>
          <w:szCs w:val="24"/>
          <w:lang w:val="es-ES"/>
        </w:rPr>
        <w:br/>
      </w:r>
      <w:r w:rsidRPr="00513B03">
        <w:rPr>
          <w:rFonts w:ascii="Arial" w:hAnsi="Arial" w:cs="Arial"/>
          <w:b/>
          <w:bCs/>
          <w:sz w:val="24"/>
          <w:szCs w:val="24"/>
          <w:lang w:val="es-ES"/>
        </w:rPr>
        <w:br/>
      </w:r>
      <w:r w:rsidRPr="00513B03">
        <w:rPr>
          <w:rFonts w:ascii="Arial" w:hAnsi="Arial" w:cs="Arial"/>
          <w:sz w:val="24"/>
          <w:szCs w:val="24"/>
          <w:lang w:val="es-ES"/>
        </w:rPr>
        <w:t xml:space="preserve">La concesión de las subvenciones y el resto de </w:t>
      </w:r>
      <w:proofErr w:type="gramStart"/>
      <w:r w:rsidRPr="00513B03">
        <w:rPr>
          <w:rFonts w:ascii="Arial" w:hAnsi="Arial" w:cs="Arial"/>
          <w:sz w:val="24"/>
          <w:szCs w:val="24"/>
          <w:lang w:val="es-ES"/>
        </w:rPr>
        <w:t>cuestiones</w:t>
      </w:r>
      <w:proofErr w:type="gramEnd"/>
      <w:r w:rsidRPr="00513B03">
        <w:rPr>
          <w:rFonts w:ascii="Arial" w:hAnsi="Arial" w:cs="Arial"/>
          <w:sz w:val="24"/>
          <w:szCs w:val="24"/>
          <w:lang w:val="es-ES"/>
        </w:rPr>
        <w:t xml:space="preserve"> derivadas se realizará de acuerdo con lo que establecen las bases reguladoras.</w:t>
      </w:r>
      <w:r w:rsidRPr="00513B03">
        <w:rPr>
          <w:rFonts w:ascii="Arial" w:hAnsi="Arial" w:cs="Arial"/>
          <w:sz w:val="24"/>
          <w:szCs w:val="24"/>
          <w:lang w:val="es-ES"/>
        </w:rPr>
        <w:br/>
      </w:r>
      <w:bookmarkEnd w:id="0"/>
      <w:r w:rsidRPr="00513B03">
        <w:rPr>
          <w:rFonts w:ascii="Arial" w:hAnsi="Arial" w:cs="Arial"/>
          <w:sz w:val="24"/>
          <w:szCs w:val="24"/>
          <w:lang w:val="es-ES"/>
        </w:rPr>
        <w:br/>
      </w:r>
    </w:p>
    <w:p w14:paraId="31F52C8C" w14:textId="075BBD71" w:rsidR="00BE21A1" w:rsidRPr="00513B03" w:rsidRDefault="00BE21A1">
      <w:pPr>
        <w:rPr>
          <w:rFonts w:ascii="Arial" w:hAnsi="Arial" w:cs="Arial"/>
          <w:sz w:val="24"/>
          <w:szCs w:val="24"/>
          <w:lang w:val="es-ES"/>
        </w:rPr>
      </w:pPr>
      <w:r w:rsidRPr="00513B03">
        <w:rPr>
          <w:rFonts w:ascii="Arial" w:hAnsi="Arial" w:cs="Arial"/>
          <w:sz w:val="24"/>
          <w:szCs w:val="24"/>
          <w:lang w:val="es-ES"/>
        </w:rPr>
        <w:br w:type="page"/>
      </w:r>
    </w:p>
    <w:p w14:paraId="17E76B1C" w14:textId="1B2AD84F" w:rsidR="00BE21A1" w:rsidRPr="00513B03" w:rsidRDefault="00BE21A1" w:rsidP="00BE21A1">
      <w:pPr>
        <w:jc w:val="center"/>
        <w:rPr>
          <w:rFonts w:ascii="Arial" w:hAnsi="Arial" w:cs="Arial"/>
          <w:b/>
          <w:bCs/>
          <w:sz w:val="24"/>
          <w:szCs w:val="24"/>
          <w:lang w:val="es-ES"/>
        </w:rPr>
      </w:pPr>
      <w:r w:rsidRPr="00513B03">
        <w:rPr>
          <w:rFonts w:ascii="Arial" w:hAnsi="Arial" w:cs="Arial"/>
          <w:b/>
          <w:bCs/>
          <w:sz w:val="24"/>
          <w:szCs w:val="24"/>
          <w:lang w:val="es-ES"/>
        </w:rPr>
        <w:lastRenderedPageBreak/>
        <w:t>ANEXO 1</w:t>
      </w:r>
    </w:p>
    <w:p w14:paraId="2404DA87" w14:textId="2BDD323D" w:rsidR="00BE21A1" w:rsidRPr="00513B03" w:rsidRDefault="00BE21A1" w:rsidP="00BE21A1">
      <w:pPr>
        <w:jc w:val="center"/>
        <w:rPr>
          <w:rFonts w:ascii="Arial" w:hAnsi="Arial" w:cs="Arial"/>
          <w:b/>
          <w:bCs/>
          <w:sz w:val="24"/>
          <w:szCs w:val="24"/>
          <w:lang w:val="es-ES"/>
        </w:rPr>
      </w:pPr>
      <w:r w:rsidRPr="00513B03">
        <w:rPr>
          <w:rFonts w:ascii="Arial" w:hAnsi="Arial" w:cs="Arial"/>
          <w:b/>
          <w:bCs/>
          <w:sz w:val="24"/>
          <w:szCs w:val="24"/>
          <w:lang w:val="es-ES"/>
        </w:rPr>
        <w:t xml:space="preserve">FORMULARIO DE SOLICITUD DE SUBVENCIÓN </w:t>
      </w:r>
      <w:r w:rsidRPr="00513B03">
        <w:rPr>
          <w:rFonts w:ascii="Arial" w:hAnsi="Arial" w:cs="Arial"/>
          <w:b/>
          <w:bCs/>
          <w:sz w:val="24"/>
          <w:szCs w:val="24"/>
          <w:lang w:val="es-ES"/>
        </w:rPr>
        <w:t>PARA ESTUDIOS POSTOBLIGATORIOS DE ALUMNOS MENORES DE VEINTICINCO AÑOS, AÑO 2025</w:t>
      </w:r>
    </w:p>
    <w:tbl>
      <w:tblPr>
        <w:tblW w:w="8500" w:type="dxa"/>
        <w:tblInd w:w="75" w:type="dxa"/>
        <w:tblCellMar>
          <w:left w:w="70" w:type="dxa"/>
          <w:right w:w="70" w:type="dxa"/>
        </w:tblCellMar>
        <w:tblLook w:val="04A0" w:firstRow="1" w:lastRow="0" w:firstColumn="1" w:lastColumn="0" w:noHBand="0" w:noVBand="1"/>
      </w:tblPr>
      <w:tblGrid>
        <w:gridCol w:w="4120"/>
        <w:gridCol w:w="4380"/>
      </w:tblGrid>
      <w:tr w:rsidR="00BE21A1" w:rsidRPr="00513B03" w14:paraId="60EC4948" w14:textId="77777777" w:rsidTr="004D6939">
        <w:trPr>
          <w:trHeight w:val="454"/>
        </w:trPr>
        <w:tc>
          <w:tcPr>
            <w:tcW w:w="850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69404036" w14:textId="671262A4"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DATOS SOLICITANTE</w:t>
            </w:r>
          </w:p>
        </w:tc>
      </w:tr>
      <w:tr w:rsidR="00BE21A1" w:rsidRPr="00513B03" w14:paraId="7A8D4BF7" w14:textId="77777777" w:rsidTr="004D6939">
        <w:trPr>
          <w:trHeight w:val="454"/>
        </w:trPr>
        <w:tc>
          <w:tcPr>
            <w:tcW w:w="8500" w:type="dxa"/>
            <w:gridSpan w:val="2"/>
            <w:tcBorders>
              <w:top w:val="single" w:sz="4" w:space="0" w:color="auto"/>
              <w:left w:val="single" w:sz="4" w:space="0" w:color="auto"/>
              <w:bottom w:val="single" w:sz="4" w:space="0" w:color="auto"/>
              <w:right w:val="single" w:sz="4" w:space="0" w:color="auto"/>
            </w:tcBorders>
            <w:noWrap/>
            <w:vAlign w:val="center"/>
          </w:tcPr>
          <w:p w14:paraId="63C43E0C" w14:textId="5DC4D16E"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noProof/>
                <w:color w:val="000000"/>
                <w:sz w:val="24"/>
                <w:szCs w:val="24"/>
                <w:lang w:val="es-ES" w:eastAsia="ca-ES"/>
              </w:rPr>
              <mc:AlternateContent>
                <mc:Choice Requires="wps">
                  <w:drawing>
                    <wp:anchor distT="0" distB="0" distL="114300" distR="114300" simplePos="0" relativeHeight="251657216" behindDoc="0" locked="0" layoutInCell="1" allowOverlap="1" wp14:anchorId="0DC26125" wp14:editId="5E04EDE5">
                      <wp:simplePos x="0" y="0"/>
                      <wp:positionH relativeFrom="column">
                        <wp:posOffset>3828415</wp:posOffset>
                      </wp:positionH>
                      <wp:positionV relativeFrom="paragraph">
                        <wp:posOffset>33020</wp:posOffset>
                      </wp:positionV>
                      <wp:extent cx="142875" cy="152400"/>
                      <wp:effectExtent l="12700" t="7620" r="6350" b="11430"/>
                      <wp:wrapNone/>
                      <wp:docPr id="189552818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38D3A" id="Rectángulo 6" o:spid="_x0000_s1026" style="position:absolute;margin-left:301.45pt;margin-top:2.6pt;width:11.2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"/>
                  </w:pict>
                </mc:Fallback>
              </mc:AlternateContent>
            </w:r>
            <w:r w:rsidRPr="00513B03">
              <w:rPr>
                <w:rFonts w:ascii="Arial" w:eastAsia="Times New Roman" w:hAnsi="Arial" w:cs="Arial"/>
                <w:noProof/>
                <w:color w:val="000000"/>
                <w:sz w:val="24"/>
                <w:szCs w:val="24"/>
                <w:lang w:val="es-ES" w:eastAsia="ca-ES"/>
              </w:rPr>
              <mc:AlternateContent>
                <mc:Choice Requires="wps">
                  <w:drawing>
                    <wp:anchor distT="0" distB="0" distL="114300" distR="114300" simplePos="0" relativeHeight="251653120" behindDoc="0" locked="0" layoutInCell="1" allowOverlap="1" wp14:anchorId="751593AB" wp14:editId="7902FAFA">
                      <wp:simplePos x="0" y="0"/>
                      <wp:positionH relativeFrom="column">
                        <wp:posOffset>2082165</wp:posOffset>
                      </wp:positionH>
                      <wp:positionV relativeFrom="paragraph">
                        <wp:posOffset>24765</wp:posOffset>
                      </wp:positionV>
                      <wp:extent cx="142875" cy="152400"/>
                      <wp:effectExtent l="9525" t="8890" r="9525" b="10160"/>
                      <wp:wrapNone/>
                      <wp:docPr id="67351654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C9B44" id="Rectángulo 5" o:spid="_x0000_s1026" style="position:absolute;margin-left:163.95pt;margin-top:1.95pt;width:11.25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"/>
                  </w:pict>
                </mc:Fallback>
              </mc:AlternateContent>
            </w:r>
            <w:r w:rsidRPr="00513B03">
              <w:rPr>
                <w:rFonts w:ascii="Arial" w:eastAsia="Times New Roman" w:hAnsi="Arial" w:cs="Arial"/>
                <w:noProof/>
                <w:color w:val="000000"/>
                <w:sz w:val="24"/>
                <w:szCs w:val="24"/>
                <w:lang w:val="es-ES" w:eastAsia="ca-ES"/>
              </w:rPr>
              <mc:AlternateContent>
                <mc:Choice Requires="wps">
                  <w:drawing>
                    <wp:anchor distT="0" distB="0" distL="114300" distR="114300" simplePos="0" relativeHeight="251651072" behindDoc="0" locked="0" layoutInCell="1" allowOverlap="1" wp14:anchorId="57CEEF0C" wp14:editId="5CB9D634">
                      <wp:simplePos x="0" y="0"/>
                      <wp:positionH relativeFrom="column">
                        <wp:posOffset>97790</wp:posOffset>
                      </wp:positionH>
                      <wp:positionV relativeFrom="paragraph">
                        <wp:posOffset>41275</wp:posOffset>
                      </wp:positionV>
                      <wp:extent cx="142875" cy="152400"/>
                      <wp:effectExtent l="6350" t="6350" r="12700" b="12700"/>
                      <wp:wrapNone/>
                      <wp:docPr id="661997498"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7B17D" id="Rectángulo 4" o:spid="_x0000_s1026" style="position:absolute;margin-left:7.7pt;margin-top:3.25pt;width:11.25pt;height:1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"/>
                  </w:pict>
                </mc:Fallback>
              </mc:AlternateContent>
            </w:r>
            <w:r w:rsidRPr="00513B03">
              <w:rPr>
                <w:rFonts w:ascii="Arial" w:eastAsia="Times New Roman" w:hAnsi="Arial" w:cs="Arial"/>
                <w:color w:val="000000"/>
                <w:sz w:val="24"/>
                <w:szCs w:val="24"/>
                <w:lang w:val="es-ES" w:eastAsia="ca-ES"/>
              </w:rPr>
              <w:t xml:space="preserve">        Interes</w:t>
            </w:r>
            <w:r w:rsidRPr="00513B03">
              <w:rPr>
                <w:rFonts w:ascii="Arial" w:eastAsia="Times New Roman" w:hAnsi="Arial" w:cs="Arial"/>
                <w:color w:val="000000"/>
                <w:sz w:val="24"/>
                <w:szCs w:val="24"/>
                <w:lang w:val="es-ES" w:eastAsia="ca-ES"/>
              </w:rPr>
              <w:t>ado</w:t>
            </w:r>
            <w:r w:rsidRPr="00513B03">
              <w:rPr>
                <w:rFonts w:ascii="Arial" w:eastAsia="Times New Roman" w:hAnsi="Arial" w:cs="Arial"/>
                <w:color w:val="000000"/>
                <w:sz w:val="24"/>
                <w:szCs w:val="24"/>
                <w:lang w:val="es-ES" w:eastAsia="ca-ES"/>
              </w:rPr>
              <w:t>/a                          Pa</w:t>
            </w:r>
            <w:r w:rsidRPr="00513B03">
              <w:rPr>
                <w:rFonts w:ascii="Arial" w:eastAsia="Times New Roman" w:hAnsi="Arial" w:cs="Arial"/>
                <w:color w:val="000000"/>
                <w:sz w:val="24"/>
                <w:szCs w:val="24"/>
                <w:lang w:val="es-ES" w:eastAsia="ca-ES"/>
              </w:rPr>
              <w:t>dre</w:t>
            </w:r>
            <w:r w:rsidRPr="00513B03">
              <w:rPr>
                <w:rFonts w:ascii="Arial" w:eastAsia="Times New Roman" w:hAnsi="Arial" w:cs="Arial"/>
                <w:color w:val="000000"/>
                <w:sz w:val="24"/>
                <w:szCs w:val="24"/>
                <w:lang w:val="es-ES" w:eastAsia="ca-ES"/>
              </w:rPr>
              <w:t>/ma</w:t>
            </w:r>
            <w:r w:rsidRPr="00513B03">
              <w:rPr>
                <w:rFonts w:ascii="Arial" w:eastAsia="Times New Roman" w:hAnsi="Arial" w:cs="Arial"/>
                <w:color w:val="000000"/>
                <w:sz w:val="24"/>
                <w:szCs w:val="24"/>
                <w:lang w:val="es-ES" w:eastAsia="ca-ES"/>
              </w:rPr>
              <w:t>d</w:t>
            </w:r>
            <w:r w:rsidRPr="00513B03">
              <w:rPr>
                <w:rFonts w:ascii="Arial" w:eastAsia="Times New Roman" w:hAnsi="Arial" w:cs="Arial"/>
                <w:color w:val="000000"/>
                <w:sz w:val="24"/>
                <w:szCs w:val="24"/>
                <w:lang w:val="es-ES" w:eastAsia="ca-ES"/>
              </w:rPr>
              <w:t>re                      Tutor/a legal</w:t>
            </w:r>
          </w:p>
        </w:tc>
      </w:tr>
      <w:tr w:rsidR="00BE21A1" w:rsidRPr="00513B03" w14:paraId="4DEA864F" w14:textId="77777777" w:rsidTr="004D6939">
        <w:trPr>
          <w:trHeight w:val="454"/>
        </w:trPr>
        <w:tc>
          <w:tcPr>
            <w:tcW w:w="4120" w:type="dxa"/>
            <w:tcBorders>
              <w:top w:val="single" w:sz="4" w:space="0" w:color="auto"/>
              <w:left w:val="single" w:sz="4" w:space="0" w:color="auto"/>
              <w:bottom w:val="single" w:sz="4" w:space="0" w:color="auto"/>
              <w:right w:val="single" w:sz="4" w:space="0" w:color="auto"/>
            </w:tcBorders>
            <w:noWrap/>
            <w:vAlign w:val="center"/>
            <w:hideMark/>
          </w:tcPr>
          <w:p w14:paraId="19A83B5E" w14:textId="663CD583"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NOMBRE Y APELLIDOS</w:t>
            </w:r>
          </w:p>
        </w:tc>
        <w:tc>
          <w:tcPr>
            <w:tcW w:w="4380" w:type="dxa"/>
            <w:tcBorders>
              <w:top w:val="single" w:sz="4" w:space="0" w:color="auto"/>
              <w:left w:val="nil"/>
              <w:bottom w:val="single" w:sz="4" w:space="0" w:color="auto"/>
              <w:right w:val="single" w:sz="4" w:space="0" w:color="auto"/>
            </w:tcBorders>
            <w:noWrap/>
            <w:vAlign w:val="center"/>
            <w:hideMark/>
          </w:tcPr>
          <w:p w14:paraId="65FA49B5"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59A4B974"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hideMark/>
          </w:tcPr>
          <w:p w14:paraId="392F7192" w14:textId="77777777"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DNI</w:t>
            </w:r>
          </w:p>
        </w:tc>
        <w:tc>
          <w:tcPr>
            <w:tcW w:w="4380" w:type="dxa"/>
            <w:tcBorders>
              <w:top w:val="nil"/>
              <w:left w:val="nil"/>
              <w:bottom w:val="single" w:sz="4" w:space="0" w:color="auto"/>
              <w:right w:val="single" w:sz="4" w:space="0" w:color="auto"/>
            </w:tcBorders>
            <w:noWrap/>
            <w:vAlign w:val="center"/>
            <w:hideMark/>
          </w:tcPr>
          <w:p w14:paraId="6C24C4F4"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272C9EE4"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tcPr>
          <w:p w14:paraId="1F6B77E0" w14:textId="3374F309"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DIRECCIÓN POSTAL</w:t>
            </w:r>
          </w:p>
        </w:tc>
        <w:tc>
          <w:tcPr>
            <w:tcW w:w="4380" w:type="dxa"/>
            <w:tcBorders>
              <w:top w:val="nil"/>
              <w:left w:val="nil"/>
              <w:bottom w:val="single" w:sz="4" w:space="0" w:color="auto"/>
              <w:right w:val="single" w:sz="4" w:space="0" w:color="auto"/>
            </w:tcBorders>
            <w:noWrap/>
            <w:vAlign w:val="center"/>
          </w:tcPr>
          <w:p w14:paraId="78E292F4"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p>
        </w:tc>
      </w:tr>
      <w:tr w:rsidR="00BE21A1" w:rsidRPr="00513B03" w14:paraId="536C56A8"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hideMark/>
          </w:tcPr>
          <w:p w14:paraId="75D85B3B" w14:textId="64380481"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CORRE</w:t>
            </w:r>
            <w:r w:rsidRPr="00513B03">
              <w:rPr>
                <w:rFonts w:ascii="Arial" w:eastAsia="Times New Roman" w:hAnsi="Arial" w:cs="Arial"/>
                <w:b/>
                <w:bCs/>
                <w:color w:val="000000"/>
                <w:sz w:val="24"/>
                <w:szCs w:val="24"/>
                <w:lang w:val="es-ES" w:eastAsia="ca-ES"/>
              </w:rPr>
              <w:t>O</w:t>
            </w:r>
            <w:r w:rsidRPr="00513B03">
              <w:rPr>
                <w:rFonts w:ascii="Arial" w:eastAsia="Times New Roman" w:hAnsi="Arial" w:cs="Arial"/>
                <w:b/>
                <w:bCs/>
                <w:color w:val="000000"/>
                <w:sz w:val="24"/>
                <w:szCs w:val="24"/>
                <w:lang w:val="es-ES" w:eastAsia="ca-ES"/>
              </w:rPr>
              <w:t xml:space="preserve"> ELECTR</w:t>
            </w:r>
            <w:r w:rsidRPr="00513B03">
              <w:rPr>
                <w:rFonts w:ascii="Arial" w:eastAsia="Times New Roman" w:hAnsi="Arial" w:cs="Arial"/>
                <w:b/>
                <w:bCs/>
                <w:color w:val="000000"/>
                <w:sz w:val="24"/>
                <w:szCs w:val="24"/>
                <w:lang w:val="es-ES" w:eastAsia="ca-ES"/>
              </w:rPr>
              <w:t>ÓNICO</w:t>
            </w:r>
          </w:p>
        </w:tc>
        <w:tc>
          <w:tcPr>
            <w:tcW w:w="4380" w:type="dxa"/>
            <w:tcBorders>
              <w:top w:val="nil"/>
              <w:left w:val="nil"/>
              <w:bottom w:val="single" w:sz="4" w:space="0" w:color="auto"/>
              <w:right w:val="single" w:sz="4" w:space="0" w:color="auto"/>
            </w:tcBorders>
            <w:noWrap/>
            <w:vAlign w:val="center"/>
            <w:hideMark/>
          </w:tcPr>
          <w:p w14:paraId="0830CE70"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0DFC72AA"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hideMark/>
          </w:tcPr>
          <w:p w14:paraId="7E455F2B" w14:textId="593DD860"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TEL</w:t>
            </w:r>
            <w:r w:rsidRPr="00513B03">
              <w:rPr>
                <w:rFonts w:ascii="Arial" w:eastAsia="Times New Roman" w:hAnsi="Arial" w:cs="Arial"/>
                <w:b/>
                <w:bCs/>
                <w:color w:val="000000"/>
                <w:sz w:val="24"/>
                <w:szCs w:val="24"/>
                <w:lang w:val="es-ES" w:eastAsia="ca-ES"/>
              </w:rPr>
              <w:t>ÉFONO</w:t>
            </w:r>
          </w:p>
        </w:tc>
        <w:tc>
          <w:tcPr>
            <w:tcW w:w="4380" w:type="dxa"/>
            <w:tcBorders>
              <w:top w:val="nil"/>
              <w:left w:val="nil"/>
              <w:bottom w:val="single" w:sz="4" w:space="0" w:color="auto"/>
              <w:right w:val="single" w:sz="4" w:space="0" w:color="auto"/>
            </w:tcBorders>
            <w:noWrap/>
            <w:vAlign w:val="center"/>
            <w:hideMark/>
          </w:tcPr>
          <w:p w14:paraId="4660E34A"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bl>
    <w:p w14:paraId="28C7A300" w14:textId="77777777" w:rsidR="00BE21A1" w:rsidRPr="00513B03" w:rsidRDefault="00BE21A1" w:rsidP="00BE21A1">
      <w:pPr>
        <w:jc w:val="center"/>
        <w:rPr>
          <w:rFonts w:ascii="Arial" w:hAnsi="Arial" w:cs="Arial"/>
          <w:b/>
          <w:bCs/>
          <w:sz w:val="24"/>
          <w:szCs w:val="24"/>
          <w:lang w:val="es-ES"/>
        </w:rPr>
      </w:pPr>
    </w:p>
    <w:tbl>
      <w:tblPr>
        <w:tblW w:w="8500" w:type="dxa"/>
        <w:tblInd w:w="75" w:type="dxa"/>
        <w:tblCellMar>
          <w:left w:w="70" w:type="dxa"/>
          <w:right w:w="70" w:type="dxa"/>
        </w:tblCellMar>
        <w:tblLook w:val="04A0" w:firstRow="1" w:lastRow="0" w:firstColumn="1" w:lastColumn="0" w:noHBand="0" w:noVBand="1"/>
      </w:tblPr>
      <w:tblGrid>
        <w:gridCol w:w="4120"/>
        <w:gridCol w:w="4380"/>
      </w:tblGrid>
      <w:tr w:rsidR="00BE21A1" w:rsidRPr="00513B03" w14:paraId="582487D1" w14:textId="77777777" w:rsidTr="004D6939">
        <w:trPr>
          <w:trHeight w:val="454"/>
        </w:trPr>
        <w:tc>
          <w:tcPr>
            <w:tcW w:w="850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0DC4F62B" w14:textId="356E9D84"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DATOS</w:t>
            </w:r>
            <w:r w:rsidRPr="00513B03">
              <w:rPr>
                <w:rFonts w:ascii="Arial" w:eastAsia="Times New Roman" w:hAnsi="Arial" w:cs="Arial"/>
                <w:b/>
                <w:bCs/>
                <w:color w:val="000000"/>
                <w:sz w:val="24"/>
                <w:szCs w:val="24"/>
                <w:lang w:val="es-ES" w:eastAsia="ca-ES"/>
              </w:rPr>
              <w:t xml:space="preserve"> DEL BENEFICIARI</w:t>
            </w:r>
            <w:r w:rsidRPr="00513B03">
              <w:rPr>
                <w:rFonts w:ascii="Arial" w:eastAsia="Times New Roman" w:hAnsi="Arial" w:cs="Arial"/>
                <w:b/>
                <w:bCs/>
                <w:color w:val="000000"/>
                <w:sz w:val="24"/>
                <w:szCs w:val="24"/>
                <w:lang w:val="es-ES" w:eastAsia="ca-ES"/>
              </w:rPr>
              <w:t>O/A</w:t>
            </w:r>
            <w:r w:rsidRPr="00513B03">
              <w:rPr>
                <w:rFonts w:ascii="Arial" w:eastAsia="Times New Roman" w:hAnsi="Arial" w:cs="Arial"/>
                <w:b/>
                <w:bCs/>
                <w:color w:val="000000"/>
                <w:sz w:val="24"/>
                <w:szCs w:val="24"/>
                <w:lang w:val="es-ES" w:eastAsia="ca-ES"/>
              </w:rPr>
              <w:t xml:space="preserve"> (persona matriculada)</w:t>
            </w:r>
          </w:p>
        </w:tc>
      </w:tr>
      <w:tr w:rsidR="00BE21A1" w:rsidRPr="00513B03" w14:paraId="1EB20FDD" w14:textId="77777777" w:rsidTr="004D6939">
        <w:trPr>
          <w:trHeight w:val="454"/>
        </w:trPr>
        <w:tc>
          <w:tcPr>
            <w:tcW w:w="4120" w:type="dxa"/>
            <w:tcBorders>
              <w:top w:val="single" w:sz="4" w:space="0" w:color="auto"/>
              <w:left w:val="single" w:sz="4" w:space="0" w:color="auto"/>
              <w:bottom w:val="single" w:sz="4" w:space="0" w:color="auto"/>
              <w:right w:val="single" w:sz="4" w:space="0" w:color="auto"/>
            </w:tcBorders>
            <w:noWrap/>
            <w:vAlign w:val="center"/>
            <w:hideMark/>
          </w:tcPr>
          <w:p w14:paraId="0C7B3F9C" w14:textId="7D606F08" w:rsidR="00BE21A1" w:rsidRPr="00513B03" w:rsidRDefault="00BE21A1" w:rsidP="00BE21A1">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NOMBRE Y APELLIDOS</w:t>
            </w:r>
          </w:p>
        </w:tc>
        <w:tc>
          <w:tcPr>
            <w:tcW w:w="4380" w:type="dxa"/>
            <w:tcBorders>
              <w:top w:val="single" w:sz="4" w:space="0" w:color="auto"/>
              <w:left w:val="nil"/>
              <w:bottom w:val="single" w:sz="4" w:space="0" w:color="auto"/>
              <w:right w:val="single" w:sz="4" w:space="0" w:color="auto"/>
            </w:tcBorders>
            <w:noWrap/>
            <w:vAlign w:val="center"/>
            <w:hideMark/>
          </w:tcPr>
          <w:p w14:paraId="6F43FF9D" w14:textId="77777777" w:rsidR="00BE21A1" w:rsidRPr="00513B03" w:rsidRDefault="00BE21A1" w:rsidP="00BE21A1">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3246D94F"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hideMark/>
          </w:tcPr>
          <w:p w14:paraId="3017656E" w14:textId="00869A20" w:rsidR="00BE21A1" w:rsidRPr="00513B03" w:rsidRDefault="00BE21A1" w:rsidP="00BE21A1">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DNI</w:t>
            </w:r>
          </w:p>
        </w:tc>
        <w:tc>
          <w:tcPr>
            <w:tcW w:w="4380" w:type="dxa"/>
            <w:tcBorders>
              <w:top w:val="nil"/>
              <w:left w:val="nil"/>
              <w:bottom w:val="single" w:sz="4" w:space="0" w:color="auto"/>
              <w:right w:val="single" w:sz="4" w:space="0" w:color="auto"/>
            </w:tcBorders>
            <w:noWrap/>
            <w:vAlign w:val="center"/>
            <w:hideMark/>
          </w:tcPr>
          <w:p w14:paraId="0C9B0621" w14:textId="77777777" w:rsidR="00BE21A1" w:rsidRPr="00513B03" w:rsidRDefault="00BE21A1" w:rsidP="00BE21A1">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0719C4BE"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tcPr>
          <w:p w14:paraId="630B83D0" w14:textId="78500297"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FECHA DE NACIMIENTO</w:t>
            </w:r>
          </w:p>
        </w:tc>
        <w:tc>
          <w:tcPr>
            <w:tcW w:w="4380" w:type="dxa"/>
            <w:tcBorders>
              <w:top w:val="nil"/>
              <w:left w:val="nil"/>
              <w:bottom w:val="single" w:sz="4" w:space="0" w:color="auto"/>
              <w:right w:val="single" w:sz="4" w:space="0" w:color="auto"/>
            </w:tcBorders>
            <w:noWrap/>
            <w:vAlign w:val="center"/>
          </w:tcPr>
          <w:p w14:paraId="4BCCB3C7"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p>
        </w:tc>
      </w:tr>
      <w:tr w:rsidR="00BE21A1" w:rsidRPr="00513B03" w14:paraId="51B3EAEA"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tcPr>
          <w:p w14:paraId="029D72A3" w14:textId="683481ED"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DIRECCIÓN NOTIFICACIONES</w:t>
            </w:r>
          </w:p>
        </w:tc>
        <w:tc>
          <w:tcPr>
            <w:tcW w:w="4380" w:type="dxa"/>
            <w:tcBorders>
              <w:top w:val="nil"/>
              <w:left w:val="nil"/>
              <w:bottom w:val="single" w:sz="4" w:space="0" w:color="auto"/>
              <w:right w:val="single" w:sz="4" w:space="0" w:color="auto"/>
            </w:tcBorders>
            <w:noWrap/>
            <w:vAlign w:val="center"/>
          </w:tcPr>
          <w:p w14:paraId="6D4380DF"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p>
        </w:tc>
      </w:tr>
      <w:tr w:rsidR="00BE21A1" w:rsidRPr="00513B03" w14:paraId="2208874D"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hideMark/>
          </w:tcPr>
          <w:p w14:paraId="7E48062B" w14:textId="7DF2BBC1"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CORREO ELECTRÓNICO</w:t>
            </w:r>
          </w:p>
        </w:tc>
        <w:tc>
          <w:tcPr>
            <w:tcW w:w="4380" w:type="dxa"/>
            <w:tcBorders>
              <w:top w:val="nil"/>
              <w:left w:val="nil"/>
              <w:bottom w:val="single" w:sz="4" w:space="0" w:color="auto"/>
              <w:right w:val="single" w:sz="4" w:space="0" w:color="auto"/>
            </w:tcBorders>
            <w:noWrap/>
            <w:vAlign w:val="center"/>
            <w:hideMark/>
          </w:tcPr>
          <w:p w14:paraId="2C21A6CB"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4363EC47" w14:textId="77777777" w:rsidTr="004D6939">
        <w:trPr>
          <w:trHeight w:val="454"/>
        </w:trPr>
        <w:tc>
          <w:tcPr>
            <w:tcW w:w="4120" w:type="dxa"/>
            <w:tcBorders>
              <w:top w:val="nil"/>
              <w:left w:val="single" w:sz="4" w:space="0" w:color="auto"/>
              <w:bottom w:val="single" w:sz="4" w:space="0" w:color="auto"/>
              <w:right w:val="single" w:sz="4" w:space="0" w:color="auto"/>
            </w:tcBorders>
            <w:noWrap/>
            <w:vAlign w:val="center"/>
            <w:hideMark/>
          </w:tcPr>
          <w:p w14:paraId="3C3B4860" w14:textId="62A9782F"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TE</w:t>
            </w:r>
            <w:r w:rsidRPr="00513B03">
              <w:rPr>
                <w:rFonts w:ascii="Arial" w:eastAsia="Times New Roman" w:hAnsi="Arial" w:cs="Arial"/>
                <w:b/>
                <w:bCs/>
                <w:color w:val="000000"/>
                <w:sz w:val="24"/>
                <w:szCs w:val="24"/>
                <w:lang w:val="es-ES" w:eastAsia="ca-ES"/>
              </w:rPr>
              <w:t>LÉFONO</w:t>
            </w:r>
          </w:p>
        </w:tc>
        <w:tc>
          <w:tcPr>
            <w:tcW w:w="4380" w:type="dxa"/>
            <w:tcBorders>
              <w:top w:val="nil"/>
              <w:left w:val="nil"/>
              <w:bottom w:val="single" w:sz="4" w:space="0" w:color="auto"/>
              <w:right w:val="single" w:sz="4" w:space="0" w:color="auto"/>
            </w:tcBorders>
            <w:noWrap/>
            <w:vAlign w:val="center"/>
            <w:hideMark/>
          </w:tcPr>
          <w:p w14:paraId="49545594"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bl>
    <w:p w14:paraId="6B6C2DA4" w14:textId="77777777" w:rsidR="00BE21A1" w:rsidRPr="00513B03" w:rsidRDefault="00BE21A1" w:rsidP="00BE21A1">
      <w:pPr>
        <w:jc w:val="center"/>
        <w:rPr>
          <w:rFonts w:ascii="Arial" w:hAnsi="Arial" w:cs="Arial"/>
          <w:b/>
          <w:bCs/>
          <w:sz w:val="24"/>
          <w:szCs w:val="24"/>
          <w:lang w:val="es-ES"/>
        </w:rPr>
      </w:pPr>
    </w:p>
    <w:p w14:paraId="301FE238" w14:textId="0CD0C8EE" w:rsidR="00BE21A1" w:rsidRPr="00513B03" w:rsidRDefault="00BE21A1" w:rsidP="00BE21A1">
      <w:pPr>
        <w:rPr>
          <w:rFonts w:ascii="Arial" w:eastAsia="Verdana" w:hAnsi="Arial" w:cs="Arial"/>
          <w:b/>
          <w:bCs/>
          <w:sz w:val="24"/>
          <w:szCs w:val="24"/>
          <w:lang w:val="es-ES" w:eastAsia="es-ES"/>
        </w:rPr>
      </w:pPr>
      <w:r w:rsidRPr="00513B03">
        <w:rPr>
          <w:rFonts w:ascii="Arial" w:hAnsi="Arial" w:cs="Arial"/>
          <w:b/>
          <w:bCs/>
          <w:sz w:val="24"/>
          <w:szCs w:val="24"/>
          <w:lang w:val="es-ES"/>
        </w:rPr>
        <w:t>DATOS DE LOS ESTUDIOS POSTOBLIGATORIOS</w:t>
      </w:r>
    </w:p>
    <w:p w14:paraId="523638B6" w14:textId="69F75043" w:rsidR="00BE21A1" w:rsidRPr="00513B03" w:rsidRDefault="00BE21A1" w:rsidP="00BE21A1">
      <w:pPr>
        <w:rPr>
          <w:rFonts w:ascii="Arial" w:eastAsia="Verdana" w:hAnsi="Arial" w:cs="Arial"/>
          <w:sz w:val="24"/>
          <w:szCs w:val="24"/>
          <w:lang w:val="es-ES" w:eastAsia="es-ES"/>
        </w:rPr>
      </w:pPr>
      <w:r w:rsidRPr="00513B03">
        <w:rPr>
          <w:rFonts w:ascii="Arial" w:eastAsia="Verdana" w:hAnsi="Arial" w:cs="Arial"/>
          <w:b/>
          <w:bCs/>
          <w:noProof/>
          <w:sz w:val="24"/>
          <w:szCs w:val="24"/>
          <w:lang w:val="es-ES" w:eastAsia="es-ES"/>
        </w:rPr>
        <mc:AlternateContent>
          <mc:Choice Requires="wps">
            <w:drawing>
              <wp:anchor distT="0" distB="0" distL="114300" distR="114300" simplePos="0" relativeHeight="251660288" behindDoc="0" locked="0" layoutInCell="1" allowOverlap="1" wp14:anchorId="38B576CD" wp14:editId="5E7AF3E2">
                <wp:simplePos x="0" y="0"/>
                <wp:positionH relativeFrom="column">
                  <wp:posOffset>735965</wp:posOffset>
                </wp:positionH>
                <wp:positionV relativeFrom="paragraph">
                  <wp:posOffset>8255</wp:posOffset>
                </wp:positionV>
                <wp:extent cx="142875" cy="152400"/>
                <wp:effectExtent l="6350" t="13970" r="12700" b="5080"/>
                <wp:wrapNone/>
                <wp:docPr id="1705266939"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F30EE" id="Rectángulo 3" o:spid="_x0000_s1026" style="position:absolute;margin-left:57.95pt;margin-top:.65pt;width:11.2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"/>
            </w:pict>
          </mc:Fallback>
        </mc:AlternateContent>
      </w:r>
      <w:r w:rsidRPr="00513B03">
        <w:rPr>
          <w:rFonts w:ascii="Arial" w:eastAsia="Verdana" w:hAnsi="Arial" w:cs="Arial"/>
          <w:b/>
          <w:bCs/>
          <w:noProof/>
          <w:sz w:val="24"/>
          <w:szCs w:val="24"/>
          <w:lang w:val="es-ES" w:eastAsia="es-ES"/>
        </w:rPr>
        <mc:AlternateContent>
          <mc:Choice Requires="wps">
            <w:drawing>
              <wp:anchor distT="0" distB="0" distL="114300" distR="114300" simplePos="0" relativeHeight="251666432" behindDoc="0" locked="0" layoutInCell="1" allowOverlap="1" wp14:anchorId="249B6F57" wp14:editId="55D7E596">
                <wp:simplePos x="0" y="0"/>
                <wp:positionH relativeFrom="column">
                  <wp:posOffset>3815715</wp:posOffset>
                </wp:positionH>
                <wp:positionV relativeFrom="paragraph">
                  <wp:posOffset>8255</wp:posOffset>
                </wp:positionV>
                <wp:extent cx="142875" cy="152400"/>
                <wp:effectExtent l="9525" t="13970" r="9525" b="5080"/>
                <wp:wrapNone/>
                <wp:docPr id="74016710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03457" id="Rectángulo 2" o:spid="_x0000_s1026" style="position:absolute;margin-left:300.45pt;margin-top:.65pt;width:11.2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"/>
            </w:pict>
          </mc:Fallback>
        </mc:AlternateContent>
      </w:r>
      <w:r w:rsidRPr="00513B03">
        <w:rPr>
          <w:rFonts w:ascii="Arial" w:eastAsia="Verdana" w:hAnsi="Arial" w:cs="Arial"/>
          <w:b/>
          <w:bCs/>
          <w:noProof/>
          <w:sz w:val="24"/>
          <w:szCs w:val="24"/>
          <w:lang w:val="es-ES" w:eastAsia="es-ES"/>
        </w:rPr>
        <mc:AlternateContent>
          <mc:Choice Requires="wps">
            <w:drawing>
              <wp:anchor distT="0" distB="0" distL="114300" distR="114300" simplePos="0" relativeHeight="251663360" behindDoc="0" locked="0" layoutInCell="1" allowOverlap="1" wp14:anchorId="7A0B206A" wp14:editId="124A91E2">
                <wp:simplePos x="0" y="0"/>
                <wp:positionH relativeFrom="column">
                  <wp:posOffset>2091690</wp:posOffset>
                </wp:positionH>
                <wp:positionV relativeFrom="paragraph">
                  <wp:posOffset>17780</wp:posOffset>
                </wp:positionV>
                <wp:extent cx="142875" cy="152400"/>
                <wp:effectExtent l="9525" t="13970" r="9525" b="5080"/>
                <wp:wrapNone/>
                <wp:docPr id="33238534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9FF0" id="Rectángulo 1" o:spid="_x0000_s1026" style="position:absolute;margin-left:164.7pt;margin-top:1.4pt;width:11.2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iYmCg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"/>
            </w:pict>
          </mc:Fallback>
        </mc:AlternateContent>
      </w:r>
      <w:r w:rsidRPr="00513B03">
        <w:rPr>
          <w:rFonts w:ascii="Arial" w:eastAsia="Verdana" w:hAnsi="Arial" w:cs="Arial"/>
          <w:b/>
          <w:bCs/>
          <w:sz w:val="24"/>
          <w:szCs w:val="24"/>
          <w:lang w:val="es-ES" w:eastAsia="es-ES"/>
        </w:rPr>
        <w:t>Estudi</w:t>
      </w:r>
      <w:r w:rsidRPr="00513B03">
        <w:rPr>
          <w:rFonts w:ascii="Arial" w:eastAsia="Verdana" w:hAnsi="Arial" w:cs="Arial"/>
          <w:b/>
          <w:bCs/>
          <w:sz w:val="24"/>
          <w:szCs w:val="24"/>
          <w:lang w:val="es-ES" w:eastAsia="es-ES"/>
        </w:rPr>
        <w:t>o</w:t>
      </w:r>
      <w:r w:rsidRPr="00513B03">
        <w:rPr>
          <w:rFonts w:ascii="Arial" w:eastAsia="Verdana" w:hAnsi="Arial" w:cs="Arial"/>
          <w:b/>
          <w:bCs/>
          <w:sz w:val="24"/>
          <w:szCs w:val="24"/>
          <w:lang w:val="es-ES" w:eastAsia="es-ES"/>
        </w:rPr>
        <w:t>s</w:t>
      </w:r>
      <w:r w:rsidRPr="00513B03">
        <w:rPr>
          <w:rFonts w:ascii="Arial" w:eastAsia="Verdana" w:hAnsi="Arial" w:cs="Arial"/>
          <w:sz w:val="24"/>
          <w:szCs w:val="24"/>
          <w:lang w:val="es-ES" w:eastAsia="es-ES"/>
        </w:rPr>
        <w:t>:       Ba</w:t>
      </w:r>
      <w:r w:rsidRPr="00513B03">
        <w:rPr>
          <w:rFonts w:ascii="Arial" w:eastAsia="Verdana" w:hAnsi="Arial" w:cs="Arial"/>
          <w:sz w:val="24"/>
          <w:szCs w:val="24"/>
          <w:lang w:val="es-ES" w:eastAsia="es-ES"/>
        </w:rPr>
        <w:t>chillerato</w:t>
      </w:r>
      <w:r w:rsidRPr="00513B03">
        <w:rPr>
          <w:rFonts w:ascii="Arial" w:eastAsia="Verdana" w:hAnsi="Arial" w:cs="Arial"/>
          <w:sz w:val="24"/>
          <w:szCs w:val="24"/>
          <w:lang w:val="es-ES" w:eastAsia="es-ES"/>
        </w:rPr>
        <w:t xml:space="preserve">              </w:t>
      </w:r>
      <w:r w:rsidRPr="00513B03">
        <w:rPr>
          <w:rFonts w:ascii="Arial" w:eastAsia="Verdana" w:hAnsi="Arial" w:cs="Arial"/>
          <w:sz w:val="24"/>
          <w:szCs w:val="24"/>
          <w:lang w:val="es-ES" w:eastAsia="es-ES"/>
        </w:rPr>
        <w:t>Ciclo formativo</w:t>
      </w:r>
      <w:r w:rsidRPr="00513B03">
        <w:rPr>
          <w:rFonts w:ascii="Arial" w:eastAsia="Verdana" w:hAnsi="Arial" w:cs="Arial"/>
          <w:sz w:val="24"/>
          <w:szCs w:val="24"/>
          <w:lang w:val="es-ES" w:eastAsia="es-ES"/>
        </w:rPr>
        <w:t xml:space="preserve">                </w:t>
      </w:r>
      <w:r w:rsidRPr="00513B03">
        <w:rPr>
          <w:rFonts w:ascii="Arial" w:eastAsia="Verdana" w:hAnsi="Arial" w:cs="Arial"/>
          <w:sz w:val="24"/>
          <w:szCs w:val="24"/>
          <w:lang w:val="es-ES" w:eastAsia="es-ES"/>
        </w:rPr>
        <w:t>Estudios de grado</w:t>
      </w:r>
    </w:p>
    <w:p w14:paraId="052A8B11" w14:textId="5F9CFE5A" w:rsidR="00BE21A1" w:rsidRPr="00513B03" w:rsidRDefault="00BE21A1" w:rsidP="00BE21A1">
      <w:pPr>
        <w:rPr>
          <w:rFonts w:ascii="Arial" w:eastAsia="Verdana" w:hAnsi="Arial" w:cs="Arial"/>
          <w:sz w:val="24"/>
          <w:szCs w:val="24"/>
          <w:lang w:val="es-ES" w:eastAsia="es-ES"/>
        </w:rPr>
      </w:pPr>
      <w:r w:rsidRPr="00513B03">
        <w:rPr>
          <w:rFonts w:ascii="Arial" w:eastAsia="Verdana" w:hAnsi="Arial" w:cs="Arial"/>
          <w:sz w:val="24"/>
          <w:szCs w:val="24"/>
          <w:lang w:val="es-ES" w:eastAsia="es-ES"/>
        </w:rPr>
        <w:t>Nombre del centro educativo</w:t>
      </w:r>
      <w:r w:rsidRPr="00513B03">
        <w:rPr>
          <w:rFonts w:ascii="Arial" w:eastAsia="Verdana" w:hAnsi="Arial" w:cs="Arial"/>
          <w:sz w:val="24"/>
          <w:szCs w:val="24"/>
          <w:lang w:val="es-ES" w:eastAsia="es-ES"/>
        </w:rPr>
        <w:t xml:space="preserve"> curs</w:t>
      </w:r>
      <w:r w:rsidRPr="00513B03">
        <w:rPr>
          <w:rFonts w:ascii="Arial" w:eastAsia="Verdana" w:hAnsi="Arial" w:cs="Arial"/>
          <w:sz w:val="24"/>
          <w:szCs w:val="24"/>
          <w:lang w:val="es-ES" w:eastAsia="es-ES"/>
        </w:rPr>
        <w:t>o</w:t>
      </w:r>
      <w:r w:rsidRPr="00513B03">
        <w:rPr>
          <w:rFonts w:ascii="Arial" w:eastAsia="Verdana" w:hAnsi="Arial" w:cs="Arial"/>
          <w:sz w:val="24"/>
          <w:szCs w:val="24"/>
          <w:lang w:val="es-ES" w:eastAsia="es-ES"/>
        </w:rPr>
        <w:t xml:space="preserve"> 2025 / 2026: _____________________</w:t>
      </w:r>
      <w:r w:rsidRPr="00513B03">
        <w:rPr>
          <w:rFonts w:ascii="Arial" w:eastAsia="Verdana" w:hAnsi="Arial" w:cs="Arial"/>
          <w:sz w:val="24"/>
          <w:szCs w:val="24"/>
          <w:lang w:val="es-ES" w:eastAsia="es-ES"/>
        </w:rPr>
        <w:t>_</w:t>
      </w:r>
    </w:p>
    <w:p w14:paraId="4C25C2B2" w14:textId="608A555A" w:rsidR="00BE21A1" w:rsidRPr="00513B03" w:rsidRDefault="00BE21A1" w:rsidP="00BE21A1">
      <w:pPr>
        <w:rPr>
          <w:rFonts w:ascii="Arial" w:eastAsia="Verdana" w:hAnsi="Arial" w:cs="Arial"/>
          <w:sz w:val="24"/>
          <w:szCs w:val="24"/>
          <w:lang w:val="es-ES" w:eastAsia="es-ES"/>
        </w:rPr>
      </w:pPr>
      <w:r w:rsidRPr="00513B03">
        <w:rPr>
          <w:rFonts w:ascii="Arial" w:hAnsi="Arial" w:cs="Arial"/>
          <w:sz w:val="24"/>
          <w:szCs w:val="24"/>
          <w:lang w:val="es-ES"/>
        </w:rPr>
        <w:t>Localidad donde se encuentra el centro educativo</w:t>
      </w:r>
      <w:r w:rsidRPr="00513B03">
        <w:rPr>
          <w:rFonts w:ascii="Arial" w:eastAsia="Verdana" w:hAnsi="Arial" w:cs="Arial"/>
          <w:sz w:val="24"/>
          <w:szCs w:val="24"/>
          <w:lang w:val="es-ES" w:eastAsia="es-ES"/>
        </w:rPr>
        <w:t>: ____________________</w:t>
      </w:r>
    </w:p>
    <w:p w14:paraId="5FAB175B" w14:textId="22BACAE1" w:rsidR="00BE21A1" w:rsidRPr="00513B03" w:rsidRDefault="00BE21A1" w:rsidP="00BE21A1">
      <w:pPr>
        <w:rPr>
          <w:rFonts w:ascii="Arial" w:eastAsia="Verdana" w:hAnsi="Arial" w:cs="Arial"/>
          <w:sz w:val="24"/>
          <w:szCs w:val="24"/>
          <w:lang w:val="es-ES" w:eastAsia="es-ES"/>
        </w:rPr>
      </w:pPr>
      <w:r w:rsidRPr="00513B03">
        <w:rPr>
          <w:rFonts w:ascii="Arial" w:eastAsia="Verdana" w:hAnsi="Arial" w:cs="Arial"/>
          <w:sz w:val="24"/>
          <w:szCs w:val="24"/>
          <w:lang w:val="es-ES" w:eastAsia="es-ES"/>
        </w:rPr>
        <w:t>Nombre de los estudios</w:t>
      </w:r>
      <w:r w:rsidRPr="00513B03">
        <w:rPr>
          <w:rFonts w:ascii="Arial" w:eastAsia="Verdana" w:hAnsi="Arial" w:cs="Arial"/>
          <w:sz w:val="24"/>
          <w:szCs w:val="24"/>
          <w:lang w:val="es-ES" w:eastAsia="es-ES"/>
        </w:rPr>
        <w:t>: _________________________________________</w:t>
      </w:r>
    </w:p>
    <w:p w14:paraId="41ABDF17" w14:textId="77777777" w:rsidR="00BE21A1" w:rsidRPr="00513B03" w:rsidRDefault="00BE21A1" w:rsidP="00BE21A1">
      <w:pPr>
        <w:rPr>
          <w:rFonts w:ascii="Arial" w:eastAsia="Verdana" w:hAnsi="Arial" w:cs="Arial"/>
          <w:b/>
          <w:bCs/>
          <w:sz w:val="24"/>
          <w:szCs w:val="24"/>
          <w:lang w:val="es-ES" w:eastAsia="es-ES"/>
        </w:rPr>
      </w:pPr>
    </w:p>
    <w:p w14:paraId="799A57CF" w14:textId="435A88D4" w:rsidR="00BE21A1" w:rsidRPr="00513B03" w:rsidRDefault="004349AD" w:rsidP="00BE21A1">
      <w:pPr>
        <w:rPr>
          <w:rFonts w:ascii="Arial" w:eastAsia="Verdana" w:hAnsi="Arial" w:cs="Arial"/>
          <w:sz w:val="24"/>
          <w:szCs w:val="24"/>
          <w:lang w:val="es-ES" w:eastAsia="es-ES"/>
        </w:rPr>
      </w:pPr>
      <w:r w:rsidRPr="00513B03">
        <w:rPr>
          <w:rFonts w:ascii="Arial" w:hAnsi="Arial" w:cs="Arial"/>
          <w:b/>
          <w:bCs/>
          <w:sz w:val="24"/>
          <w:szCs w:val="24"/>
          <w:lang w:val="es-ES"/>
        </w:rPr>
        <w:lastRenderedPageBreak/>
        <w:t>NÚMERO DE CUENTA BANCARIA PARA EL INGRESO</w:t>
      </w:r>
      <w:r w:rsidRPr="00513B03">
        <w:rPr>
          <w:rFonts w:ascii="Arial" w:hAnsi="Arial" w:cs="Arial"/>
          <w:sz w:val="24"/>
          <w:szCs w:val="24"/>
          <w:lang w:val="es-ES"/>
        </w:rPr>
        <w:t xml:space="preserve"> (es necesario aportar certificado de titularidad bancaria, que deberá ser del beneficiario o su representante</w:t>
      </w:r>
      <w:r w:rsidR="00BE21A1" w:rsidRPr="00513B03">
        <w:rPr>
          <w:rFonts w:ascii="Arial" w:eastAsia="Verdana" w:hAnsi="Arial" w:cs="Arial"/>
          <w:sz w:val="24"/>
          <w:szCs w:val="24"/>
          <w:lang w:val="es-ES" w:eastAsia="es-ES"/>
        </w:rPr>
        <w:t>)</w:t>
      </w:r>
    </w:p>
    <w:p w14:paraId="312793F7" w14:textId="77777777" w:rsidR="00BE21A1" w:rsidRPr="00513B03" w:rsidRDefault="00BE21A1" w:rsidP="00BE21A1">
      <w:pPr>
        <w:rPr>
          <w:rFonts w:ascii="Arial" w:eastAsia="Verdana" w:hAnsi="Arial" w:cs="Arial"/>
          <w:sz w:val="24"/>
          <w:szCs w:val="24"/>
          <w:lang w:val="es-ES" w:eastAsia="es-ES"/>
        </w:rPr>
      </w:pPr>
      <w:r w:rsidRPr="00513B03">
        <w:rPr>
          <w:rFonts w:ascii="Arial" w:eastAsia="Verdana" w:hAnsi="Arial" w:cs="Arial"/>
          <w:sz w:val="24"/>
          <w:szCs w:val="24"/>
          <w:lang w:val="es-ES" w:eastAsia="es-ES"/>
        </w:rPr>
        <w:t>IBAN: _______________________________________________________</w:t>
      </w:r>
    </w:p>
    <w:p w14:paraId="566436A2" w14:textId="3C5C0A81" w:rsidR="00BE21A1" w:rsidRPr="00513B03" w:rsidRDefault="004349AD" w:rsidP="00BE21A1">
      <w:pPr>
        <w:rPr>
          <w:rFonts w:ascii="Arial" w:eastAsia="Verdana" w:hAnsi="Arial" w:cs="Arial"/>
          <w:sz w:val="24"/>
          <w:szCs w:val="24"/>
          <w:lang w:val="es-ES" w:eastAsia="es-ES"/>
        </w:rPr>
      </w:pPr>
      <w:r w:rsidRPr="00513B03">
        <w:rPr>
          <w:rFonts w:ascii="Arial" w:hAnsi="Arial" w:cs="Arial"/>
          <w:sz w:val="24"/>
          <w:szCs w:val="24"/>
          <w:lang w:val="es-ES"/>
        </w:rPr>
        <w:t xml:space="preserve">DECLARO que todos los miembros de la unidad familiar, en caso de menores de edad, figuran en el Padrón Municipal de Habitantes del Ayuntamiento de El Far d’Empordà. La relación de personas que conviven con la persona solicitante </w:t>
      </w:r>
      <w:proofErr w:type="gramStart"/>
      <w:r w:rsidR="00BE21A1" w:rsidRPr="00513B03">
        <w:rPr>
          <w:rFonts w:ascii="Arial" w:eastAsia="Verdana" w:hAnsi="Arial" w:cs="Arial"/>
          <w:sz w:val="24"/>
          <w:szCs w:val="24"/>
          <w:lang w:val="es-ES" w:eastAsia="es-ES"/>
        </w:rPr>
        <w:t>son</w:t>
      </w:r>
      <w:proofErr w:type="gramEnd"/>
      <w:r w:rsidR="00BE21A1" w:rsidRPr="00513B03">
        <w:rPr>
          <w:rFonts w:ascii="Arial" w:eastAsia="Verdana" w:hAnsi="Arial" w:cs="Arial"/>
          <w:sz w:val="24"/>
          <w:szCs w:val="24"/>
          <w:lang w:val="es-ES" w:eastAsia="es-ES"/>
        </w:rPr>
        <w:t xml:space="preserve">: </w:t>
      </w:r>
    </w:p>
    <w:tbl>
      <w:tblPr>
        <w:tblW w:w="8920" w:type="dxa"/>
        <w:tblInd w:w="75" w:type="dxa"/>
        <w:tblCellMar>
          <w:left w:w="70" w:type="dxa"/>
          <w:right w:w="70" w:type="dxa"/>
        </w:tblCellMar>
        <w:tblLook w:val="04A0" w:firstRow="1" w:lastRow="0" w:firstColumn="1" w:lastColumn="0" w:noHBand="0" w:noVBand="1"/>
      </w:tblPr>
      <w:tblGrid>
        <w:gridCol w:w="2420"/>
        <w:gridCol w:w="2420"/>
        <w:gridCol w:w="1840"/>
        <w:gridCol w:w="2240"/>
      </w:tblGrid>
      <w:tr w:rsidR="00BE21A1" w:rsidRPr="00513B03" w14:paraId="0D7A0B93" w14:textId="77777777" w:rsidTr="004D6939">
        <w:trPr>
          <w:trHeight w:val="315"/>
        </w:trPr>
        <w:tc>
          <w:tcPr>
            <w:tcW w:w="2420" w:type="dxa"/>
            <w:tcBorders>
              <w:top w:val="single" w:sz="4" w:space="0" w:color="auto"/>
              <w:left w:val="single" w:sz="4" w:space="0" w:color="auto"/>
              <w:bottom w:val="single" w:sz="4" w:space="0" w:color="auto"/>
              <w:right w:val="single" w:sz="4" w:space="0" w:color="auto"/>
            </w:tcBorders>
            <w:noWrap/>
            <w:vAlign w:val="bottom"/>
            <w:hideMark/>
          </w:tcPr>
          <w:p w14:paraId="5D90BEC4" w14:textId="3734ADD0"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Verdana" w:hAnsi="Arial" w:cs="Arial"/>
                <w:sz w:val="24"/>
                <w:szCs w:val="24"/>
                <w:lang w:val="es-ES" w:eastAsia="es-ES"/>
              </w:rPr>
              <w:t xml:space="preserve"> </w:t>
            </w:r>
            <w:r w:rsidR="004349AD" w:rsidRPr="00513B03">
              <w:rPr>
                <w:rFonts w:ascii="Arial" w:eastAsia="Times New Roman" w:hAnsi="Arial" w:cs="Arial"/>
                <w:b/>
                <w:bCs/>
                <w:color w:val="000000"/>
                <w:sz w:val="24"/>
                <w:szCs w:val="24"/>
                <w:lang w:val="es-ES" w:eastAsia="ca-ES"/>
              </w:rPr>
              <w:t>APELLIDOS</w:t>
            </w:r>
          </w:p>
        </w:tc>
        <w:tc>
          <w:tcPr>
            <w:tcW w:w="2420" w:type="dxa"/>
            <w:tcBorders>
              <w:top w:val="single" w:sz="4" w:space="0" w:color="auto"/>
              <w:left w:val="nil"/>
              <w:bottom w:val="single" w:sz="4" w:space="0" w:color="auto"/>
              <w:right w:val="single" w:sz="4" w:space="0" w:color="auto"/>
            </w:tcBorders>
            <w:noWrap/>
            <w:vAlign w:val="bottom"/>
            <w:hideMark/>
          </w:tcPr>
          <w:p w14:paraId="14F33DD9" w14:textId="69FCCAEC" w:rsidR="00BE21A1" w:rsidRPr="00513B03" w:rsidRDefault="004349AD"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NOMBRE</w:t>
            </w:r>
          </w:p>
        </w:tc>
        <w:tc>
          <w:tcPr>
            <w:tcW w:w="1840" w:type="dxa"/>
            <w:tcBorders>
              <w:top w:val="single" w:sz="4" w:space="0" w:color="auto"/>
              <w:left w:val="nil"/>
              <w:bottom w:val="single" w:sz="4" w:space="0" w:color="auto"/>
              <w:right w:val="single" w:sz="4" w:space="0" w:color="auto"/>
            </w:tcBorders>
            <w:noWrap/>
            <w:vAlign w:val="bottom"/>
            <w:hideMark/>
          </w:tcPr>
          <w:p w14:paraId="52985CBD" w14:textId="4541CA42" w:rsidR="00BE21A1" w:rsidRPr="00513B03" w:rsidRDefault="004349AD"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PARENTESCO</w:t>
            </w:r>
          </w:p>
        </w:tc>
        <w:tc>
          <w:tcPr>
            <w:tcW w:w="2240" w:type="dxa"/>
            <w:tcBorders>
              <w:top w:val="single" w:sz="4" w:space="0" w:color="auto"/>
              <w:left w:val="nil"/>
              <w:bottom w:val="single" w:sz="4" w:space="0" w:color="auto"/>
              <w:right w:val="single" w:sz="4" w:space="0" w:color="auto"/>
            </w:tcBorders>
            <w:noWrap/>
            <w:vAlign w:val="bottom"/>
            <w:hideMark/>
          </w:tcPr>
          <w:p w14:paraId="3A2A8D43" w14:textId="77777777" w:rsidR="00BE21A1" w:rsidRPr="00513B03" w:rsidRDefault="00BE21A1" w:rsidP="004D6939">
            <w:pPr>
              <w:spacing w:after="0" w:line="240" w:lineRule="auto"/>
              <w:rPr>
                <w:rFonts w:ascii="Arial" w:eastAsia="Times New Roman" w:hAnsi="Arial" w:cs="Arial"/>
                <w:b/>
                <w:bCs/>
                <w:color w:val="000000"/>
                <w:sz w:val="24"/>
                <w:szCs w:val="24"/>
                <w:lang w:val="es-ES" w:eastAsia="ca-ES"/>
              </w:rPr>
            </w:pPr>
            <w:r w:rsidRPr="00513B03">
              <w:rPr>
                <w:rFonts w:ascii="Arial" w:eastAsia="Times New Roman" w:hAnsi="Arial" w:cs="Arial"/>
                <w:b/>
                <w:bCs/>
                <w:color w:val="000000"/>
                <w:sz w:val="24"/>
                <w:szCs w:val="24"/>
                <w:lang w:val="es-ES" w:eastAsia="ca-ES"/>
              </w:rPr>
              <w:t>DNI</w:t>
            </w:r>
          </w:p>
        </w:tc>
      </w:tr>
      <w:tr w:rsidR="00BE21A1" w:rsidRPr="00513B03" w14:paraId="123B6C95" w14:textId="77777777" w:rsidTr="004D6939">
        <w:trPr>
          <w:trHeight w:val="300"/>
        </w:trPr>
        <w:tc>
          <w:tcPr>
            <w:tcW w:w="2420" w:type="dxa"/>
            <w:tcBorders>
              <w:top w:val="nil"/>
              <w:left w:val="single" w:sz="4" w:space="0" w:color="auto"/>
              <w:bottom w:val="single" w:sz="4" w:space="0" w:color="auto"/>
              <w:right w:val="single" w:sz="4" w:space="0" w:color="auto"/>
            </w:tcBorders>
            <w:noWrap/>
            <w:vAlign w:val="bottom"/>
            <w:hideMark/>
          </w:tcPr>
          <w:p w14:paraId="1E1ABDC7"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420" w:type="dxa"/>
            <w:tcBorders>
              <w:top w:val="nil"/>
              <w:left w:val="nil"/>
              <w:bottom w:val="single" w:sz="4" w:space="0" w:color="auto"/>
              <w:right w:val="single" w:sz="4" w:space="0" w:color="auto"/>
            </w:tcBorders>
            <w:noWrap/>
            <w:vAlign w:val="bottom"/>
            <w:hideMark/>
          </w:tcPr>
          <w:p w14:paraId="02EF37B0"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1840" w:type="dxa"/>
            <w:tcBorders>
              <w:top w:val="nil"/>
              <w:left w:val="nil"/>
              <w:bottom w:val="single" w:sz="4" w:space="0" w:color="auto"/>
              <w:right w:val="single" w:sz="4" w:space="0" w:color="auto"/>
            </w:tcBorders>
            <w:noWrap/>
            <w:vAlign w:val="bottom"/>
            <w:hideMark/>
          </w:tcPr>
          <w:p w14:paraId="2E381DDA"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240" w:type="dxa"/>
            <w:tcBorders>
              <w:top w:val="nil"/>
              <w:left w:val="nil"/>
              <w:bottom w:val="single" w:sz="4" w:space="0" w:color="auto"/>
              <w:right w:val="single" w:sz="4" w:space="0" w:color="auto"/>
            </w:tcBorders>
            <w:noWrap/>
            <w:vAlign w:val="bottom"/>
            <w:hideMark/>
          </w:tcPr>
          <w:p w14:paraId="39DDEF8B"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593E5468" w14:textId="77777777" w:rsidTr="004D6939">
        <w:trPr>
          <w:trHeight w:val="300"/>
        </w:trPr>
        <w:tc>
          <w:tcPr>
            <w:tcW w:w="2420" w:type="dxa"/>
            <w:tcBorders>
              <w:top w:val="nil"/>
              <w:left w:val="single" w:sz="4" w:space="0" w:color="auto"/>
              <w:bottom w:val="single" w:sz="4" w:space="0" w:color="auto"/>
              <w:right w:val="single" w:sz="4" w:space="0" w:color="auto"/>
            </w:tcBorders>
            <w:noWrap/>
            <w:vAlign w:val="bottom"/>
            <w:hideMark/>
          </w:tcPr>
          <w:p w14:paraId="0CC155BE"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420" w:type="dxa"/>
            <w:tcBorders>
              <w:top w:val="nil"/>
              <w:left w:val="nil"/>
              <w:bottom w:val="single" w:sz="4" w:space="0" w:color="auto"/>
              <w:right w:val="single" w:sz="4" w:space="0" w:color="auto"/>
            </w:tcBorders>
            <w:noWrap/>
            <w:vAlign w:val="bottom"/>
            <w:hideMark/>
          </w:tcPr>
          <w:p w14:paraId="700303AE"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1840" w:type="dxa"/>
            <w:tcBorders>
              <w:top w:val="nil"/>
              <w:left w:val="nil"/>
              <w:bottom w:val="single" w:sz="4" w:space="0" w:color="auto"/>
              <w:right w:val="single" w:sz="4" w:space="0" w:color="auto"/>
            </w:tcBorders>
            <w:noWrap/>
            <w:vAlign w:val="bottom"/>
            <w:hideMark/>
          </w:tcPr>
          <w:p w14:paraId="3EB12A1D"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240" w:type="dxa"/>
            <w:tcBorders>
              <w:top w:val="nil"/>
              <w:left w:val="nil"/>
              <w:bottom w:val="single" w:sz="4" w:space="0" w:color="auto"/>
              <w:right w:val="single" w:sz="4" w:space="0" w:color="auto"/>
            </w:tcBorders>
            <w:noWrap/>
            <w:vAlign w:val="bottom"/>
            <w:hideMark/>
          </w:tcPr>
          <w:p w14:paraId="2DA976C6"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28684A70" w14:textId="77777777" w:rsidTr="004D6939">
        <w:trPr>
          <w:trHeight w:val="300"/>
        </w:trPr>
        <w:tc>
          <w:tcPr>
            <w:tcW w:w="2420" w:type="dxa"/>
            <w:tcBorders>
              <w:top w:val="nil"/>
              <w:left w:val="single" w:sz="4" w:space="0" w:color="auto"/>
              <w:bottom w:val="single" w:sz="4" w:space="0" w:color="auto"/>
              <w:right w:val="single" w:sz="4" w:space="0" w:color="auto"/>
            </w:tcBorders>
            <w:noWrap/>
            <w:vAlign w:val="bottom"/>
            <w:hideMark/>
          </w:tcPr>
          <w:p w14:paraId="473908C0"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420" w:type="dxa"/>
            <w:tcBorders>
              <w:top w:val="nil"/>
              <w:left w:val="nil"/>
              <w:bottom w:val="single" w:sz="4" w:space="0" w:color="auto"/>
              <w:right w:val="single" w:sz="4" w:space="0" w:color="auto"/>
            </w:tcBorders>
            <w:noWrap/>
            <w:vAlign w:val="bottom"/>
            <w:hideMark/>
          </w:tcPr>
          <w:p w14:paraId="721187F6"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1840" w:type="dxa"/>
            <w:tcBorders>
              <w:top w:val="nil"/>
              <w:left w:val="nil"/>
              <w:bottom w:val="single" w:sz="4" w:space="0" w:color="auto"/>
              <w:right w:val="single" w:sz="4" w:space="0" w:color="auto"/>
            </w:tcBorders>
            <w:noWrap/>
            <w:vAlign w:val="bottom"/>
            <w:hideMark/>
          </w:tcPr>
          <w:p w14:paraId="2599DCE2"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240" w:type="dxa"/>
            <w:tcBorders>
              <w:top w:val="nil"/>
              <w:left w:val="nil"/>
              <w:bottom w:val="single" w:sz="4" w:space="0" w:color="auto"/>
              <w:right w:val="single" w:sz="4" w:space="0" w:color="auto"/>
            </w:tcBorders>
            <w:noWrap/>
            <w:vAlign w:val="bottom"/>
            <w:hideMark/>
          </w:tcPr>
          <w:p w14:paraId="1ABB8EF7"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56DCAF88" w14:textId="77777777" w:rsidTr="004D6939">
        <w:trPr>
          <w:trHeight w:val="300"/>
        </w:trPr>
        <w:tc>
          <w:tcPr>
            <w:tcW w:w="2420" w:type="dxa"/>
            <w:tcBorders>
              <w:top w:val="nil"/>
              <w:left w:val="single" w:sz="4" w:space="0" w:color="auto"/>
              <w:bottom w:val="single" w:sz="4" w:space="0" w:color="auto"/>
              <w:right w:val="single" w:sz="4" w:space="0" w:color="auto"/>
            </w:tcBorders>
            <w:noWrap/>
            <w:vAlign w:val="bottom"/>
            <w:hideMark/>
          </w:tcPr>
          <w:p w14:paraId="43FC60B6"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420" w:type="dxa"/>
            <w:tcBorders>
              <w:top w:val="nil"/>
              <w:left w:val="nil"/>
              <w:bottom w:val="single" w:sz="4" w:space="0" w:color="auto"/>
              <w:right w:val="single" w:sz="4" w:space="0" w:color="auto"/>
            </w:tcBorders>
            <w:noWrap/>
            <w:vAlign w:val="bottom"/>
            <w:hideMark/>
          </w:tcPr>
          <w:p w14:paraId="4416FE88"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1840" w:type="dxa"/>
            <w:tcBorders>
              <w:top w:val="nil"/>
              <w:left w:val="nil"/>
              <w:bottom w:val="single" w:sz="4" w:space="0" w:color="auto"/>
              <w:right w:val="single" w:sz="4" w:space="0" w:color="auto"/>
            </w:tcBorders>
            <w:noWrap/>
            <w:vAlign w:val="bottom"/>
            <w:hideMark/>
          </w:tcPr>
          <w:p w14:paraId="412F8E22"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240" w:type="dxa"/>
            <w:tcBorders>
              <w:top w:val="nil"/>
              <w:left w:val="nil"/>
              <w:bottom w:val="single" w:sz="4" w:space="0" w:color="auto"/>
              <w:right w:val="single" w:sz="4" w:space="0" w:color="auto"/>
            </w:tcBorders>
            <w:noWrap/>
            <w:vAlign w:val="bottom"/>
            <w:hideMark/>
          </w:tcPr>
          <w:p w14:paraId="586C8950"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6F06D13C" w14:textId="77777777" w:rsidTr="004D6939">
        <w:trPr>
          <w:trHeight w:val="300"/>
        </w:trPr>
        <w:tc>
          <w:tcPr>
            <w:tcW w:w="2420" w:type="dxa"/>
            <w:tcBorders>
              <w:top w:val="nil"/>
              <w:left w:val="single" w:sz="4" w:space="0" w:color="auto"/>
              <w:bottom w:val="single" w:sz="4" w:space="0" w:color="auto"/>
              <w:right w:val="single" w:sz="4" w:space="0" w:color="auto"/>
            </w:tcBorders>
            <w:noWrap/>
            <w:vAlign w:val="bottom"/>
            <w:hideMark/>
          </w:tcPr>
          <w:p w14:paraId="6B46DCB4"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420" w:type="dxa"/>
            <w:tcBorders>
              <w:top w:val="nil"/>
              <w:left w:val="nil"/>
              <w:bottom w:val="single" w:sz="4" w:space="0" w:color="auto"/>
              <w:right w:val="single" w:sz="4" w:space="0" w:color="auto"/>
            </w:tcBorders>
            <w:noWrap/>
            <w:vAlign w:val="bottom"/>
            <w:hideMark/>
          </w:tcPr>
          <w:p w14:paraId="188DDF9A"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1840" w:type="dxa"/>
            <w:tcBorders>
              <w:top w:val="nil"/>
              <w:left w:val="nil"/>
              <w:bottom w:val="single" w:sz="4" w:space="0" w:color="auto"/>
              <w:right w:val="single" w:sz="4" w:space="0" w:color="auto"/>
            </w:tcBorders>
            <w:noWrap/>
            <w:vAlign w:val="bottom"/>
            <w:hideMark/>
          </w:tcPr>
          <w:p w14:paraId="15C7D451"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240" w:type="dxa"/>
            <w:tcBorders>
              <w:top w:val="nil"/>
              <w:left w:val="nil"/>
              <w:bottom w:val="single" w:sz="4" w:space="0" w:color="auto"/>
              <w:right w:val="single" w:sz="4" w:space="0" w:color="auto"/>
            </w:tcBorders>
            <w:noWrap/>
            <w:vAlign w:val="bottom"/>
            <w:hideMark/>
          </w:tcPr>
          <w:p w14:paraId="2E28D1D6"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r w:rsidR="00BE21A1" w:rsidRPr="00513B03" w14:paraId="6F26B001" w14:textId="77777777" w:rsidTr="004D6939">
        <w:trPr>
          <w:trHeight w:val="300"/>
        </w:trPr>
        <w:tc>
          <w:tcPr>
            <w:tcW w:w="2420" w:type="dxa"/>
            <w:tcBorders>
              <w:top w:val="nil"/>
              <w:left w:val="single" w:sz="4" w:space="0" w:color="auto"/>
              <w:bottom w:val="single" w:sz="4" w:space="0" w:color="auto"/>
              <w:right w:val="single" w:sz="4" w:space="0" w:color="auto"/>
            </w:tcBorders>
            <w:noWrap/>
            <w:vAlign w:val="bottom"/>
            <w:hideMark/>
          </w:tcPr>
          <w:p w14:paraId="7395EA79"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420" w:type="dxa"/>
            <w:tcBorders>
              <w:top w:val="nil"/>
              <w:left w:val="nil"/>
              <w:bottom w:val="single" w:sz="4" w:space="0" w:color="auto"/>
              <w:right w:val="single" w:sz="4" w:space="0" w:color="auto"/>
            </w:tcBorders>
            <w:noWrap/>
            <w:vAlign w:val="bottom"/>
            <w:hideMark/>
          </w:tcPr>
          <w:p w14:paraId="59511193"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1840" w:type="dxa"/>
            <w:tcBorders>
              <w:top w:val="nil"/>
              <w:left w:val="nil"/>
              <w:bottom w:val="single" w:sz="4" w:space="0" w:color="auto"/>
              <w:right w:val="single" w:sz="4" w:space="0" w:color="auto"/>
            </w:tcBorders>
            <w:noWrap/>
            <w:vAlign w:val="bottom"/>
            <w:hideMark/>
          </w:tcPr>
          <w:p w14:paraId="161C2AB8"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c>
          <w:tcPr>
            <w:tcW w:w="2240" w:type="dxa"/>
            <w:tcBorders>
              <w:top w:val="nil"/>
              <w:left w:val="nil"/>
              <w:bottom w:val="single" w:sz="4" w:space="0" w:color="auto"/>
              <w:right w:val="single" w:sz="4" w:space="0" w:color="auto"/>
            </w:tcBorders>
            <w:noWrap/>
            <w:vAlign w:val="bottom"/>
            <w:hideMark/>
          </w:tcPr>
          <w:p w14:paraId="519F810D" w14:textId="77777777" w:rsidR="00BE21A1" w:rsidRPr="00513B03" w:rsidRDefault="00BE21A1" w:rsidP="004D6939">
            <w:pPr>
              <w:spacing w:after="0" w:line="240" w:lineRule="auto"/>
              <w:rPr>
                <w:rFonts w:ascii="Arial" w:eastAsia="Times New Roman" w:hAnsi="Arial" w:cs="Arial"/>
                <w:color w:val="000000"/>
                <w:sz w:val="24"/>
                <w:szCs w:val="24"/>
                <w:lang w:val="es-ES" w:eastAsia="ca-ES"/>
              </w:rPr>
            </w:pPr>
            <w:r w:rsidRPr="00513B03">
              <w:rPr>
                <w:rFonts w:ascii="Arial" w:eastAsia="Times New Roman" w:hAnsi="Arial" w:cs="Arial"/>
                <w:color w:val="000000"/>
                <w:sz w:val="24"/>
                <w:szCs w:val="24"/>
                <w:lang w:val="es-ES" w:eastAsia="ca-ES"/>
              </w:rPr>
              <w:t> </w:t>
            </w:r>
          </w:p>
        </w:tc>
      </w:tr>
    </w:tbl>
    <w:p w14:paraId="3A3AFFDD" w14:textId="77777777" w:rsidR="00BE21A1" w:rsidRPr="00513B03" w:rsidRDefault="00BE21A1" w:rsidP="00BE21A1">
      <w:pPr>
        <w:rPr>
          <w:rFonts w:ascii="Arial" w:eastAsia="Verdana" w:hAnsi="Arial" w:cs="Arial"/>
          <w:sz w:val="24"/>
          <w:szCs w:val="24"/>
          <w:lang w:val="es-ES" w:eastAsia="es-ES"/>
        </w:rPr>
      </w:pPr>
    </w:p>
    <w:p w14:paraId="0476918A" w14:textId="3E7D5685" w:rsidR="00BE21A1" w:rsidRPr="00513B03" w:rsidRDefault="004349AD" w:rsidP="00B84340">
      <w:pPr>
        <w:spacing w:before="120"/>
        <w:rPr>
          <w:rFonts w:ascii="Arial" w:eastAsia="Verdana" w:hAnsi="Arial" w:cs="Arial"/>
          <w:color w:val="A6A6A6" w:themeColor="background1" w:themeShade="A6"/>
          <w:sz w:val="24"/>
          <w:szCs w:val="24"/>
          <w:lang w:val="es-ES" w:eastAsia="es-ES"/>
        </w:rPr>
      </w:pPr>
      <w:r w:rsidRPr="00513B03">
        <w:rPr>
          <w:rFonts w:ascii="Arial" w:hAnsi="Arial" w:cs="Arial"/>
          <w:sz w:val="24"/>
          <w:szCs w:val="24"/>
          <w:lang w:val="es-ES"/>
        </w:rPr>
        <w:t xml:space="preserve">DECLARO que </w:t>
      </w:r>
      <w:r w:rsidRPr="00513B03">
        <w:rPr>
          <w:rFonts w:ascii="Arial" w:hAnsi="Arial" w:cs="Arial"/>
          <w:color w:val="A6A6A6" w:themeColor="background1" w:themeShade="A6"/>
          <w:sz w:val="24"/>
          <w:szCs w:val="24"/>
          <w:lang w:val="es-ES"/>
        </w:rPr>
        <w:t xml:space="preserve">(SÍ / NO) </w:t>
      </w:r>
      <w:r w:rsidRPr="00513B03">
        <w:rPr>
          <w:rFonts w:ascii="Arial" w:hAnsi="Arial" w:cs="Arial"/>
          <w:sz w:val="24"/>
          <w:szCs w:val="24"/>
          <w:lang w:val="es-ES"/>
        </w:rPr>
        <w:t>he recibido alguna otra subvención por el mismo concepto</w:t>
      </w:r>
      <w:r w:rsidRPr="00513B03">
        <w:rPr>
          <w:rFonts w:ascii="Arial" w:hAnsi="Arial" w:cs="Arial"/>
          <w:color w:val="A6A6A6" w:themeColor="background1" w:themeShade="A6"/>
          <w:sz w:val="24"/>
          <w:szCs w:val="24"/>
          <w:lang w:val="es-ES"/>
        </w:rPr>
        <w:t>. (En caso de haber recibido otra es la siguiente</w:t>
      </w:r>
      <w:r w:rsidRPr="00513B03">
        <w:rPr>
          <w:rFonts w:ascii="Arial" w:eastAsia="Verdana" w:hAnsi="Arial" w:cs="Arial"/>
          <w:color w:val="A6A6A6" w:themeColor="background1" w:themeShade="A6"/>
          <w:sz w:val="24"/>
          <w:szCs w:val="24"/>
          <w:lang w:val="es-ES" w:eastAsia="es-ES"/>
        </w:rPr>
        <w:t xml:space="preserve"> </w:t>
      </w:r>
      <w:r w:rsidR="00BE21A1" w:rsidRPr="00513B03">
        <w:rPr>
          <w:rFonts w:ascii="Arial" w:eastAsia="Verdana" w:hAnsi="Arial" w:cs="Arial"/>
          <w:color w:val="A6A6A6" w:themeColor="background1" w:themeShade="A6"/>
          <w:sz w:val="24"/>
          <w:szCs w:val="24"/>
          <w:lang w:val="es-ES" w:eastAsia="es-ES"/>
        </w:rPr>
        <w:t xml:space="preserve">__________________, </w:t>
      </w:r>
      <w:r w:rsidRPr="00513B03">
        <w:rPr>
          <w:rFonts w:ascii="Arial" w:eastAsia="Verdana" w:hAnsi="Arial" w:cs="Arial"/>
          <w:color w:val="A6A6A6" w:themeColor="background1" w:themeShade="A6"/>
          <w:sz w:val="24"/>
          <w:szCs w:val="24"/>
          <w:lang w:val="es-ES" w:eastAsia="es-ES"/>
        </w:rPr>
        <w:t>de importe</w:t>
      </w:r>
      <w:r w:rsidR="00BE21A1" w:rsidRPr="00513B03">
        <w:rPr>
          <w:rFonts w:ascii="Arial" w:eastAsia="Verdana" w:hAnsi="Arial" w:cs="Arial"/>
          <w:color w:val="A6A6A6" w:themeColor="background1" w:themeShade="A6"/>
          <w:sz w:val="24"/>
          <w:szCs w:val="24"/>
          <w:lang w:val="es-ES" w:eastAsia="es-ES"/>
        </w:rPr>
        <w:t xml:space="preserve"> ___________________)</w:t>
      </w:r>
    </w:p>
    <w:p w14:paraId="47B7CC93" w14:textId="77777777" w:rsidR="00B84340" w:rsidRPr="00513B03" w:rsidRDefault="00B84340" w:rsidP="00B84340">
      <w:pPr>
        <w:rPr>
          <w:rFonts w:ascii="Arial" w:hAnsi="Arial" w:cs="Arial"/>
          <w:sz w:val="24"/>
          <w:szCs w:val="24"/>
          <w:lang w:val="es-ES"/>
        </w:rPr>
      </w:pPr>
      <w:r w:rsidRPr="00513B03">
        <w:rPr>
          <w:rFonts w:ascii="Arial" w:hAnsi="Arial" w:cs="Arial"/>
          <w:sz w:val="24"/>
          <w:szCs w:val="24"/>
          <w:lang w:val="es-ES"/>
        </w:rPr>
        <w:t xml:space="preserve">DECLARO estar al corriente de las obligaciones tributarias y contractuales con el Ayuntamiento, así como con la Agencia Tributaria y la Seguridad Social.  </w:t>
      </w:r>
      <w:r w:rsidRPr="00513B03">
        <w:rPr>
          <w:rFonts w:ascii="Arial" w:hAnsi="Arial" w:cs="Arial"/>
          <w:sz w:val="24"/>
          <w:szCs w:val="24"/>
          <w:lang w:val="es-ES"/>
        </w:rPr>
        <w:br/>
      </w:r>
    </w:p>
    <w:p w14:paraId="57F951DE" w14:textId="77777777" w:rsidR="00B84340" w:rsidRPr="00513B03" w:rsidRDefault="00B84340" w:rsidP="00B84340">
      <w:pPr>
        <w:rPr>
          <w:rFonts w:ascii="Arial" w:hAnsi="Arial" w:cs="Arial"/>
          <w:sz w:val="24"/>
          <w:szCs w:val="24"/>
          <w:lang w:val="es-ES"/>
        </w:rPr>
      </w:pPr>
      <w:r w:rsidRPr="00513B03">
        <w:rPr>
          <w:rFonts w:ascii="Arial" w:hAnsi="Arial" w:cs="Arial"/>
          <w:sz w:val="24"/>
          <w:szCs w:val="24"/>
          <w:lang w:val="es-ES"/>
        </w:rPr>
        <w:t xml:space="preserve">ME COMPROMETO a cursar la totalidad de los estudios indicados y, en caso de no finalizarlos, comunicarlo al Ayuntamiento.  </w:t>
      </w:r>
      <w:r w:rsidRPr="00513B03">
        <w:rPr>
          <w:rFonts w:ascii="Arial" w:hAnsi="Arial" w:cs="Arial"/>
          <w:sz w:val="24"/>
          <w:szCs w:val="24"/>
          <w:lang w:val="es-ES"/>
        </w:rPr>
        <w:br/>
      </w:r>
    </w:p>
    <w:p w14:paraId="4AE72945" w14:textId="712FF5E5" w:rsidR="00BE21A1" w:rsidRPr="00513B03" w:rsidRDefault="00B84340" w:rsidP="00B84340">
      <w:pPr>
        <w:rPr>
          <w:rFonts w:ascii="Arial" w:hAnsi="Arial" w:cs="Arial"/>
          <w:sz w:val="24"/>
          <w:szCs w:val="24"/>
          <w:lang w:val="es-ES"/>
        </w:rPr>
      </w:pPr>
      <w:r w:rsidRPr="00513B03">
        <w:rPr>
          <w:rFonts w:ascii="Arial" w:hAnsi="Arial" w:cs="Arial"/>
          <w:sz w:val="24"/>
          <w:szCs w:val="24"/>
          <w:lang w:val="es-ES"/>
        </w:rPr>
        <w:t>AUTORIZO al Ayuntamiento de El Far d’Empordà a la obtención y consulta por medios electrónicos de los datos disponibles en otras administraciones públicas, necesarios para la tramitación de esta petición</w:t>
      </w:r>
      <w:r w:rsidR="00BE21A1" w:rsidRPr="00513B03">
        <w:rPr>
          <w:rFonts w:ascii="Arial" w:eastAsia="Verdana" w:hAnsi="Arial" w:cs="Arial"/>
          <w:sz w:val="24"/>
          <w:szCs w:val="24"/>
          <w:lang w:val="es-ES" w:eastAsia="es-ES"/>
        </w:rPr>
        <w:t>.</w:t>
      </w:r>
    </w:p>
    <w:p w14:paraId="21272498" w14:textId="1D484663" w:rsidR="00BE21A1" w:rsidRPr="00513B03" w:rsidRDefault="00513B03" w:rsidP="00BE21A1">
      <w:pPr>
        <w:rPr>
          <w:rFonts w:ascii="Arial" w:eastAsia="Verdana" w:hAnsi="Arial" w:cs="Arial"/>
          <w:sz w:val="24"/>
          <w:szCs w:val="24"/>
          <w:lang w:val="es-ES" w:eastAsia="es-ES"/>
        </w:rPr>
      </w:pPr>
      <w:r w:rsidRPr="00513B03">
        <w:rPr>
          <w:rFonts w:ascii="Arial" w:hAnsi="Arial" w:cs="Arial"/>
          <w:sz w:val="24"/>
          <w:szCs w:val="24"/>
          <w:lang w:val="es-ES"/>
        </w:rPr>
        <w:t>DECLARO que conozco y acepto las bases que rigen la convocatoria de subvención aprobada por el órgano competente y, en consecuencia</w:t>
      </w:r>
      <w:r w:rsidR="00BE21A1" w:rsidRPr="00513B03">
        <w:rPr>
          <w:rFonts w:ascii="Arial" w:eastAsia="Verdana" w:hAnsi="Arial" w:cs="Arial"/>
          <w:sz w:val="24"/>
          <w:szCs w:val="24"/>
          <w:lang w:val="es-ES" w:eastAsia="es-ES"/>
        </w:rPr>
        <w:t>,</w:t>
      </w:r>
    </w:p>
    <w:p w14:paraId="06B21A9B" w14:textId="3FD7096F" w:rsidR="00BE21A1" w:rsidRPr="00513B03" w:rsidRDefault="00513B03" w:rsidP="00BE21A1">
      <w:pPr>
        <w:rPr>
          <w:rFonts w:ascii="Arial" w:eastAsia="Verdana" w:hAnsi="Arial" w:cs="Arial"/>
          <w:b/>
          <w:bCs/>
          <w:sz w:val="24"/>
          <w:szCs w:val="24"/>
          <w:lang w:val="es-ES" w:eastAsia="es-ES"/>
        </w:rPr>
      </w:pPr>
      <w:r w:rsidRPr="00513B03">
        <w:rPr>
          <w:rFonts w:ascii="Arial" w:hAnsi="Arial" w:cs="Arial"/>
          <w:b/>
          <w:bCs/>
          <w:sz w:val="24"/>
          <w:szCs w:val="24"/>
          <w:lang w:val="es-ES"/>
        </w:rPr>
        <w:t>DOCUMENTOS QUE SE ADJUNTAN A ESTA SOLICITUD</w:t>
      </w:r>
      <w:r w:rsidR="00BE21A1" w:rsidRPr="00513B03">
        <w:rPr>
          <w:rFonts w:ascii="Arial" w:eastAsia="Verdana" w:hAnsi="Arial" w:cs="Arial"/>
          <w:b/>
          <w:bCs/>
          <w:sz w:val="24"/>
          <w:szCs w:val="24"/>
          <w:lang w:val="es-ES" w:eastAsia="es-ES"/>
        </w:rPr>
        <w:t xml:space="preserve">: </w:t>
      </w:r>
    </w:p>
    <w:p w14:paraId="79B350F2" w14:textId="6FB8B872" w:rsidR="00BE21A1" w:rsidRPr="00513B03" w:rsidRDefault="00BE21A1" w:rsidP="00BE21A1">
      <w:pPr>
        <w:numPr>
          <w:ilvl w:val="0"/>
          <w:numId w:val="12"/>
        </w:numPr>
        <w:jc w:val="both"/>
        <w:rPr>
          <w:rFonts w:ascii="Arial" w:eastAsia="Verdana" w:hAnsi="Arial" w:cs="Arial"/>
          <w:sz w:val="24"/>
          <w:szCs w:val="24"/>
          <w:lang w:val="es-ES" w:eastAsia="es-ES"/>
        </w:rPr>
      </w:pPr>
      <w:r w:rsidRPr="00513B03">
        <w:rPr>
          <w:rFonts w:ascii="Arial" w:eastAsia="Verdana" w:hAnsi="Arial" w:cs="Arial"/>
          <w:sz w:val="24"/>
          <w:szCs w:val="24"/>
          <w:lang w:val="es-ES" w:eastAsia="es-ES"/>
        </w:rPr>
        <w:t xml:space="preserve">DNI persona </w:t>
      </w:r>
      <w:r w:rsidR="00513B03" w:rsidRPr="00513B03">
        <w:rPr>
          <w:rFonts w:ascii="Arial" w:eastAsia="Verdana" w:hAnsi="Arial" w:cs="Arial"/>
          <w:sz w:val="24"/>
          <w:szCs w:val="24"/>
          <w:lang w:val="es-ES" w:eastAsia="es-ES"/>
        </w:rPr>
        <w:t>solicitante</w:t>
      </w:r>
    </w:p>
    <w:p w14:paraId="6F354D4C" w14:textId="6CCBA3D0" w:rsidR="00BE21A1" w:rsidRPr="00513B03" w:rsidRDefault="00BE21A1" w:rsidP="00BE21A1">
      <w:pPr>
        <w:numPr>
          <w:ilvl w:val="0"/>
          <w:numId w:val="12"/>
        </w:numPr>
        <w:jc w:val="both"/>
        <w:rPr>
          <w:rFonts w:ascii="Arial" w:eastAsia="Verdana" w:hAnsi="Arial" w:cs="Arial"/>
          <w:sz w:val="24"/>
          <w:szCs w:val="24"/>
          <w:lang w:val="es-ES" w:eastAsia="es-ES"/>
        </w:rPr>
      </w:pPr>
      <w:r w:rsidRPr="00513B03">
        <w:rPr>
          <w:rFonts w:ascii="Arial" w:eastAsia="Verdana" w:hAnsi="Arial" w:cs="Arial"/>
          <w:sz w:val="24"/>
          <w:szCs w:val="24"/>
          <w:lang w:val="es-ES" w:eastAsia="es-ES"/>
        </w:rPr>
        <w:t>DNI alumn</w:t>
      </w:r>
      <w:r w:rsidR="00513B03" w:rsidRPr="00513B03">
        <w:rPr>
          <w:rFonts w:ascii="Arial" w:eastAsia="Verdana" w:hAnsi="Arial" w:cs="Arial"/>
          <w:sz w:val="24"/>
          <w:szCs w:val="24"/>
          <w:lang w:val="es-ES" w:eastAsia="es-ES"/>
        </w:rPr>
        <w:t>o/a</w:t>
      </w:r>
    </w:p>
    <w:p w14:paraId="6AE34056" w14:textId="2C067B0E" w:rsidR="00BE21A1" w:rsidRPr="00513B03" w:rsidRDefault="00BE21A1" w:rsidP="00BE21A1">
      <w:pPr>
        <w:numPr>
          <w:ilvl w:val="0"/>
          <w:numId w:val="12"/>
        </w:numPr>
        <w:jc w:val="both"/>
        <w:rPr>
          <w:rFonts w:ascii="Arial" w:eastAsia="Verdana" w:hAnsi="Arial" w:cs="Arial"/>
          <w:sz w:val="24"/>
          <w:szCs w:val="24"/>
          <w:lang w:val="es-ES" w:eastAsia="es-ES"/>
        </w:rPr>
      </w:pPr>
      <w:r w:rsidRPr="00513B03">
        <w:rPr>
          <w:rFonts w:ascii="Arial" w:eastAsia="Verdana" w:hAnsi="Arial" w:cs="Arial"/>
          <w:sz w:val="24"/>
          <w:szCs w:val="24"/>
          <w:lang w:val="es-ES" w:eastAsia="es-ES"/>
        </w:rPr>
        <w:t>Justificant</w:t>
      </w:r>
      <w:r w:rsidR="00513B03" w:rsidRPr="00513B03">
        <w:rPr>
          <w:rFonts w:ascii="Arial" w:eastAsia="Verdana" w:hAnsi="Arial" w:cs="Arial"/>
          <w:sz w:val="24"/>
          <w:szCs w:val="24"/>
          <w:lang w:val="es-ES" w:eastAsia="es-ES"/>
        </w:rPr>
        <w:t>e</w:t>
      </w:r>
      <w:r w:rsidRPr="00513B03">
        <w:rPr>
          <w:rFonts w:ascii="Arial" w:eastAsia="Verdana" w:hAnsi="Arial" w:cs="Arial"/>
          <w:sz w:val="24"/>
          <w:szCs w:val="24"/>
          <w:lang w:val="es-ES" w:eastAsia="es-ES"/>
        </w:rPr>
        <w:t xml:space="preserve"> de matrícula del centr</w:t>
      </w:r>
      <w:r w:rsidR="00513B03" w:rsidRPr="00513B03">
        <w:rPr>
          <w:rFonts w:ascii="Arial" w:eastAsia="Verdana" w:hAnsi="Arial" w:cs="Arial"/>
          <w:sz w:val="24"/>
          <w:szCs w:val="24"/>
          <w:lang w:val="es-ES" w:eastAsia="es-ES"/>
        </w:rPr>
        <w:t>o</w:t>
      </w:r>
    </w:p>
    <w:p w14:paraId="2B281A74" w14:textId="5AEEFDBD" w:rsidR="00BE21A1" w:rsidRPr="00513B03" w:rsidRDefault="00513B03" w:rsidP="00BE21A1">
      <w:pPr>
        <w:pStyle w:val="Default"/>
        <w:numPr>
          <w:ilvl w:val="0"/>
          <w:numId w:val="12"/>
        </w:numPr>
        <w:rPr>
          <w:lang w:val="es-ES"/>
        </w:rPr>
      </w:pPr>
      <w:r w:rsidRPr="00513B03">
        <w:rPr>
          <w:lang w:val="es-ES"/>
        </w:rPr>
        <w:lastRenderedPageBreak/>
        <w:t>En estudios universitarios: resguardo de matrícula con importe y confirmación del pago</w:t>
      </w:r>
      <w:r w:rsidRPr="00513B03">
        <w:rPr>
          <w:lang w:val="es-ES"/>
        </w:rPr>
        <w:t xml:space="preserve"> </w:t>
      </w:r>
    </w:p>
    <w:p w14:paraId="3C8BADAE" w14:textId="77777777" w:rsidR="00BE21A1" w:rsidRPr="00513B03" w:rsidRDefault="00BE21A1" w:rsidP="00BE21A1">
      <w:pPr>
        <w:pStyle w:val="Default"/>
        <w:rPr>
          <w:lang w:val="es-ES"/>
        </w:rPr>
      </w:pPr>
    </w:p>
    <w:p w14:paraId="5592C85F" w14:textId="260C16B6" w:rsidR="00BE21A1" w:rsidRPr="00513B03" w:rsidRDefault="00513B03" w:rsidP="00BE21A1">
      <w:pPr>
        <w:pStyle w:val="Default"/>
        <w:numPr>
          <w:ilvl w:val="0"/>
          <w:numId w:val="12"/>
        </w:numPr>
        <w:rPr>
          <w:lang w:val="es-ES"/>
        </w:rPr>
      </w:pPr>
      <w:r w:rsidRPr="00513B03">
        <w:rPr>
          <w:lang w:val="es-ES"/>
        </w:rPr>
        <w:t xml:space="preserve">Documento de datos bancarios para pago de acreedores (certificado de titularidad </w:t>
      </w:r>
      <w:r w:rsidRPr="00513B03">
        <w:rPr>
          <w:lang w:val="es-ES"/>
        </w:rPr>
        <w:t>bancaria</w:t>
      </w:r>
      <w:r w:rsidR="00BE21A1" w:rsidRPr="00513B03">
        <w:rPr>
          <w:lang w:val="es-ES"/>
        </w:rPr>
        <w:t xml:space="preserve">) </w:t>
      </w:r>
    </w:p>
    <w:p w14:paraId="7B1DCE62" w14:textId="77777777" w:rsidR="00BE21A1" w:rsidRPr="00513B03" w:rsidRDefault="00BE21A1" w:rsidP="00BE21A1">
      <w:pPr>
        <w:pStyle w:val="Default"/>
        <w:ind w:left="720"/>
        <w:rPr>
          <w:lang w:val="es-ES"/>
        </w:rPr>
      </w:pPr>
    </w:p>
    <w:p w14:paraId="418378B1" w14:textId="77777777" w:rsidR="00BE21A1" w:rsidRPr="00513B03" w:rsidRDefault="00BE21A1" w:rsidP="00BE21A1">
      <w:pPr>
        <w:rPr>
          <w:rFonts w:ascii="Arial" w:eastAsia="Verdana" w:hAnsi="Arial" w:cs="Arial"/>
          <w:sz w:val="24"/>
          <w:szCs w:val="24"/>
          <w:lang w:val="es-ES" w:eastAsia="es-ES"/>
        </w:rPr>
      </w:pPr>
    </w:p>
    <w:p w14:paraId="6BB9F823" w14:textId="5F1EA50D" w:rsidR="00BE21A1" w:rsidRPr="00513B03" w:rsidRDefault="00513B03" w:rsidP="00BE21A1">
      <w:pPr>
        <w:rPr>
          <w:rFonts w:ascii="Arial" w:eastAsia="Verdana" w:hAnsi="Arial" w:cs="Arial"/>
          <w:sz w:val="24"/>
          <w:szCs w:val="24"/>
          <w:lang w:val="es-ES" w:eastAsia="es-ES"/>
        </w:rPr>
      </w:pPr>
      <w:r w:rsidRPr="00513B03">
        <w:rPr>
          <w:rFonts w:ascii="Arial" w:hAnsi="Arial" w:cs="Arial"/>
          <w:sz w:val="24"/>
          <w:szCs w:val="24"/>
          <w:lang w:val="es-ES"/>
        </w:rPr>
        <w:t xml:space="preserve">SOLICITO la subvención para estudios postobligatorios de alumnos menores de veinticinco años, en régimen de concurrencia no competitiva del municipio de El Far d’Empordà, anualidad </w:t>
      </w:r>
      <w:r w:rsidR="00BE21A1" w:rsidRPr="00513B03">
        <w:rPr>
          <w:rFonts w:ascii="Arial" w:eastAsia="Verdana" w:hAnsi="Arial" w:cs="Arial"/>
          <w:sz w:val="24"/>
          <w:szCs w:val="24"/>
          <w:lang w:val="es-ES" w:eastAsia="es-ES"/>
        </w:rPr>
        <w:t>2025.</w:t>
      </w:r>
    </w:p>
    <w:p w14:paraId="58714EC0" w14:textId="77777777" w:rsidR="00BE21A1" w:rsidRPr="00513B03" w:rsidRDefault="00BE21A1" w:rsidP="00BE21A1">
      <w:pPr>
        <w:rPr>
          <w:rFonts w:ascii="Arial" w:eastAsia="Verdana" w:hAnsi="Arial" w:cs="Arial"/>
          <w:sz w:val="24"/>
          <w:szCs w:val="24"/>
          <w:lang w:val="es-ES" w:eastAsia="es-ES"/>
        </w:rPr>
      </w:pPr>
    </w:p>
    <w:p w14:paraId="0DE6F54B" w14:textId="084EF842" w:rsidR="00BE21A1" w:rsidRPr="00513B03" w:rsidRDefault="00513B03" w:rsidP="00BE21A1">
      <w:pPr>
        <w:rPr>
          <w:rFonts w:ascii="Arial" w:eastAsia="Verdana" w:hAnsi="Arial" w:cs="Arial"/>
          <w:sz w:val="24"/>
          <w:szCs w:val="24"/>
          <w:lang w:val="es-ES" w:eastAsia="es-ES"/>
        </w:rPr>
      </w:pPr>
      <w:r w:rsidRPr="00513B03">
        <w:rPr>
          <w:rFonts w:ascii="Arial" w:eastAsia="Verdana" w:hAnsi="Arial" w:cs="Arial"/>
          <w:sz w:val="24"/>
          <w:szCs w:val="24"/>
          <w:lang w:val="es-ES" w:eastAsia="es-ES"/>
        </w:rPr>
        <w:t>Nombre</w:t>
      </w:r>
      <w:r w:rsidR="00BE21A1" w:rsidRPr="00513B03">
        <w:rPr>
          <w:rFonts w:ascii="Arial" w:eastAsia="Verdana" w:hAnsi="Arial" w:cs="Arial"/>
          <w:sz w:val="24"/>
          <w:szCs w:val="24"/>
          <w:lang w:val="es-ES" w:eastAsia="es-ES"/>
        </w:rPr>
        <w:t>: _________________________</w:t>
      </w:r>
    </w:p>
    <w:p w14:paraId="705CF40B" w14:textId="6CAE820C" w:rsidR="00BE21A1" w:rsidRPr="00513B03" w:rsidRDefault="00513B03" w:rsidP="00BE21A1">
      <w:pPr>
        <w:rPr>
          <w:rFonts w:ascii="Arial" w:hAnsi="Arial" w:cs="Arial"/>
          <w:sz w:val="24"/>
          <w:szCs w:val="24"/>
          <w:lang w:val="es-ES"/>
        </w:rPr>
      </w:pPr>
      <w:r w:rsidRPr="00513B03">
        <w:rPr>
          <w:rFonts w:ascii="Arial" w:eastAsia="Verdana" w:hAnsi="Arial" w:cs="Arial"/>
          <w:sz w:val="24"/>
          <w:szCs w:val="24"/>
          <w:lang w:val="es-ES" w:eastAsia="es-ES"/>
        </w:rPr>
        <w:t>Fecha</w:t>
      </w:r>
      <w:r w:rsidR="00BE21A1" w:rsidRPr="00513B03">
        <w:rPr>
          <w:rFonts w:ascii="Arial" w:eastAsia="Verdana" w:hAnsi="Arial" w:cs="Arial"/>
          <w:sz w:val="24"/>
          <w:szCs w:val="24"/>
          <w:lang w:val="es-ES" w:eastAsia="es-ES"/>
        </w:rPr>
        <w:t>: ________</w:t>
      </w:r>
      <w:r w:rsidRPr="00513B03">
        <w:rPr>
          <w:rFonts w:ascii="Arial" w:eastAsia="Verdana" w:hAnsi="Arial" w:cs="Arial"/>
          <w:sz w:val="24"/>
          <w:szCs w:val="24"/>
          <w:lang w:val="es-ES" w:eastAsia="es-ES"/>
        </w:rPr>
        <w:t>_</w:t>
      </w:r>
      <w:r w:rsidR="00BE21A1" w:rsidRPr="00513B03">
        <w:rPr>
          <w:rFonts w:ascii="Arial" w:eastAsia="Verdana" w:hAnsi="Arial" w:cs="Arial"/>
          <w:sz w:val="24"/>
          <w:szCs w:val="24"/>
          <w:lang w:val="es-ES" w:eastAsia="es-ES"/>
        </w:rPr>
        <w:t>_________________</w:t>
      </w:r>
    </w:p>
    <w:p w14:paraId="5E817739" w14:textId="77777777" w:rsidR="00BE21A1" w:rsidRPr="00513B03" w:rsidRDefault="00BE21A1">
      <w:pPr>
        <w:rPr>
          <w:rFonts w:ascii="Arial" w:hAnsi="Arial" w:cs="Arial"/>
          <w:sz w:val="24"/>
          <w:szCs w:val="24"/>
          <w:lang w:val="es-ES"/>
        </w:rPr>
      </w:pPr>
    </w:p>
    <w:p w14:paraId="33684B31" w14:textId="77777777" w:rsidR="00BE21A1" w:rsidRPr="00513B03" w:rsidRDefault="00BE21A1">
      <w:pPr>
        <w:rPr>
          <w:rFonts w:ascii="Arial" w:hAnsi="Arial" w:cs="Arial"/>
          <w:sz w:val="24"/>
          <w:szCs w:val="24"/>
          <w:lang w:val="es-ES"/>
        </w:rPr>
      </w:pPr>
    </w:p>
    <w:p w14:paraId="40E0C250" w14:textId="77777777" w:rsidR="00BE21A1" w:rsidRPr="00513B03" w:rsidRDefault="00BE21A1">
      <w:pPr>
        <w:rPr>
          <w:rFonts w:ascii="Arial" w:hAnsi="Arial" w:cs="Arial"/>
          <w:sz w:val="24"/>
          <w:szCs w:val="24"/>
          <w:lang w:val="es-ES"/>
        </w:rPr>
      </w:pPr>
    </w:p>
    <w:p w14:paraId="21FE595A" w14:textId="77777777" w:rsidR="00BE21A1" w:rsidRPr="00513B03" w:rsidRDefault="00BE21A1">
      <w:pPr>
        <w:rPr>
          <w:rFonts w:ascii="Arial" w:hAnsi="Arial" w:cs="Arial"/>
          <w:sz w:val="24"/>
          <w:szCs w:val="24"/>
          <w:lang w:val="es-ES"/>
        </w:rPr>
      </w:pPr>
      <w:r w:rsidRPr="00513B03">
        <w:rPr>
          <w:rFonts w:ascii="Arial" w:hAnsi="Arial" w:cs="Arial"/>
          <w:sz w:val="24"/>
          <w:szCs w:val="24"/>
          <w:lang w:val="es-ES"/>
        </w:rPr>
        <w:br w:type="page"/>
      </w:r>
    </w:p>
    <w:p w14:paraId="51E49152" w14:textId="4646B79A" w:rsidR="004E41F0" w:rsidRPr="00513B03" w:rsidRDefault="00000000" w:rsidP="00BE21A1">
      <w:pPr>
        <w:rPr>
          <w:rFonts w:ascii="Arial" w:hAnsi="Arial" w:cs="Arial"/>
          <w:sz w:val="24"/>
          <w:szCs w:val="24"/>
          <w:lang w:val="es-ES"/>
        </w:rPr>
      </w:pPr>
      <w:r w:rsidRPr="00513B03">
        <w:rPr>
          <w:rFonts w:ascii="Arial" w:hAnsi="Arial" w:cs="Arial"/>
          <w:sz w:val="24"/>
          <w:szCs w:val="24"/>
          <w:lang w:val="es-ES"/>
        </w:rPr>
        <w:lastRenderedPageBreak/>
        <w:t>ANEXO 1</w:t>
      </w:r>
      <w:r w:rsidRPr="00513B03">
        <w:rPr>
          <w:rFonts w:ascii="Arial" w:hAnsi="Arial" w:cs="Arial"/>
          <w:sz w:val="24"/>
          <w:szCs w:val="24"/>
          <w:lang w:val="es-ES"/>
        </w:rPr>
        <w:br/>
      </w:r>
      <w:r w:rsidRPr="00513B03">
        <w:rPr>
          <w:rFonts w:ascii="Arial" w:hAnsi="Arial" w:cs="Arial"/>
          <w:sz w:val="24"/>
          <w:szCs w:val="24"/>
          <w:lang w:val="es-ES"/>
        </w:rPr>
        <w:br/>
        <w:t>FORMULARIO DE SOLICITUD DE SUBVENCIÓN PARA ESTUDIOS POSTOBLIGATORIOS DE ALUMNOS MENORES DE VEINTICINCO AÑOS, AÑO 2025</w:t>
      </w:r>
      <w:r w:rsidRPr="00513B03">
        <w:rPr>
          <w:rFonts w:ascii="Arial" w:hAnsi="Arial" w:cs="Arial"/>
          <w:sz w:val="24"/>
          <w:szCs w:val="24"/>
          <w:lang w:val="es-ES"/>
        </w:rPr>
        <w:br/>
      </w:r>
      <w:r w:rsidRPr="00513B03">
        <w:rPr>
          <w:rFonts w:ascii="Arial" w:hAnsi="Arial" w:cs="Arial"/>
          <w:sz w:val="24"/>
          <w:szCs w:val="24"/>
          <w:lang w:val="es-ES"/>
        </w:rPr>
        <w:br/>
        <w:t xml:space="preserve">DATOS DEL SOLICITANTE  </w:t>
      </w:r>
      <w:r w:rsidRPr="00513B03">
        <w:rPr>
          <w:rFonts w:ascii="Arial" w:hAnsi="Arial" w:cs="Arial"/>
          <w:sz w:val="24"/>
          <w:szCs w:val="24"/>
          <w:lang w:val="es-ES"/>
        </w:rPr>
        <w:br/>
      </w:r>
      <w:r w:rsidRPr="00513B03">
        <w:rPr>
          <w:rFonts w:ascii="Arial" w:hAnsi="Arial" w:cs="Arial"/>
          <w:sz w:val="24"/>
          <w:szCs w:val="24"/>
          <w:lang w:val="es-ES"/>
        </w:rPr>
        <w:br/>
        <w:t>Plaza Ayuntamiento, 1 — Tel. 972 $1 11 08 17469 EL FAR D’EMPORDÀ — E-mail: far@ar.cat</w:t>
      </w:r>
      <w:r w:rsidRPr="00513B03">
        <w:rPr>
          <w:rFonts w:ascii="Arial" w:hAnsi="Arial" w:cs="Arial"/>
          <w:sz w:val="24"/>
          <w:szCs w:val="24"/>
          <w:lang w:val="es-ES"/>
        </w:rPr>
        <w:br/>
      </w:r>
      <w:r w:rsidRPr="00513B03">
        <w:rPr>
          <w:rFonts w:ascii="Arial" w:hAnsi="Arial" w:cs="Arial"/>
          <w:sz w:val="24"/>
          <w:szCs w:val="24"/>
          <w:lang w:val="es-ES"/>
        </w:rPr>
        <w:br/>
        <w:t xml:space="preserve">Interesado/a — Padre/madre — Tutor/a legal  </w:t>
      </w:r>
      <w:r w:rsidRPr="00513B03">
        <w:rPr>
          <w:rFonts w:ascii="Arial" w:hAnsi="Arial" w:cs="Arial"/>
          <w:sz w:val="24"/>
          <w:szCs w:val="24"/>
          <w:lang w:val="es-ES"/>
        </w:rPr>
        <w:br/>
      </w:r>
      <w:r w:rsidRPr="00513B03">
        <w:rPr>
          <w:rFonts w:ascii="Arial" w:hAnsi="Arial" w:cs="Arial"/>
          <w:sz w:val="24"/>
          <w:szCs w:val="24"/>
          <w:lang w:val="es-ES"/>
        </w:rPr>
        <w:br/>
        <w:t xml:space="preserve">NOMBRE Y APELLIDOS  </w:t>
      </w:r>
      <w:r w:rsidRPr="00513B03">
        <w:rPr>
          <w:rFonts w:ascii="Arial" w:hAnsi="Arial" w:cs="Arial"/>
          <w:sz w:val="24"/>
          <w:szCs w:val="24"/>
          <w:lang w:val="es-ES"/>
        </w:rPr>
        <w:br/>
        <w:t xml:space="preserve">DNI  </w:t>
      </w:r>
      <w:r w:rsidRPr="00513B03">
        <w:rPr>
          <w:rFonts w:ascii="Arial" w:hAnsi="Arial" w:cs="Arial"/>
          <w:sz w:val="24"/>
          <w:szCs w:val="24"/>
          <w:lang w:val="es-ES"/>
        </w:rPr>
        <w:br/>
        <w:t xml:space="preserve">DIRECCIÓN POSTAL  </w:t>
      </w:r>
      <w:r w:rsidRPr="00513B03">
        <w:rPr>
          <w:rFonts w:ascii="Arial" w:hAnsi="Arial" w:cs="Arial"/>
          <w:sz w:val="24"/>
          <w:szCs w:val="24"/>
          <w:lang w:val="es-ES"/>
        </w:rPr>
        <w:br/>
        <w:t xml:space="preserve">CORREO ELECTRÓNICO  </w:t>
      </w:r>
      <w:r w:rsidRPr="00513B03">
        <w:rPr>
          <w:rFonts w:ascii="Arial" w:hAnsi="Arial" w:cs="Arial"/>
          <w:sz w:val="24"/>
          <w:szCs w:val="24"/>
          <w:lang w:val="es-ES"/>
        </w:rPr>
        <w:br/>
        <w:t xml:space="preserve">TELÉFONO  </w:t>
      </w:r>
      <w:r w:rsidRPr="00513B03">
        <w:rPr>
          <w:rFonts w:ascii="Arial" w:hAnsi="Arial" w:cs="Arial"/>
          <w:sz w:val="24"/>
          <w:szCs w:val="24"/>
          <w:lang w:val="es-ES"/>
        </w:rPr>
        <w:br/>
      </w:r>
      <w:r w:rsidRPr="00513B03">
        <w:rPr>
          <w:rFonts w:ascii="Arial" w:hAnsi="Arial" w:cs="Arial"/>
          <w:sz w:val="24"/>
          <w:szCs w:val="24"/>
          <w:lang w:val="es-ES"/>
        </w:rPr>
        <w:br/>
        <w:t xml:space="preserve">DATOS DEL BENEFICIARIO/A (persona matriculada)  </w:t>
      </w:r>
      <w:r w:rsidRPr="00513B03">
        <w:rPr>
          <w:rFonts w:ascii="Arial" w:hAnsi="Arial" w:cs="Arial"/>
          <w:sz w:val="24"/>
          <w:szCs w:val="24"/>
          <w:lang w:val="es-ES"/>
        </w:rPr>
        <w:br/>
      </w:r>
      <w:r w:rsidRPr="00513B03">
        <w:rPr>
          <w:rFonts w:ascii="Arial" w:hAnsi="Arial" w:cs="Arial"/>
          <w:sz w:val="24"/>
          <w:szCs w:val="24"/>
          <w:lang w:val="es-ES"/>
        </w:rPr>
        <w:br/>
        <w:t xml:space="preserve">NOMBRE Y APELLIDOS  </w:t>
      </w:r>
      <w:r w:rsidRPr="00513B03">
        <w:rPr>
          <w:rFonts w:ascii="Arial" w:hAnsi="Arial" w:cs="Arial"/>
          <w:sz w:val="24"/>
          <w:szCs w:val="24"/>
          <w:lang w:val="es-ES"/>
        </w:rPr>
        <w:br/>
        <w:t xml:space="preserve">DNI  </w:t>
      </w:r>
      <w:r w:rsidRPr="00513B03">
        <w:rPr>
          <w:rFonts w:ascii="Arial" w:hAnsi="Arial" w:cs="Arial"/>
          <w:sz w:val="24"/>
          <w:szCs w:val="24"/>
          <w:lang w:val="es-ES"/>
        </w:rPr>
        <w:br/>
        <w:t xml:space="preserve">FECHA DE NACIMIENTO  </w:t>
      </w:r>
      <w:r w:rsidRPr="00513B03">
        <w:rPr>
          <w:rFonts w:ascii="Arial" w:hAnsi="Arial" w:cs="Arial"/>
          <w:sz w:val="24"/>
          <w:szCs w:val="24"/>
          <w:lang w:val="es-ES"/>
        </w:rPr>
        <w:br/>
        <w:t xml:space="preserve">DIRECCIÓN NOTIFICACIONES  </w:t>
      </w:r>
      <w:r w:rsidRPr="00513B03">
        <w:rPr>
          <w:rFonts w:ascii="Arial" w:hAnsi="Arial" w:cs="Arial"/>
          <w:sz w:val="24"/>
          <w:szCs w:val="24"/>
          <w:lang w:val="es-ES"/>
        </w:rPr>
        <w:br/>
        <w:t xml:space="preserve">CORREO ELECTRÓNICO  </w:t>
      </w:r>
      <w:r w:rsidRPr="00513B03">
        <w:rPr>
          <w:rFonts w:ascii="Arial" w:hAnsi="Arial" w:cs="Arial"/>
          <w:sz w:val="24"/>
          <w:szCs w:val="24"/>
          <w:lang w:val="es-ES"/>
        </w:rPr>
        <w:br/>
        <w:t xml:space="preserve">TELÉFONO  </w:t>
      </w:r>
      <w:r w:rsidRPr="00513B03">
        <w:rPr>
          <w:rFonts w:ascii="Arial" w:hAnsi="Arial" w:cs="Arial"/>
          <w:sz w:val="24"/>
          <w:szCs w:val="24"/>
          <w:lang w:val="es-ES"/>
        </w:rPr>
        <w:br/>
      </w:r>
      <w:r w:rsidRPr="00513B03">
        <w:rPr>
          <w:rFonts w:ascii="Arial" w:hAnsi="Arial" w:cs="Arial"/>
          <w:sz w:val="24"/>
          <w:szCs w:val="24"/>
          <w:lang w:val="es-ES"/>
        </w:rPr>
        <w:br/>
        <w:t xml:space="preserve">DATOS DE LOS ESTUDIOS POSTOBLIGATORIOS  </w:t>
      </w:r>
      <w:r w:rsidRPr="00513B03">
        <w:rPr>
          <w:rFonts w:ascii="Arial" w:hAnsi="Arial" w:cs="Arial"/>
          <w:sz w:val="24"/>
          <w:szCs w:val="24"/>
          <w:lang w:val="es-ES"/>
        </w:rPr>
        <w:br/>
      </w:r>
      <w:r w:rsidRPr="00513B03">
        <w:rPr>
          <w:rFonts w:ascii="Arial" w:hAnsi="Arial" w:cs="Arial"/>
          <w:sz w:val="24"/>
          <w:szCs w:val="24"/>
          <w:lang w:val="es-ES"/>
        </w:rPr>
        <w:br/>
        <w:t xml:space="preserve">Estudios: Bachillerato — Ciclo formativo — Estudios de Grado  </w:t>
      </w:r>
      <w:r w:rsidRPr="00513B03">
        <w:rPr>
          <w:rFonts w:ascii="Arial" w:hAnsi="Arial" w:cs="Arial"/>
          <w:sz w:val="24"/>
          <w:szCs w:val="24"/>
          <w:lang w:val="es-ES"/>
        </w:rPr>
        <w:br/>
        <w:t xml:space="preserve">Nombre del centro educativo curso 2025/2026: __________________________  </w:t>
      </w:r>
      <w:r w:rsidRPr="00513B03">
        <w:rPr>
          <w:rFonts w:ascii="Arial" w:hAnsi="Arial" w:cs="Arial"/>
          <w:sz w:val="24"/>
          <w:szCs w:val="24"/>
          <w:lang w:val="es-ES"/>
        </w:rPr>
        <w:br/>
        <w:t xml:space="preserve">Localidad donde se encuentra el centro educativo: _________________________  </w:t>
      </w:r>
      <w:r w:rsidRPr="00513B03">
        <w:rPr>
          <w:rFonts w:ascii="Arial" w:hAnsi="Arial" w:cs="Arial"/>
          <w:sz w:val="24"/>
          <w:szCs w:val="24"/>
          <w:lang w:val="es-ES"/>
        </w:rPr>
        <w:br/>
        <w:t xml:space="preserve">Nombre de los estudios: ____________________________________________  </w:t>
      </w:r>
      <w:r w:rsidRPr="00513B03">
        <w:rPr>
          <w:rFonts w:ascii="Arial" w:hAnsi="Arial" w:cs="Arial"/>
          <w:sz w:val="24"/>
          <w:szCs w:val="24"/>
          <w:lang w:val="es-ES"/>
        </w:rPr>
        <w:br/>
      </w:r>
      <w:r w:rsidRPr="00513B03">
        <w:rPr>
          <w:rFonts w:ascii="Arial" w:hAnsi="Arial" w:cs="Arial"/>
          <w:sz w:val="24"/>
          <w:szCs w:val="24"/>
          <w:lang w:val="es-ES"/>
        </w:rPr>
        <w:br/>
        <w:t xml:space="preserve">NÚMERO DE CUENTA BANCARIA PARA EL INGRESO (es necesario aportar certificado de titularidad bancaria, que deberá ser del beneficiario o su representante)  </w:t>
      </w:r>
      <w:r w:rsidRPr="00513B03">
        <w:rPr>
          <w:rFonts w:ascii="Arial" w:hAnsi="Arial" w:cs="Arial"/>
          <w:sz w:val="24"/>
          <w:szCs w:val="24"/>
          <w:lang w:val="es-ES"/>
        </w:rPr>
        <w:br/>
      </w:r>
      <w:r w:rsidRPr="00513B03">
        <w:rPr>
          <w:rFonts w:ascii="Arial" w:hAnsi="Arial" w:cs="Arial"/>
          <w:sz w:val="24"/>
          <w:szCs w:val="24"/>
          <w:lang w:val="es-ES"/>
        </w:rPr>
        <w:br/>
      </w:r>
      <w:r w:rsidRPr="00513B03">
        <w:rPr>
          <w:rFonts w:ascii="Arial" w:hAnsi="Arial" w:cs="Arial"/>
          <w:sz w:val="24"/>
          <w:szCs w:val="24"/>
          <w:lang w:val="es-ES"/>
        </w:rPr>
        <w:lastRenderedPageBreak/>
        <w:t xml:space="preserve">IBAN: _______________________________________________________  </w:t>
      </w:r>
      <w:r w:rsidRPr="00513B03">
        <w:rPr>
          <w:rFonts w:ascii="Arial" w:hAnsi="Arial" w:cs="Arial"/>
          <w:sz w:val="24"/>
          <w:szCs w:val="24"/>
          <w:lang w:val="es-ES"/>
        </w:rPr>
        <w:br/>
      </w:r>
      <w:r w:rsidRPr="00513B03">
        <w:rPr>
          <w:rFonts w:ascii="Arial" w:hAnsi="Arial" w:cs="Arial"/>
          <w:sz w:val="24"/>
          <w:szCs w:val="24"/>
          <w:lang w:val="es-ES"/>
        </w:rPr>
        <w:br/>
        <w:t xml:space="preserve">DECLARO que todos los miembros de la unidad familiar, en caso de menores de edad, figuran en el Padrón Municipal de Habitantes del Ayuntamiento de El Far d’Empordà. La relación de personas que conviven con la persona solicitante </w:t>
      </w:r>
      <w:proofErr w:type="gramStart"/>
      <w:r w:rsidRPr="00513B03">
        <w:rPr>
          <w:rFonts w:ascii="Arial" w:hAnsi="Arial" w:cs="Arial"/>
          <w:sz w:val="24"/>
          <w:szCs w:val="24"/>
          <w:lang w:val="es-ES"/>
        </w:rPr>
        <w:t>son</w:t>
      </w:r>
      <w:proofErr w:type="gramEnd"/>
      <w:r w:rsidRPr="00513B03">
        <w:rPr>
          <w:rFonts w:ascii="Arial" w:hAnsi="Arial" w:cs="Arial"/>
          <w:sz w:val="24"/>
          <w:szCs w:val="24"/>
          <w:lang w:val="es-ES"/>
        </w:rPr>
        <w:t xml:space="preserve">:  </w:t>
      </w:r>
      <w:r w:rsidRPr="00513B03">
        <w:rPr>
          <w:rFonts w:ascii="Arial" w:hAnsi="Arial" w:cs="Arial"/>
          <w:sz w:val="24"/>
          <w:szCs w:val="24"/>
          <w:lang w:val="es-ES"/>
        </w:rPr>
        <w:br/>
      </w:r>
      <w:r w:rsidRPr="00513B03">
        <w:rPr>
          <w:rFonts w:ascii="Arial" w:hAnsi="Arial" w:cs="Arial"/>
          <w:sz w:val="24"/>
          <w:szCs w:val="24"/>
          <w:lang w:val="es-ES"/>
        </w:rPr>
        <w:br/>
        <w:t xml:space="preserve">APELLIDOS — NOMBRE — PARENTESCO — DNI  </w:t>
      </w:r>
      <w:r w:rsidRPr="00513B03">
        <w:rPr>
          <w:rFonts w:ascii="Arial" w:hAnsi="Arial" w:cs="Arial"/>
          <w:sz w:val="24"/>
          <w:szCs w:val="24"/>
          <w:lang w:val="es-ES"/>
        </w:rPr>
        <w:br/>
      </w:r>
      <w:r w:rsidRPr="00513B03">
        <w:rPr>
          <w:rFonts w:ascii="Arial" w:hAnsi="Arial" w:cs="Arial"/>
          <w:sz w:val="24"/>
          <w:szCs w:val="24"/>
          <w:lang w:val="es-ES"/>
        </w:rPr>
        <w:br/>
        <w:t xml:space="preserve">DECLARO que (SÍ / NO) he recibido alguna otra subvención por el mismo concepto. (En caso de haber recibido otra es la siguiente ____________________, de importe ___________________).  </w:t>
      </w:r>
      <w:r w:rsidRPr="00513B03">
        <w:rPr>
          <w:rFonts w:ascii="Arial" w:hAnsi="Arial" w:cs="Arial"/>
          <w:sz w:val="24"/>
          <w:szCs w:val="24"/>
          <w:lang w:val="es-ES"/>
        </w:rPr>
        <w:br/>
        <w:t xml:space="preserve">DECLARO estar al corriente de las obligaciones tributarias y contractuales con el Ayuntamiento, así como con la Agencia Tributaria y la Seguridad Social.  </w:t>
      </w:r>
      <w:r w:rsidRPr="00513B03">
        <w:rPr>
          <w:rFonts w:ascii="Arial" w:hAnsi="Arial" w:cs="Arial"/>
          <w:sz w:val="24"/>
          <w:szCs w:val="24"/>
          <w:lang w:val="es-ES"/>
        </w:rPr>
        <w:br/>
        <w:t xml:space="preserve">ME COMPROMETO a cursar la totalidad de los estudios indicados y, en caso de no finalizarlos, comunicarlo al Ayuntamiento.  </w:t>
      </w:r>
      <w:r w:rsidRPr="00513B03">
        <w:rPr>
          <w:rFonts w:ascii="Arial" w:hAnsi="Arial" w:cs="Arial"/>
          <w:sz w:val="24"/>
          <w:szCs w:val="24"/>
          <w:lang w:val="es-ES"/>
        </w:rPr>
        <w:br/>
        <w:t xml:space="preserve">AUTORIZO al Ayuntamiento de El Far d’Empordà a la obtención y consulta por medios electrónicos de los datos disponibles en otras administraciones públicas, necesarios para la tramitación de esta petición.  </w:t>
      </w:r>
      <w:r w:rsidRPr="00513B03">
        <w:rPr>
          <w:rFonts w:ascii="Arial" w:hAnsi="Arial" w:cs="Arial"/>
          <w:sz w:val="24"/>
          <w:szCs w:val="24"/>
          <w:lang w:val="es-ES"/>
        </w:rPr>
        <w:br/>
      </w:r>
      <w:r w:rsidRPr="00513B03">
        <w:rPr>
          <w:rFonts w:ascii="Arial" w:hAnsi="Arial" w:cs="Arial"/>
          <w:sz w:val="24"/>
          <w:szCs w:val="24"/>
          <w:lang w:val="es-ES"/>
        </w:rPr>
        <w:br/>
        <w:t xml:space="preserve">DECLARO que conozco y acepto las bases que rigen la convocatoria de subvención aprobada por el órgano competente y, en consecuencia,  </w:t>
      </w:r>
      <w:r w:rsidRPr="00513B03">
        <w:rPr>
          <w:rFonts w:ascii="Arial" w:hAnsi="Arial" w:cs="Arial"/>
          <w:sz w:val="24"/>
          <w:szCs w:val="24"/>
          <w:lang w:val="es-ES"/>
        </w:rPr>
        <w:br/>
      </w:r>
      <w:r w:rsidRPr="00513B03">
        <w:rPr>
          <w:rFonts w:ascii="Arial" w:hAnsi="Arial" w:cs="Arial"/>
          <w:sz w:val="24"/>
          <w:szCs w:val="24"/>
          <w:lang w:val="es-ES"/>
        </w:rPr>
        <w:br/>
        <w:t xml:space="preserve">DOCUMENTOS QUE SE ADJUNTAN A ESTA SOLICITUD:  </w:t>
      </w:r>
      <w:r w:rsidRPr="00513B03">
        <w:rPr>
          <w:rFonts w:ascii="Arial" w:hAnsi="Arial" w:cs="Arial"/>
          <w:sz w:val="24"/>
          <w:szCs w:val="24"/>
          <w:lang w:val="es-ES"/>
        </w:rPr>
        <w:br/>
      </w:r>
      <w:r w:rsidRPr="00513B03">
        <w:rPr>
          <w:rFonts w:ascii="Arial" w:hAnsi="Arial" w:cs="Arial"/>
          <w:sz w:val="24"/>
          <w:szCs w:val="24"/>
          <w:lang w:val="es-ES"/>
        </w:rPr>
        <w:br/>
        <w:t xml:space="preserve">· DNI persona solicitante  </w:t>
      </w:r>
      <w:r w:rsidRPr="00513B03">
        <w:rPr>
          <w:rFonts w:ascii="Arial" w:hAnsi="Arial" w:cs="Arial"/>
          <w:sz w:val="24"/>
          <w:szCs w:val="24"/>
          <w:lang w:val="es-ES"/>
        </w:rPr>
        <w:br/>
        <w:t xml:space="preserve">· DNI alumno/a  </w:t>
      </w:r>
      <w:r w:rsidRPr="00513B03">
        <w:rPr>
          <w:rFonts w:ascii="Arial" w:hAnsi="Arial" w:cs="Arial"/>
          <w:sz w:val="24"/>
          <w:szCs w:val="24"/>
          <w:lang w:val="es-ES"/>
        </w:rPr>
        <w:br/>
        <w:t xml:space="preserve">· Justificante de matrícula del centro  </w:t>
      </w:r>
      <w:r w:rsidRPr="00513B03">
        <w:rPr>
          <w:rFonts w:ascii="Arial" w:hAnsi="Arial" w:cs="Arial"/>
          <w:sz w:val="24"/>
          <w:szCs w:val="24"/>
          <w:lang w:val="es-ES"/>
        </w:rPr>
        <w:br/>
        <w:t xml:space="preserve">· En estudios universitarios: resguardo de matrícula con importe y confirmación del pago  </w:t>
      </w:r>
      <w:r w:rsidRPr="00513B03">
        <w:rPr>
          <w:rFonts w:ascii="Arial" w:hAnsi="Arial" w:cs="Arial"/>
          <w:sz w:val="24"/>
          <w:szCs w:val="24"/>
          <w:lang w:val="es-ES"/>
        </w:rPr>
        <w:br/>
        <w:t xml:space="preserve">· Documento de datos bancarios para pago de acreedores (certificado de titularidad bancaria)  </w:t>
      </w:r>
      <w:r w:rsidRPr="00513B03">
        <w:rPr>
          <w:rFonts w:ascii="Arial" w:hAnsi="Arial" w:cs="Arial"/>
          <w:sz w:val="24"/>
          <w:szCs w:val="24"/>
          <w:lang w:val="es-ES"/>
        </w:rPr>
        <w:br/>
      </w:r>
      <w:r w:rsidRPr="00513B03">
        <w:rPr>
          <w:rFonts w:ascii="Arial" w:hAnsi="Arial" w:cs="Arial"/>
          <w:sz w:val="24"/>
          <w:szCs w:val="24"/>
          <w:lang w:val="es-ES"/>
        </w:rPr>
        <w:br/>
        <w:t>SOLICITO la subvención para estudios postobligatorios de alumnos menores de veinticinco años, en régimen de concurrencia no competitiva del municipio de El Far d’Empordà, anualidad 2025.</w:t>
      </w:r>
      <w:r w:rsidRPr="00513B03">
        <w:rPr>
          <w:rFonts w:ascii="Arial" w:hAnsi="Arial" w:cs="Arial"/>
          <w:sz w:val="24"/>
          <w:szCs w:val="24"/>
          <w:lang w:val="es-ES"/>
        </w:rPr>
        <w:br/>
      </w:r>
      <w:r w:rsidRPr="00513B03">
        <w:rPr>
          <w:rFonts w:ascii="Arial" w:hAnsi="Arial" w:cs="Arial"/>
          <w:sz w:val="24"/>
          <w:szCs w:val="24"/>
          <w:lang w:val="es-ES"/>
        </w:rPr>
        <w:br/>
        <w:t xml:space="preserve">Nombre: _________________________  </w:t>
      </w:r>
      <w:r w:rsidRPr="00513B03">
        <w:rPr>
          <w:rFonts w:ascii="Arial" w:hAnsi="Arial" w:cs="Arial"/>
          <w:sz w:val="24"/>
          <w:szCs w:val="24"/>
          <w:lang w:val="es-ES"/>
        </w:rPr>
        <w:br/>
        <w:t xml:space="preserve">Fecha: _________________________  </w:t>
      </w:r>
      <w:r w:rsidRPr="00513B03">
        <w:rPr>
          <w:rFonts w:ascii="Arial" w:hAnsi="Arial" w:cs="Arial"/>
          <w:sz w:val="24"/>
          <w:szCs w:val="24"/>
          <w:lang w:val="es-ES"/>
        </w:rPr>
        <w:br/>
      </w:r>
    </w:p>
    <w:sectPr w:rsidR="004E41F0" w:rsidRPr="00513B03" w:rsidSect="00AB64A4">
      <w:pgSz w:w="12240" w:h="15840"/>
      <w:pgMar w:top="1440" w:right="1800" w:bottom="1440" w:left="1800" w:header="720" w:footer="2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63A07" w14:textId="77777777" w:rsidR="006C6D11" w:rsidRDefault="006C6D11" w:rsidP="00AB64A4">
      <w:pPr>
        <w:spacing w:after="0" w:line="240" w:lineRule="auto"/>
      </w:pPr>
      <w:r>
        <w:separator/>
      </w:r>
    </w:p>
  </w:endnote>
  <w:endnote w:type="continuationSeparator" w:id="0">
    <w:p w14:paraId="2D514E8F" w14:textId="77777777" w:rsidR="006C6D11" w:rsidRDefault="006C6D11" w:rsidP="00AB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CA694" w14:textId="77777777" w:rsidR="006C6D11" w:rsidRDefault="006C6D11" w:rsidP="00AB64A4">
      <w:pPr>
        <w:spacing w:after="0" w:line="240" w:lineRule="auto"/>
      </w:pPr>
      <w:r>
        <w:separator/>
      </w:r>
    </w:p>
  </w:footnote>
  <w:footnote w:type="continuationSeparator" w:id="0">
    <w:p w14:paraId="340FC7BC" w14:textId="77777777" w:rsidR="006C6D11" w:rsidRDefault="006C6D11" w:rsidP="00AB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60E6A56"/>
    <w:multiLevelType w:val="hybridMultilevel"/>
    <w:tmpl w:val="8BAA8E5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B8630D4"/>
    <w:multiLevelType w:val="hybridMultilevel"/>
    <w:tmpl w:val="E6D2B40C"/>
    <w:lvl w:ilvl="0" w:tplc="376A316E">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7811794A"/>
    <w:multiLevelType w:val="hybridMultilevel"/>
    <w:tmpl w:val="9B1852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576403034">
    <w:abstractNumId w:val="8"/>
  </w:num>
  <w:num w:numId="2" w16cid:durableId="67849813">
    <w:abstractNumId w:val="6"/>
  </w:num>
  <w:num w:numId="3" w16cid:durableId="1750688184">
    <w:abstractNumId w:val="5"/>
  </w:num>
  <w:num w:numId="4" w16cid:durableId="2020496722">
    <w:abstractNumId w:val="4"/>
  </w:num>
  <w:num w:numId="5" w16cid:durableId="1491826457">
    <w:abstractNumId w:val="7"/>
  </w:num>
  <w:num w:numId="6" w16cid:durableId="379716912">
    <w:abstractNumId w:val="3"/>
  </w:num>
  <w:num w:numId="7" w16cid:durableId="302734081">
    <w:abstractNumId w:val="2"/>
  </w:num>
  <w:num w:numId="8" w16cid:durableId="1665627083">
    <w:abstractNumId w:val="1"/>
  </w:num>
  <w:num w:numId="9" w16cid:durableId="138226100">
    <w:abstractNumId w:val="0"/>
  </w:num>
  <w:num w:numId="10" w16cid:durableId="1495485297">
    <w:abstractNumId w:val="9"/>
  </w:num>
  <w:num w:numId="11" w16cid:durableId="217598610">
    <w:abstractNumId w:val="11"/>
  </w:num>
  <w:num w:numId="12" w16cid:durableId="26072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349AD"/>
    <w:rsid w:val="004E41F0"/>
    <w:rsid w:val="00513B03"/>
    <w:rsid w:val="006C6D11"/>
    <w:rsid w:val="007D3534"/>
    <w:rsid w:val="00AA1D8D"/>
    <w:rsid w:val="00AB64A4"/>
    <w:rsid w:val="00B47730"/>
    <w:rsid w:val="00B84340"/>
    <w:rsid w:val="00BE21A1"/>
    <w:rsid w:val="00CB0664"/>
    <w:rsid w:val="00DE72A3"/>
    <w:rsid w:val="00F952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738B64"/>
  <w14:defaultImageDpi w14:val="300"/>
  <w15:docId w15:val="{E86A7B53-B87B-4D17-AE88-2A2D30E4A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rsid w:val="00BE21A1"/>
    <w:pPr>
      <w:autoSpaceDE w:val="0"/>
      <w:autoSpaceDN w:val="0"/>
      <w:adjustRightInd w:val="0"/>
      <w:spacing w:after="0" w:line="240" w:lineRule="auto"/>
    </w:pPr>
    <w:rPr>
      <w:rFonts w:ascii="Arial" w:eastAsia="Calibri" w:hAnsi="Arial" w:cs="Arial"/>
      <w:color w:val="000000"/>
      <w:sz w:val="24"/>
      <w:szCs w:val="24"/>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1988</Words>
  <Characters>11337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MIREIA MARTINEZ</cp:lastModifiedBy>
  <cp:revision>8</cp:revision>
  <dcterms:created xsi:type="dcterms:W3CDTF">2013-12-23T23:15:00Z</dcterms:created>
  <dcterms:modified xsi:type="dcterms:W3CDTF">2025-09-15T11:40:00Z</dcterms:modified>
  <cp:category/>
</cp:coreProperties>
</file>