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32D" w:rsidRDefault="000C2690" w:rsidP="000C2690">
      <w:pPr>
        <w:pStyle w:val="Ttulo1"/>
        <w:jc w:val="both"/>
      </w:pPr>
      <w:r>
        <w:t>CONVENIO DE COLABORACIÓN ENTRE EL AYUNTAMIENTO DE SENTMENAT Y LA ASOCIACIÓN DE VECINOS DE PEDRASANTA PARA DAR APOYO AL TEJIDO ASOCIATIVO VECINAL EN EL ÁMBITO DE LOS NÚCLEOS URBANOS.</w:t>
      </w:r>
    </w:p>
    <w:p w:rsidR="0087632D" w:rsidRDefault="0087632D" w:rsidP="000C2690">
      <w:pPr>
        <w:jc w:val="both"/>
      </w:pPr>
    </w:p>
    <w:p w:rsidR="0087632D" w:rsidRDefault="000C2690" w:rsidP="000C2690">
      <w:pPr>
        <w:pStyle w:val="Ttulo1"/>
        <w:jc w:val="both"/>
      </w:pPr>
      <w:r>
        <w:t>REUNIDOS</w:t>
      </w:r>
    </w:p>
    <w:p w:rsidR="0087632D" w:rsidRDefault="000C2690" w:rsidP="000C2690">
      <w:pPr>
        <w:jc w:val="both"/>
      </w:pPr>
      <w:r>
        <w:t xml:space="preserve">Por una parte, la Sra. Montserrat Rueda Miralles, alcaldesa de </w:t>
      </w:r>
      <w:r>
        <w:t>Sentmenat, actuando en su representación en virtud de las facultades conferidas por los arts. 21.1 b) de la Ley 7/1985, de 2 de abril, reguladora de las bases del régimen local y 53.1 a) del Decreto Legislativo 2/2003, de 28 de abril, por el cual se aprueb</w:t>
      </w:r>
      <w:r>
        <w:t>a el texto refundido de la Ley municipal y de régimen local de Cataluña, asistida por el secretario de la Corporación Sr. Gonzalo Lluzar López de Briñas.</w:t>
      </w:r>
      <w:r>
        <w:br/>
      </w:r>
      <w:r>
        <w:br/>
        <w:t>Y por otra, la Sra. Isabel Vilchez Sanchez, con DNI ***1718**, como presidenta de la Asociación de Ve</w:t>
      </w:r>
      <w:r>
        <w:t>cinos de Pedrasanta con NIF G60720869.</w:t>
      </w:r>
      <w:r>
        <w:br/>
      </w:r>
      <w:r>
        <w:br/>
        <w:t>Se reconocen mutuamente, en la representación que actúan, capacidad legal suficiente para este acto, y exponen:</w:t>
      </w:r>
      <w:r>
        <w:br/>
      </w:r>
      <w:r>
        <w:br/>
        <w:t>I. Que la asociación tiene actividad como entidad y se encuentra registrada en el registro de entidades</w:t>
      </w:r>
      <w:r>
        <w:t xml:space="preserve"> del Ayuntamiento de Sentmenat.</w:t>
      </w:r>
      <w:r>
        <w:br/>
      </w:r>
      <w:r>
        <w:br/>
        <w:t>II. Que la asociación expresa la voluntad de colaboración con el Ayuntamiento de Sentmenat para promover el tejido asociativo vecinal.</w:t>
      </w:r>
      <w:r>
        <w:br/>
      </w:r>
      <w:r>
        <w:br/>
        <w:t xml:space="preserve">III. Que, de conformidad con lo que se ha expuesto, las partes convienen en formalizar </w:t>
      </w:r>
      <w:r>
        <w:t>el presente CONVENIO que se regirá por los siguientes:</w:t>
      </w:r>
    </w:p>
    <w:p w:rsidR="0087632D" w:rsidRDefault="000C2690" w:rsidP="000C2690">
      <w:pPr>
        <w:pStyle w:val="Ttulo1"/>
        <w:jc w:val="both"/>
      </w:pPr>
      <w:r>
        <w:t>PACTOS</w:t>
      </w:r>
    </w:p>
    <w:p w:rsidR="0087632D" w:rsidRDefault="0087632D" w:rsidP="000C2690">
      <w:pPr>
        <w:jc w:val="both"/>
      </w:pPr>
    </w:p>
    <w:p w:rsidR="0087632D" w:rsidRDefault="000C2690" w:rsidP="000C2690">
      <w:pPr>
        <w:pStyle w:val="Ttulo1"/>
        <w:jc w:val="both"/>
      </w:pPr>
      <w:r>
        <w:t>PRIMERO – OBJETO</w:t>
      </w:r>
    </w:p>
    <w:p w:rsidR="0087632D" w:rsidRDefault="000C2690" w:rsidP="000C2690">
      <w:pPr>
        <w:jc w:val="both"/>
      </w:pPr>
      <w:r>
        <w:t>El objeto de este convenio es regular la colaboración entre el Ayuntamiento de Sentmenat y la Asociación de Vecinos de Pedrasanta para dar apoyo al tejido asociativo vecinal en</w:t>
      </w:r>
      <w:r>
        <w:t xml:space="preserve"> el ámbito de los núcleos urbanos.</w:t>
      </w:r>
    </w:p>
    <w:p w:rsidR="0087632D" w:rsidRDefault="000C2690" w:rsidP="000C2690">
      <w:pPr>
        <w:pStyle w:val="Ttulo1"/>
        <w:jc w:val="both"/>
      </w:pPr>
      <w:r>
        <w:lastRenderedPageBreak/>
        <w:t>SEGUNDO – IMPORTE DE LA SUBVENCIÓN</w:t>
      </w:r>
    </w:p>
    <w:p w:rsidR="0087632D" w:rsidRDefault="000C2690" w:rsidP="000C2690">
      <w:pPr>
        <w:jc w:val="both"/>
      </w:pPr>
      <w:r>
        <w:t>El Ayuntamiento subvencionará a la Asociación de Vecinos de Pedrasanta con un importe de mil doscientos euros (1.200,00 euros), para colaborar en la realización de las actividades descri</w:t>
      </w:r>
      <w:r>
        <w:t>tas en los puntos anteriores.</w:t>
      </w:r>
      <w:r>
        <w:br/>
      </w:r>
      <w:r>
        <w:br/>
        <w:t>El gasto se realizará con cargo a la aplicación presupuestaria 130-9240-48001 “Subvención Asociación de Vecinos de Pedrasanta”, del presupuesto municipal correspondiente al ejercicio en curso.</w:t>
      </w:r>
    </w:p>
    <w:p w:rsidR="0087632D" w:rsidRDefault="000C2690" w:rsidP="000C2690">
      <w:pPr>
        <w:pStyle w:val="Ttulo1"/>
        <w:jc w:val="both"/>
      </w:pPr>
      <w:r>
        <w:t>TERCERO – GASTOS SUBVENCIONABLES</w:t>
      </w:r>
    </w:p>
    <w:p w:rsidR="0087632D" w:rsidRDefault="000C2690" w:rsidP="000C2690">
      <w:pPr>
        <w:pStyle w:val="Sinespaciado"/>
      </w:pPr>
      <w:r>
        <w:t>Serán subvencionables los gastos recogidos en el artículo 31 de la Ley 38/2003, de 17 de noviembre, General de Subvenciones.</w:t>
      </w:r>
      <w:r>
        <w:br/>
      </w:r>
      <w:r>
        <w:br/>
        <w:t>Gastos subvencionables:</w:t>
      </w:r>
      <w:r>
        <w:br/>
      </w:r>
      <w:r>
        <w:br/>
        <w:t>· Se consideran gastos subvencionables, a los efectos previstos en esta ley, aquellos que de manera indu</w:t>
      </w:r>
      <w:r>
        <w:t>dable respondan a la naturaleza de la actividad subvencionada, resulten estrictamente necesarios y se realicen en el plazo establecido en el acuerdo de concesión.</w:t>
      </w:r>
      <w:r>
        <w:br/>
      </w:r>
      <w:r>
        <w:br/>
        <w:t>· Se considerará gasto realizado el que ha sido efectivamente pagado con anterioridad a la f</w:t>
      </w:r>
      <w:r>
        <w:t>inalización del período de justificación.</w:t>
      </w:r>
      <w:r>
        <w:br/>
      </w:r>
      <w:r>
        <w:br/>
        <w:t>· El IVA soportado, que debe constar desglosado, será subvencionable cuando el beneficiario no pueda deducirlo, recuperarlo o compensarlo.</w:t>
      </w:r>
      <w:r>
        <w:br/>
      </w:r>
      <w:r>
        <w:br/>
        <w:t>Gastos no subvencionables:</w:t>
      </w:r>
      <w:r>
        <w:br/>
      </w:r>
      <w:r>
        <w:br/>
        <w:t>- Los intereses deudores de las cuentas banca</w:t>
      </w:r>
      <w:r>
        <w:t>rias.</w:t>
      </w:r>
      <w:r>
        <w:br/>
      </w:r>
      <w:r>
        <w:br/>
        <w:t>- Intereses, recargos y sanciones administrativas y penales.</w:t>
      </w:r>
      <w:r>
        <w:br/>
      </w:r>
      <w:r>
        <w:br/>
        <w:t>- Los gastos de procedimientos judiciales.</w:t>
      </w:r>
      <w:r>
        <w:br/>
      </w:r>
      <w:r>
        <w:br/>
        <w:t>- Los tributos locales, cuando supongan exenciones fiscales no previstas en la ley, compensaciones o minoraciones de deudas contraídas con la h</w:t>
      </w:r>
      <w:r>
        <w:t>acienda local.</w:t>
      </w:r>
      <w:r>
        <w:br/>
      </w:r>
      <w:r>
        <w:br/>
        <w:t>- Los impuestos indirectos cuando sean susceptibles de recuperación o compensación.</w:t>
      </w:r>
      <w:r>
        <w:br/>
      </w:r>
      <w:r>
        <w:br/>
        <w:t>- Los impuestos personales sobre la renta.</w:t>
      </w:r>
      <w:r>
        <w:br/>
      </w:r>
      <w:r>
        <w:br/>
        <w:t>- Gastos derivados de celebraciones gastronómicas o protocolarias.</w:t>
      </w:r>
      <w:r>
        <w:br/>
      </w:r>
      <w:r>
        <w:br/>
        <w:t>- Gastos de manutención, compra de producto</w:t>
      </w:r>
      <w:r>
        <w:t>s alimentarios o bebidas alcohólicas.</w:t>
      </w:r>
      <w:r>
        <w:br/>
      </w:r>
      <w:r>
        <w:br/>
        <w:t>- La adquisición de bienes, herramientas o material diverso que tenga carácter inventariable.</w:t>
      </w:r>
    </w:p>
    <w:p w:rsidR="0087632D" w:rsidRDefault="000C2690" w:rsidP="000C2690">
      <w:pPr>
        <w:pStyle w:val="Ttulo1"/>
        <w:jc w:val="both"/>
      </w:pPr>
      <w:r>
        <w:lastRenderedPageBreak/>
        <w:t>CUARTO – ACEPTACIÓN DE LA SUBVENCIÓN</w:t>
      </w:r>
    </w:p>
    <w:p w:rsidR="0087632D" w:rsidRDefault="000C2690" w:rsidP="000C2690">
      <w:pPr>
        <w:jc w:val="both"/>
      </w:pPr>
      <w:r>
        <w:t>Se entenderá aceptada la subvención por la firma de este convenio por parte del benefi</w:t>
      </w:r>
      <w:r>
        <w:t>ciario.</w:t>
      </w:r>
    </w:p>
    <w:p w:rsidR="0087632D" w:rsidRDefault="000C2690" w:rsidP="000C2690">
      <w:pPr>
        <w:pStyle w:val="Ttulo1"/>
        <w:jc w:val="both"/>
      </w:pPr>
      <w:r>
        <w:t>QUINTO – PLAZO DE EJECUCIÓN</w:t>
      </w:r>
    </w:p>
    <w:p w:rsidR="0087632D" w:rsidRDefault="000C2690" w:rsidP="000C2690">
      <w:pPr>
        <w:jc w:val="both"/>
      </w:pPr>
      <w:r>
        <w:t>La subvención se destinará a financiar los gastos que se produzcan en la ejecución de las actividades descritas en los puntos anteriores, llevadas a cabo entre diciembre de 2024 y noviembre de 2025, ambos incluidos.</w:t>
      </w:r>
    </w:p>
    <w:p w:rsidR="0087632D" w:rsidRDefault="000C2690" w:rsidP="000C2690">
      <w:pPr>
        <w:pStyle w:val="Ttulo1"/>
        <w:jc w:val="both"/>
      </w:pPr>
      <w:r>
        <w:t>SEXT</w:t>
      </w:r>
      <w:r>
        <w:t>O – PLAZO Y FORMA DE JUSTIFICACIÓN</w:t>
      </w:r>
    </w:p>
    <w:p w:rsidR="0087632D" w:rsidRDefault="000C2690" w:rsidP="000C2690">
      <w:pPr>
        <w:jc w:val="both"/>
      </w:pPr>
      <w:r>
        <w:t>La beneficiaria deberá justificar la realización de la actividad subvencionada como máximo el día 30 de noviembre de 2025, mediante la presentación de la cuenta justificativa, que estará integrada por una memoria de la ac</w:t>
      </w:r>
      <w:r>
        <w:t>tividad y una memoria económica de acuerdo con el modelo que facilite el Ayuntamiento.</w:t>
      </w:r>
    </w:p>
    <w:p w:rsidR="0087632D" w:rsidRDefault="000C2690" w:rsidP="000C2690">
      <w:pPr>
        <w:pStyle w:val="Ttulo1"/>
        <w:jc w:val="both"/>
      </w:pPr>
      <w:r>
        <w:t>SÉPTIMO – PAGO</w:t>
      </w:r>
    </w:p>
    <w:p w:rsidR="0087632D" w:rsidRDefault="000C2690" w:rsidP="000C2690">
      <w:pPr>
        <w:jc w:val="both"/>
      </w:pPr>
      <w:r>
        <w:t>Se hará efectiva una entrega anticipada del 80% del importe de la subvención a partir del momento de la firma del convenio.</w:t>
      </w:r>
    </w:p>
    <w:p w:rsidR="0087632D" w:rsidRDefault="000C2690" w:rsidP="000C2690">
      <w:pPr>
        <w:pStyle w:val="Ttulo1"/>
        <w:jc w:val="both"/>
      </w:pPr>
      <w:r>
        <w:t>OCTAVO – DEFICIENCIAS EN LA JU</w:t>
      </w:r>
      <w:r>
        <w:t>STIFICACIÓN</w:t>
      </w:r>
    </w:p>
    <w:p w:rsidR="0087632D" w:rsidRDefault="000C2690" w:rsidP="000C2690">
      <w:pPr>
        <w:jc w:val="both"/>
      </w:pPr>
      <w:r>
        <w:t>1. En el caso de que los documentos presentados como justificación fueran incorrectos o incompletos, se comunicará al interesado/a la necesidad de subsanar las anomalías detectadas en un plazo máximo improrrogable de diez días hábiles, a contar</w:t>
      </w:r>
      <w:r>
        <w:t xml:space="preserve"> desde el día siguiente en que sea notificado, con la advertencia de que, de no hacerlo, se procederá a la revocación o a la reducción de la subvención según corresponda, con la consiguiente obligación de reintegro en caso de que se hubiera adelantado su p</w:t>
      </w:r>
      <w:r>
        <w:t>ago.</w:t>
      </w:r>
      <w:r>
        <w:br/>
      </w:r>
      <w:r>
        <w:br/>
        <w:t>2. Si, una vez finalizado el plazo de presentación de la documentación justificativa, esta no se hubiera presentado, se procederá a requerir al beneficiario/a para que la presente en un plazo máximo improrrogable de quince días hábiles, a contar desd</w:t>
      </w:r>
      <w:r>
        <w:t>e el día siguiente en que sea notificado, con la advertencia de que, de no hacerlo, se procederá a revocar la subvención con la consiguiente obligación de reintegro en caso de que se hubiera adelantado su pago.</w:t>
      </w:r>
    </w:p>
    <w:p w:rsidR="0087632D" w:rsidRDefault="000C2690" w:rsidP="000C2690">
      <w:pPr>
        <w:pStyle w:val="Ttulo1"/>
        <w:jc w:val="both"/>
      </w:pPr>
      <w:r>
        <w:t>NOVENO – OBLIGACIONES DE LOS BENEFICIARIOS</w:t>
      </w:r>
    </w:p>
    <w:p w:rsidR="0087632D" w:rsidRDefault="000C2690" w:rsidP="000C2690">
      <w:pPr>
        <w:jc w:val="both"/>
      </w:pPr>
      <w:r>
        <w:t>1.</w:t>
      </w:r>
      <w:r>
        <w:t xml:space="preserve"> Los perceptores de subvenciones concedidas por el Ayuntamiento se obligan a ejecutar las actividades subvencionadas de conformidad con los principios de buena administración, buena fe y presunción de legalidad, así como a su justificación.</w:t>
      </w:r>
      <w:r>
        <w:br/>
      </w:r>
      <w:r>
        <w:lastRenderedPageBreak/>
        <w:br/>
        <w:t>2. El benefici</w:t>
      </w:r>
      <w:r>
        <w:t>ario de una subvención está obligado a someterse a las actuaciones de comprobación y de control financiero que realice la Intervención General del Ayuntamiento, y a aportar toda la información que les sea requerida en el ejercicio de las actuaciones anteri</w:t>
      </w:r>
      <w:r>
        <w:t>ores y en relación a la subvención concedida.</w:t>
      </w:r>
      <w:r>
        <w:br/>
      </w:r>
      <w:r>
        <w:br/>
        <w:t xml:space="preserve">3. Los documentos de cualquier tipo justificativos de la aplicación de los fondos recibidos deberán conservarse por un período no inferior a 6 años, contados desde la finalización del plazo de presentación de </w:t>
      </w:r>
      <w:r>
        <w:t>las justificaciones.</w:t>
      </w:r>
      <w:r>
        <w:br/>
      </w:r>
      <w:r>
        <w:br/>
        <w:t>4. Los beneficiarios deberán hacer constar la colaboración del Ayuntamiento en la ejecución del proyecto o de la actividad, en toda la documentación impresa y en carteles o medios electrónicos y audiovisuales.</w:t>
      </w:r>
      <w:r>
        <w:br/>
      </w:r>
      <w:r>
        <w:br/>
        <w:t>5. Los beneficiarios de</w:t>
      </w:r>
      <w:r>
        <w:t>berán dar publicidad de las subvenciones y ayudas percibidas por medios electrónicos, con base en lo establecido en la Ley 19/2013 y la Ley 19/2014.</w:t>
      </w:r>
      <w:r>
        <w:br/>
      </w:r>
      <w:r>
        <w:br/>
        <w:t>6. El incumplimiento de estas obligaciones originará las responsabilidades que en cada caso correspondan y</w:t>
      </w:r>
      <w:r>
        <w:t xml:space="preserve"> podrá suponer la revocación, reducción o reintegro de la subvención concedida.</w:t>
      </w:r>
    </w:p>
    <w:p w:rsidR="0087632D" w:rsidRDefault="000C2690" w:rsidP="000C2690">
      <w:pPr>
        <w:pStyle w:val="Ttulo1"/>
        <w:jc w:val="both"/>
      </w:pPr>
      <w:r>
        <w:t>DÉCIMO – COMPATIBILIDAD CON OTRAS SUBVENCIONES</w:t>
      </w:r>
    </w:p>
    <w:p w:rsidR="0087632D" w:rsidRDefault="000C2690" w:rsidP="000C2690">
      <w:pPr>
        <w:jc w:val="both"/>
      </w:pPr>
      <w:r>
        <w:t>1. Los beneficiarios deberán comunicar la petición y/o obtención de cualquier subvención pública concurrente que no se haya decla</w:t>
      </w:r>
      <w:r>
        <w:t>rado con la solicitud.</w:t>
      </w:r>
      <w:r>
        <w:br/>
      </w:r>
      <w:r>
        <w:br/>
        <w:t>2. La subvención otorgada será compatible con cualquier otra concedida por otras administraciones o entes públicos o privados. Sin embargo, el importe total de las subvenciones recibidas para la misma finalidad no podrá superar el c</w:t>
      </w:r>
      <w:r>
        <w:t>oste total del proyecto/actividad a desarrollar.</w:t>
      </w:r>
    </w:p>
    <w:p w:rsidR="0087632D" w:rsidRDefault="000C2690" w:rsidP="000C2690">
      <w:pPr>
        <w:pStyle w:val="Ttulo1"/>
        <w:jc w:val="both"/>
      </w:pPr>
      <w:r>
        <w:t>UNDÉCIMO – PUBLICIDAD DE LAS SUBVENCIONES CONCEDIDAS</w:t>
      </w:r>
    </w:p>
    <w:p w:rsidR="0087632D" w:rsidRDefault="000C2690" w:rsidP="000C2690">
      <w:pPr>
        <w:jc w:val="both"/>
      </w:pPr>
      <w:r>
        <w:t>La subvención otorgada al amparo del presente convenio será objeto de publicidad, con indicación del beneficiario/a, la cantidad concedida, la finalidad d</w:t>
      </w:r>
      <w:r>
        <w:t>e la subvención, así como la justificación o rendición de cuentas y las actuaciones de control que se deriven, a través de la Base de Datos Nacional de Subvenciones y del portal de transparencia del Ayuntamiento de Sentmenat.</w:t>
      </w:r>
    </w:p>
    <w:p w:rsidR="0087632D" w:rsidRDefault="000C2690" w:rsidP="000C2690">
      <w:pPr>
        <w:pStyle w:val="Ttulo1"/>
        <w:jc w:val="both"/>
      </w:pPr>
      <w:r>
        <w:t>DUODÉCIMO – RÉGIMEN JURÍDICO S</w:t>
      </w:r>
      <w:r>
        <w:t>UPLETORIO</w:t>
      </w:r>
    </w:p>
    <w:p w:rsidR="0087632D" w:rsidRDefault="000C2690" w:rsidP="000C2690">
      <w:pPr>
        <w:jc w:val="both"/>
      </w:pPr>
      <w:r>
        <w:t>En todo lo no previsto en la presente resolución se estará a lo que establece la Ley General de Subvenciones y su Reglamento de desarrollo.</w:t>
      </w:r>
    </w:p>
    <w:p w:rsidR="0087632D" w:rsidRDefault="000C2690" w:rsidP="000C2690">
      <w:pPr>
        <w:pStyle w:val="Ttulo1"/>
        <w:jc w:val="both"/>
      </w:pPr>
      <w:r>
        <w:lastRenderedPageBreak/>
        <w:t>DECIMOTERCERO – VIGENCIA DEL CONVENIO</w:t>
      </w:r>
    </w:p>
    <w:p w:rsidR="0087632D" w:rsidRDefault="000C2690" w:rsidP="000C2690">
      <w:r>
        <w:t xml:space="preserve">Este convenio será vigente desde el día siguiente a su firma y </w:t>
      </w:r>
      <w:r>
        <w:t>tendrá vigencia hasta el 31 de diciembre de 2025.</w:t>
      </w:r>
      <w:r>
        <w:br/>
      </w:r>
      <w:r>
        <w:br/>
      </w:r>
      <w:bookmarkStart w:id="0" w:name="_GoBack"/>
      <w:r>
        <w:t>Y en prueba de conformidad, firman el presente convenio/acuerdo, en el lugar y fecha que se señalan.</w:t>
      </w:r>
      <w:r>
        <w:br/>
      </w:r>
      <w:bookmarkEnd w:id="0"/>
      <w:r>
        <w:br/>
        <w:t>La Alcaldesa</w:t>
      </w:r>
      <w:r>
        <w:br/>
        <w:t>Sra. Montserrat Rueda Miralles</w:t>
      </w:r>
      <w:r>
        <w:br/>
      </w:r>
      <w:r>
        <w:br/>
        <w:t>La presidenta de la asociación</w:t>
      </w:r>
      <w:r>
        <w:br/>
        <w:t>Sra. Isabel Vilchez Sanchez</w:t>
      </w:r>
      <w:r>
        <w:br/>
      </w:r>
      <w:r>
        <w:br/>
        <w:t>El secretario</w:t>
      </w:r>
      <w:r>
        <w:br/>
        <w:t>Gonzalo Lluzar López de Briñas</w:t>
      </w:r>
    </w:p>
    <w:sectPr w:rsidR="0087632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C2690"/>
    <w:rsid w:val="0015074B"/>
    <w:rsid w:val="0029639D"/>
    <w:rsid w:val="00326F90"/>
    <w:rsid w:val="0087632D"/>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B4D07EA-022E-44F4-A701-436BC7F31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ABA82E-881B-4219-8D09-A944A1514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1266</Words>
  <Characters>6967</Characters>
  <Application>Microsoft Office Word</Application>
  <DocSecurity>0</DocSecurity>
  <Lines>58</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8217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Albert Figueres Nuñez</cp:lastModifiedBy>
  <cp:revision>2</cp:revision>
  <dcterms:created xsi:type="dcterms:W3CDTF">2025-07-23T09:20:00Z</dcterms:created>
  <dcterms:modified xsi:type="dcterms:W3CDTF">2025-07-23T09:20:00Z</dcterms:modified>
  <cp:category/>
</cp:coreProperties>
</file>