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9.0 -->
  <w:body>
    <w:p w:rsidR="008D3539" w14:paraId="52BE270C" w14:textId="3CFBA9FD">
      <w:pPr>
        <w:spacing w:before="0"/>
        <w:jc w:val="center"/>
        <w:rPr>
          <w:rFonts w:ascii="Arial" w:hAnsi="Arial"/>
          <w:b/>
          <w:color w:val="003366"/>
          <w:sz w:val="24"/>
          <w:lang w:val="es-ES"/>
        </w:rPr>
      </w:pPr>
      <w:r w:rsidRPr="00062A3C">
        <w:rPr>
          <w:rFonts w:ascii="Arial" w:hAnsi="Arial"/>
          <w:b/>
          <w:color w:val="003366"/>
          <w:sz w:val="24"/>
          <w:lang w:val="es-ES"/>
        </w:rPr>
        <w:t xml:space="preserve">ANEXO III. </w:t>
      </w:r>
    </w:p>
    <w:p w:rsidR="00221A12" w:rsidRPr="00062A3C" w14:paraId="6AA4272E" w14:textId="4503C725">
      <w:pPr>
        <w:jc w:val="center"/>
        <w:rPr>
          <w:lang w:val="es-ES"/>
        </w:rPr>
      </w:pPr>
      <w:r w:rsidRPr="00062A3C">
        <w:rPr>
          <w:rFonts w:ascii="Arial" w:hAnsi="Arial"/>
          <w:b/>
          <w:color w:val="003366"/>
          <w:sz w:val="24"/>
          <w:lang w:val="es-ES"/>
        </w:rPr>
        <w:t xml:space="preserve"> JUSTIFICACIÓN BONO COMERCIO </w:t>
      </w:r>
      <w:r w:rsidR="008D3539">
        <w:rPr>
          <w:rFonts w:ascii="Arial" w:hAnsi="Arial"/>
          <w:b/>
          <w:color w:val="003366"/>
          <w:sz w:val="24"/>
          <w:lang w:val="es-ES"/>
        </w:rPr>
        <w:t>PENÀGUILA</w:t>
      </w:r>
      <w:r w:rsidR="00F26472">
        <w:rPr>
          <w:rFonts w:ascii="Arial" w:hAnsi="Arial"/>
          <w:b/>
          <w:color w:val="003366"/>
          <w:sz w:val="24"/>
          <w:lang w:val="es-ES"/>
        </w:rPr>
        <w:t xml:space="preserve"> </w:t>
      </w:r>
      <w:r w:rsidRPr="00062A3C">
        <w:rPr>
          <w:rFonts w:ascii="Arial" w:hAnsi="Arial"/>
          <w:b/>
          <w:color w:val="003366"/>
          <w:sz w:val="24"/>
          <w:lang w:val="es-ES"/>
        </w:rPr>
        <w:t>2026</w:t>
      </w:r>
      <w:r w:rsidRPr="00062A3C">
        <w:rPr>
          <w:rFonts w:ascii="Arial" w:hAnsi="Arial"/>
          <w:b/>
          <w:color w:val="003366"/>
          <w:sz w:val="24"/>
          <w:lang w:val="es-ES"/>
        </w:rPr>
        <w:br/>
      </w:r>
    </w:p>
    <w:p w:rsidR="00221A12" w:rsidRPr="00062A3C" w:rsidP="00F26472" w14:paraId="36800F8A" w14:textId="77777777">
      <w:pPr>
        <w:spacing w:after="120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>D./Dña. ______________________________________, con DNI: _______________, en representación del establecimiento sito en Penàguila __________________________________________, en relación con la campaña Plan Comercio-Bono Comercio 2026 de Penàguila.</w:t>
      </w:r>
    </w:p>
    <w:p w:rsidR="00221A12" w:rsidRPr="00062A3C" w:rsidP="00F26472" w14:paraId="69E0F653" w14:textId="77777777">
      <w:pPr>
        <w:spacing w:after="120"/>
        <w:jc w:val="both"/>
        <w:rPr>
          <w:lang w:val="es-ES"/>
        </w:rPr>
      </w:pPr>
      <w:r w:rsidRPr="00062A3C">
        <w:rPr>
          <w:rFonts w:ascii="Arial" w:hAnsi="Arial"/>
          <w:color w:val="333333"/>
          <w:lang w:val="es-ES"/>
        </w:rPr>
        <w:t xml:space="preserve">DECLARO: Que se han presentado en mi establecimiento los bonos que a continuación se relacionan y que se adjuntan junto con las facturas o </w:t>
      </w:r>
      <w:r w:rsidRPr="00062A3C">
        <w:rPr>
          <w:rFonts w:ascii="Arial" w:hAnsi="Arial"/>
          <w:color w:val="333333"/>
          <w:lang w:val="es-ES"/>
        </w:rPr>
        <w:t>tickets</w:t>
      </w:r>
      <w:r w:rsidRPr="00062A3C">
        <w:rPr>
          <w:rFonts w:ascii="Arial" w:hAnsi="Arial"/>
          <w:color w:val="333333"/>
          <w:lang w:val="es-ES"/>
        </w:rPr>
        <w:t xml:space="preserve"> de venta a la presente justificación: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979"/>
        <w:gridCol w:w="2029"/>
        <w:gridCol w:w="1829"/>
        <w:gridCol w:w="1461"/>
        <w:gridCol w:w="1461"/>
      </w:tblGrid>
      <w:tr w14:paraId="3078E12C" w14:textId="77777777" w:rsidTr="00062A3C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2F2F2"/>
          </w:tcPr>
          <w:p w:rsidR="00221A12" w14:paraId="7656BC25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NÚM. BONO</w:t>
            </w:r>
          </w:p>
        </w:tc>
        <w:tc>
          <w:tcPr>
            <w:tcW w:w="1979" w:type="dxa"/>
            <w:shd w:val="clear" w:color="auto" w:fill="F2F2F2"/>
          </w:tcPr>
          <w:p w:rsidR="00221A12" w14:paraId="787CCA27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DNI COMPRADOR</w:t>
            </w:r>
          </w:p>
        </w:tc>
        <w:tc>
          <w:tcPr>
            <w:tcW w:w="2029" w:type="dxa"/>
            <w:shd w:val="clear" w:color="auto" w:fill="F2F2F2"/>
          </w:tcPr>
          <w:p w:rsidR="00221A12" w14:paraId="66643DF7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NOMBRE Y APELLIDOS</w:t>
            </w:r>
          </w:p>
        </w:tc>
        <w:tc>
          <w:tcPr>
            <w:tcW w:w="1829" w:type="dxa"/>
            <w:shd w:val="clear" w:color="auto" w:fill="F2F2F2"/>
          </w:tcPr>
          <w:p w:rsidR="00221A12" w14:paraId="2EAA1A0D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DESCRIPCIÓN GASTO</w:t>
            </w:r>
          </w:p>
        </w:tc>
        <w:tc>
          <w:tcPr>
            <w:tcW w:w="1461" w:type="dxa"/>
            <w:shd w:val="clear" w:color="auto" w:fill="F2F2F2"/>
          </w:tcPr>
          <w:p w:rsidR="00221A12" w14:paraId="4EB63F16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IMPORTE TICKET/FAC.</w:t>
            </w:r>
          </w:p>
        </w:tc>
        <w:tc>
          <w:tcPr>
            <w:tcW w:w="1461" w:type="dxa"/>
            <w:shd w:val="clear" w:color="auto" w:fill="F2F2F2"/>
          </w:tcPr>
          <w:p w:rsidR="00221A12" w14:paraId="409F0B14" w14:textId="77777777">
            <w:pPr>
              <w:spacing w:before="80" w:after="80"/>
            </w:pPr>
            <w:r>
              <w:rPr>
                <w:rFonts w:ascii="Arial" w:hAnsi="Arial"/>
                <w:b/>
                <w:color w:val="003366"/>
                <w:sz w:val="20"/>
              </w:rPr>
              <w:t>NÚM. TICKET/FAC.</w:t>
            </w:r>
          </w:p>
        </w:tc>
      </w:tr>
      <w:tr w14:paraId="1B342300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732912F5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09C92723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04EF0D03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61D2CE68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6F454CF6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50A669C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2B1784FA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512BAB16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134F5D09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66B0E74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2BA573CC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05582D4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22CCEFC8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1E8F2250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3C0479C9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12C0F08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0ED95DF1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43F59EAC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40D5083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47A84C9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14E1AF99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2C531561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0A67E330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4E835DB6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20AEEE94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720366F9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07925C0A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4217496B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4224A76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13362FCC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20D46CBE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105C8161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47DC1D3C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625A6D1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659A6102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731DFF46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60D70B93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34E3FD04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296E4A89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072E399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13635AAD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7A1C59BD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0B0EE89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55FCDCE3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60B2E4FA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4A0735F8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11AE3B3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6421A74E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00AE9011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139A55E8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22DE539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4639851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27B2ECBD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1630E96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6D76C69E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15E03B88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77707F34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31CCED58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1DBA21C3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08ADF2A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1443E9E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0C723EC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7F497E37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6BDCF5E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16D2857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2558263D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41BFC87A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757AD3BF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041A4804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7803AB76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30ACF2B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75E81737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63CF96C9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2DD875F6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64322925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736154EB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2EC9BE45" w14:textId="77777777" w:rsidTr="008D3539">
        <w:tblPrEx>
          <w:tblW w:w="0" w:type="auto"/>
          <w:tblLook w:val="04A0"/>
        </w:tblPrEx>
        <w:trPr>
          <w:cantSplit/>
          <w:tblHeader/>
        </w:trPr>
        <w:tc>
          <w:tcPr>
            <w:tcW w:w="817" w:type="dxa"/>
            <w:shd w:val="clear" w:color="auto" w:fill="FFFFFF" w:themeFill="background1"/>
          </w:tcPr>
          <w:p w:rsidR="00062A3C" w14:paraId="4DEBFD0C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:rsidR="00062A3C" w14:paraId="715796B0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062A3C" w14:paraId="483CDC44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829" w:type="dxa"/>
            <w:shd w:val="clear" w:color="auto" w:fill="FFFFFF" w:themeFill="background1"/>
          </w:tcPr>
          <w:p w:rsidR="00062A3C" w14:paraId="61DB0022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29A0F39E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  <w:tc>
          <w:tcPr>
            <w:tcW w:w="1461" w:type="dxa"/>
            <w:shd w:val="clear" w:color="auto" w:fill="FFFFFF" w:themeFill="background1"/>
          </w:tcPr>
          <w:p w:rsidR="00062A3C" w14:paraId="1EAEB105" w14:textId="77777777">
            <w:pPr>
              <w:spacing w:before="80" w:after="80"/>
              <w:rPr>
                <w:rFonts w:ascii="Arial" w:hAnsi="Arial"/>
                <w:b/>
                <w:color w:val="003366"/>
                <w:sz w:val="20"/>
              </w:rPr>
            </w:pPr>
          </w:p>
        </w:tc>
      </w:tr>
      <w:tr w14:paraId="7CBF4897" w14:textId="77777777" w:rsidTr="00062A3C">
        <w:tblPrEx>
          <w:tblW w:w="0" w:type="auto"/>
          <w:tblLook w:val="04A0"/>
        </w:tblPrEx>
        <w:trPr>
          <w:cantSplit/>
        </w:trPr>
        <w:tc>
          <w:tcPr>
            <w:tcW w:w="817" w:type="dxa"/>
          </w:tcPr>
          <w:p w:rsidR="00221A12" w14:paraId="286325D5" w14:textId="77777777">
            <w:pPr>
              <w:spacing w:before="120" w:after="120"/>
            </w:pPr>
          </w:p>
        </w:tc>
        <w:tc>
          <w:tcPr>
            <w:tcW w:w="1979" w:type="dxa"/>
          </w:tcPr>
          <w:p w:rsidR="00221A12" w14:paraId="7EAF35D7" w14:textId="77777777">
            <w:pPr>
              <w:spacing w:before="120" w:after="120"/>
            </w:pPr>
          </w:p>
        </w:tc>
        <w:tc>
          <w:tcPr>
            <w:tcW w:w="2029" w:type="dxa"/>
          </w:tcPr>
          <w:p w:rsidR="00221A12" w14:paraId="22B174AA" w14:textId="77777777">
            <w:pPr>
              <w:spacing w:before="120" w:after="120"/>
            </w:pPr>
          </w:p>
        </w:tc>
        <w:tc>
          <w:tcPr>
            <w:tcW w:w="1829" w:type="dxa"/>
          </w:tcPr>
          <w:p w:rsidR="00221A12" w14:paraId="0CD56578" w14:textId="77777777">
            <w:pPr>
              <w:spacing w:before="120" w:after="120"/>
            </w:pPr>
          </w:p>
        </w:tc>
        <w:tc>
          <w:tcPr>
            <w:tcW w:w="1461" w:type="dxa"/>
          </w:tcPr>
          <w:p w:rsidR="00221A12" w14:paraId="71A2598C" w14:textId="77777777">
            <w:pPr>
              <w:spacing w:before="120" w:after="120"/>
            </w:pPr>
          </w:p>
        </w:tc>
        <w:tc>
          <w:tcPr>
            <w:tcW w:w="1461" w:type="dxa"/>
          </w:tcPr>
          <w:p w:rsidR="00221A12" w14:paraId="7C524F75" w14:textId="77777777">
            <w:pPr>
              <w:spacing w:before="120" w:after="120"/>
            </w:pPr>
          </w:p>
        </w:tc>
      </w:tr>
      <w:tr w14:paraId="22902018" w14:textId="77777777" w:rsidTr="00062A3C">
        <w:tblPrEx>
          <w:tblW w:w="0" w:type="auto"/>
          <w:tblLook w:val="04A0"/>
        </w:tblPrEx>
        <w:trPr>
          <w:cantSplit/>
        </w:trPr>
        <w:tc>
          <w:tcPr>
            <w:tcW w:w="817" w:type="dxa"/>
          </w:tcPr>
          <w:p w:rsidR="00221A12" w14:paraId="5150CA42" w14:textId="77777777">
            <w:pPr>
              <w:spacing w:before="120" w:after="120"/>
            </w:pPr>
          </w:p>
        </w:tc>
        <w:tc>
          <w:tcPr>
            <w:tcW w:w="1979" w:type="dxa"/>
          </w:tcPr>
          <w:p w:rsidR="00221A12" w14:paraId="236C1421" w14:textId="77777777">
            <w:pPr>
              <w:spacing w:before="120" w:after="120"/>
            </w:pPr>
          </w:p>
        </w:tc>
        <w:tc>
          <w:tcPr>
            <w:tcW w:w="2029" w:type="dxa"/>
          </w:tcPr>
          <w:p w:rsidR="00221A12" w14:paraId="044CFAC7" w14:textId="77777777">
            <w:pPr>
              <w:spacing w:before="120" w:after="120"/>
            </w:pPr>
          </w:p>
        </w:tc>
        <w:tc>
          <w:tcPr>
            <w:tcW w:w="1829" w:type="dxa"/>
          </w:tcPr>
          <w:p w:rsidR="00221A12" w14:paraId="183D4E08" w14:textId="77777777">
            <w:pPr>
              <w:spacing w:before="120" w:after="120"/>
            </w:pPr>
          </w:p>
        </w:tc>
        <w:tc>
          <w:tcPr>
            <w:tcW w:w="1461" w:type="dxa"/>
          </w:tcPr>
          <w:p w:rsidR="00221A12" w14:paraId="02E7430E" w14:textId="77777777">
            <w:pPr>
              <w:spacing w:before="120" w:after="120"/>
            </w:pPr>
          </w:p>
        </w:tc>
        <w:tc>
          <w:tcPr>
            <w:tcW w:w="1461" w:type="dxa"/>
          </w:tcPr>
          <w:p w:rsidR="00221A12" w14:paraId="7D0421C3" w14:textId="77777777">
            <w:pPr>
              <w:spacing w:before="120" w:after="120"/>
            </w:pPr>
          </w:p>
        </w:tc>
      </w:tr>
    </w:tbl>
    <w:p w:rsidR="00221A12" w14:paraId="29F4B0C7" w14:textId="77777777"/>
    <w:p w:rsidR="00221A12" w:rsidP="008D3539" w14:paraId="2B2E87AE" w14:textId="217B7929">
      <w:pPr>
        <w:spacing w:after="120"/>
        <w:jc w:val="center"/>
      </w:pPr>
      <w:r>
        <w:rPr>
          <w:rFonts w:ascii="Arial" w:hAnsi="Arial"/>
          <w:color w:val="333333"/>
        </w:rPr>
        <w:t>Penàguila, a ____ de ___________________ de 2026.</w:t>
      </w:r>
      <w:r>
        <w:rPr>
          <w:rFonts w:ascii="Arial" w:hAnsi="Arial"/>
          <w:color w:val="333333"/>
        </w:rPr>
        <w:br/>
      </w:r>
      <w:r>
        <w:rPr>
          <w:rFonts w:ascii="Arial" w:hAnsi="Arial"/>
          <w:color w:val="333333"/>
        </w:rPr>
        <w:t>Firmado</w:t>
      </w:r>
      <w:r>
        <w:rPr>
          <w:rFonts w:ascii="Arial" w:hAnsi="Arial"/>
          <w:color w:val="333333"/>
        </w:rPr>
        <w:t>:</w:t>
      </w:r>
      <w:r>
        <w:rPr>
          <w:rFonts w:ascii="Arial" w:hAnsi="Arial"/>
          <w:color w:val="333333"/>
        </w:rPr>
        <w:br/>
        <w:t>(Sello del Comercio)</w:t>
      </w:r>
    </w:p>
    <w:sectPr w:rsidSect="008D3539">
      <w:headerReference w:type="default" r:id="rId5"/>
      <w:footerReference w:type="default" r:id="rId6"/>
      <w:pgSz w:w="12240" w:h="15840"/>
      <w:pgMar w:top="1440" w:right="1440" w:bottom="1440" w:left="1440" w:header="142" w:footer="91" w:gutter="0"/>
      <w:pgNumType w:start="9"/>
      <w:cols w:space="720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D3539" w:rsidP="008D3539" w14:paraId="195C0088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8D3539" w:rsidP="008D3539" w14:paraId="347B12DF" w14:textId="77777777">
    <w:pPr>
      <w:pStyle w:val="BodyText"/>
      <w:pBdr>
        <w:top w:val="single" w:sz="4" w:space="2" w:color="000000"/>
      </w:pBdr>
      <w:jc w:val="center"/>
      <w:rPr>
        <w:rFonts w:ascii="Arial" w:hAnsi="Arial" w:cs="Arial"/>
        <w:b/>
        <w:sz w:val="16"/>
        <w:szCs w:val="16"/>
        <w:lang w:val="pt-PT"/>
      </w:rPr>
    </w:pPr>
  </w:p>
  <w:p w:rsidR="00062A3C" w:rsidRPr="008D3539" w:rsidP="008D3539" w14:paraId="06C5000B" w14:textId="798D1567">
    <w:pPr>
      <w:pStyle w:val="BodyText"/>
      <w:pBdr>
        <w:top w:val="single" w:sz="4" w:space="2" w:color="000000"/>
      </w:pBdr>
      <w:jc w:val="center"/>
      <w:rPr>
        <w:rFonts w:ascii="Arial" w:hAnsi="Arial" w:cs="Arial"/>
        <w:sz w:val="16"/>
        <w:szCs w:val="16"/>
        <w:lang w:val="pt-PT"/>
      </w:rPr>
    </w:pPr>
    <w:r w:rsidRPr="008D3539">
      <w:rPr>
        <w:rFonts w:ascii="Arial" w:hAnsi="Arial" w:cs="Arial"/>
        <w:b/>
        <w:sz w:val="16"/>
        <w:szCs w:val="16"/>
        <w:lang w:val="pt-PT"/>
      </w:rPr>
      <w:t>Ajuntament</w:t>
    </w:r>
    <w:r w:rsidRPr="008D3539">
      <w:rPr>
        <w:rFonts w:ascii="Arial" w:hAnsi="Arial" w:cs="Arial"/>
        <w:b/>
        <w:sz w:val="16"/>
        <w:szCs w:val="16"/>
        <w:lang w:val="pt-PT"/>
      </w:rPr>
      <w:t xml:space="preserve"> de Penàguila</w:t>
    </w:r>
  </w:p>
  <w:p w:rsidR="00062A3C" w:rsidRPr="008D3539" w:rsidP="00062A3C" w14:paraId="4E9F508E" w14:textId="77777777">
    <w:pPr>
      <w:pStyle w:val="Footer"/>
      <w:jc w:val="center"/>
      <w:rPr>
        <w:rFonts w:ascii="Arial" w:hAnsi="Arial" w:cs="Arial"/>
        <w:sz w:val="16"/>
        <w:szCs w:val="16"/>
        <w:lang w:val="ca-ES"/>
      </w:rPr>
    </w:pPr>
    <w:r w:rsidRPr="008D3539">
      <w:rPr>
        <w:rFonts w:ascii="Arial" w:hAnsi="Arial" w:cs="Arial"/>
        <w:sz w:val="16"/>
        <w:szCs w:val="16"/>
        <w:lang w:val="ca-ES"/>
      </w:rPr>
      <w:t xml:space="preserve">Plaça L'Església, 1, 03815 Penàguila (Alacant) </w:t>
    </w:r>
    <w:r w:rsidRPr="008D3539">
      <w:rPr>
        <w:rFonts w:ascii="Arial" w:hAnsi="Arial" w:cs="Arial"/>
        <w:sz w:val="16"/>
        <w:szCs w:val="16"/>
        <w:lang w:val="ca-ES"/>
      </w:rPr>
      <w:t>Tfno</w:t>
    </w:r>
    <w:r w:rsidRPr="008D3539">
      <w:rPr>
        <w:rFonts w:ascii="Arial" w:hAnsi="Arial" w:cs="Arial"/>
        <w:sz w:val="16"/>
        <w:szCs w:val="16"/>
        <w:lang w:val="ca-ES"/>
      </w:rPr>
      <w:t>. 965 513 001</w:t>
    </w:r>
  </w:p>
  <w:p w:rsidR="00062A3C" w:rsidRPr="007C15D2" w:rsidP="00062A3C" w14:paraId="50E23805" w14:textId="77777777">
    <w:pPr>
      <w:pStyle w:val="Footer"/>
      <w:rPr>
        <w:lang w:val="ca-ES"/>
      </w:rPr>
    </w:pPr>
  </w:p>
  <w:p w:rsidR="00062A3C" w:rsidRPr="00062A3C" w14:paraId="788A2C07" w14:textId="1A1782AA">
    <w:pPr>
      <w:pStyle w:val="Footer"/>
      <w:rPr>
        <w:lang w:val="ca-ES"/>
      </w:rPr>
    </w:pPr>
  </w:p>
  <w:p w:rsidR="00062A3C" w:rsidRPr="00062A3C" w14:paraId="374EBDC3" w14:textId="77777777">
    <w:pPr>
      <w:pStyle w:val="Footer"/>
      <w:rPr>
        <w:lang w:val="pt-PT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62A3C" w:rsidP="008D3539" w14:paraId="63109D52" w14:textId="77777777">
    <w:pPr>
      <w:pStyle w:val="Header4"/>
      <w:spacing w:before="120"/>
      <w:rPr>
        <w:b/>
        <w:bCs/>
        <w:sz w:val="28"/>
        <w:szCs w:val="28"/>
      </w:rPr>
    </w:pPr>
    <w:bookmarkStart w:id="0" w:name="_Hlk109642104"/>
    <w:bookmarkStart w:id="1" w:name="_Hlk109642105"/>
    <w:r>
      <w:rPr>
        <w:noProof/>
      </w:rPr>
      <w:drawing>
        <wp:inline distT="0" distB="0" distL="0" distR="0">
          <wp:extent cx="534342" cy="534342"/>
          <wp:effectExtent l="0" t="0" r="0" b="0"/>
          <wp:docPr id="2088949593" name="Imagen 2088949593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949593" name="Imagen 1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968" cy="53996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62A3C" w:rsidRPr="008D3539" w:rsidP="008D3539" w14:paraId="0F703C4B" w14:textId="77777777">
    <w:pPr>
      <w:pStyle w:val="Header2"/>
      <w:pBdr>
        <w:bottom w:val="single" w:sz="4" w:space="5" w:color="000000"/>
      </w:pBdr>
      <w:spacing w:before="120"/>
      <w:jc w:val="center"/>
      <w:rPr>
        <w:sz w:val="24"/>
      </w:rPr>
    </w:pPr>
    <w:r w:rsidRPr="008D3539">
      <w:rPr>
        <w:b/>
        <w:bCs/>
        <w:sz w:val="24"/>
      </w:rPr>
      <w:t>Ajuntament de Penàguila</w:t>
    </w:r>
    <w:bookmarkEnd w:id="0"/>
    <w:bookmarkEnd w:id="1"/>
  </w:p>
  <w:p w:rsidR="00062A3C" w14:paraId="55A7CEA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1269804">
    <w:abstractNumId w:val="5"/>
  </w:num>
  <w:num w:numId="2" w16cid:durableId="475611155">
    <w:abstractNumId w:val="3"/>
  </w:num>
  <w:num w:numId="3" w16cid:durableId="1303540502">
    <w:abstractNumId w:val="2"/>
  </w:num>
  <w:num w:numId="4" w16cid:durableId="1258175934">
    <w:abstractNumId w:val="4"/>
  </w:num>
  <w:num w:numId="5" w16cid:durableId="747844080">
    <w:abstractNumId w:val="1"/>
  </w:num>
  <w:num w:numId="6" w16cid:durableId="120075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B47730"/>
    <w:rsid w:val="000174D4"/>
    <w:rsid w:val="00034616"/>
    <w:rsid w:val="0006063C"/>
    <w:rsid w:val="00062A3C"/>
    <w:rsid w:val="0015074B"/>
    <w:rsid w:val="00221A12"/>
    <w:rsid w:val="0029639D"/>
    <w:rsid w:val="00326F90"/>
    <w:rsid w:val="007C15D2"/>
    <w:rsid w:val="008D3539"/>
    <w:rsid w:val="009773DB"/>
    <w:rsid w:val="00AA1D8D"/>
    <w:rsid w:val="00B47730"/>
    <w:rsid w:val="00CB0664"/>
    <w:rsid w:val="00F26472"/>
    <w:rsid w:val="00FC693F"/>
  </w:rsids>
  <m:mathPr>
    <m:mathFont m:val="Cambria Math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  <w14:docId w14:val="36C4FD66"/>
  <w15:docId w15:val="{FEB76CA4-DD20-458C-A981-1DB165D6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eader2">
    <w:name w:val="Header2"/>
    <w:basedOn w:val="Normal"/>
    <w:rsid w:val="00062A3C"/>
    <w:pPr>
      <w:widowControl w:val="0"/>
      <w:suppressLineNumbers/>
      <w:tabs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  <w:style w:type="paragraph" w:customStyle="1" w:styleId="Header4">
    <w:name w:val="Header4"/>
    <w:basedOn w:val="Normal"/>
    <w:rsid w:val="00062A3C"/>
    <w:pPr>
      <w:widowControl w:val="0"/>
      <w:suppressLineNumbers/>
      <w:tabs>
        <w:tab w:val="center" w:pos="4818"/>
        <w:tab w:val="right" w:pos="9637"/>
      </w:tabs>
      <w:suppressAutoHyphens/>
      <w:autoSpaceDE w:val="0"/>
      <w:autoSpaceDN w:val="0"/>
      <w:spacing w:before="240" w:after="0" w:line="240" w:lineRule="auto"/>
      <w:jc w:val="both"/>
    </w:pPr>
    <w:rPr>
      <w:rFonts w:ascii="Arial" w:eastAsia="Lucida Sans Unicode" w:hAnsi="Arial" w:cs="Times New Roman"/>
      <w:kern w:val="1"/>
      <w:sz w:val="18"/>
      <w:szCs w:val="24"/>
      <w:lang w:val="ca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2285</Words>
  <Characters>12572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Gabriel Doménech Gisbert</cp:lastModifiedBy>
  <cp:revision>3</cp:revision>
  <dcterms:created xsi:type="dcterms:W3CDTF">2026-10-21T15:53:00Z</dcterms:created>
  <dcterms:modified xsi:type="dcterms:W3CDTF">2026-10-21T16:08:00Z</dcterms:modified>
</cp:coreProperties>
</file>