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9.0 -->
  <w:body>
    <w:p w:rsidR="00221A12" w:rsidRPr="00062A3C" w14:paraId="17998AD1" w14:textId="1DB516B2">
      <w:pPr>
        <w:spacing w:before="0"/>
        <w:jc w:val="center"/>
        <w:rPr>
          <w:lang w:val="es-ES"/>
        </w:rPr>
      </w:pPr>
      <w:r>
        <w:rPr>
          <w:rFonts w:ascii="Arial" w:hAnsi="Arial"/>
          <w:b/>
          <w:color w:val="003366"/>
          <w:sz w:val="24"/>
          <w:lang w:val="es-ES"/>
        </w:rPr>
        <w:t>A</w:t>
      </w:r>
      <w:r w:rsidRPr="00062A3C" w:rsidR="00000000">
        <w:rPr>
          <w:rFonts w:ascii="Arial" w:hAnsi="Arial"/>
          <w:b/>
          <w:color w:val="003366"/>
          <w:sz w:val="24"/>
          <w:lang w:val="es-ES"/>
        </w:rPr>
        <w:t>EXO II. FICHA DE MANTENIMIENTO DE TERCEROS</w:t>
      </w:r>
      <w:r w:rsidRPr="00062A3C" w:rsidR="00000000">
        <w:rPr>
          <w:rFonts w:ascii="Arial" w:hAnsi="Arial"/>
          <w:b/>
          <w:color w:val="003366"/>
          <w:sz w:val="24"/>
          <w:lang w:val="es-ES"/>
        </w:rPr>
        <w:br/>
        <w:t xml:space="preserve"> BONO COMERCIO</w:t>
      </w:r>
      <w:r>
        <w:rPr>
          <w:rFonts w:ascii="Arial" w:hAnsi="Arial"/>
          <w:b/>
          <w:color w:val="003366"/>
          <w:sz w:val="24"/>
          <w:lang w:val="es-ES"/>
        </w:rPr>
        <w:t xml:space="preserve"> PENÀGUILA</w:t>
      </w:r>
      <w:r w:rsidRPr="00062A3C" w:rsidR="00000000">
        <w:rPr>
          <w:rFonts w:ascii="Arial" w:hAnsi="Arial"/>
          <w:b/>
          <w:color w:val="003366"/>
          <w:sz w:val="24"/>
          <w:lang w:val="es-ES"/>
        </w:rPr>
        <w:t xml:space="preserve"> 2026</w:t>
      </w:r>
      <w:r w:rsidRPr="00062A3C" w:rsidR="00000000">
        <w:rPr>
          <w:rFonts w:ascii="Arial" w:hAnsi="Arial"/>
          <w:b/>
          <w:color w:val="003366"/>
          <w:sz w:val="24"/>
          <w:lang w:val="es-ES"/>
        </w:rPr>
        <w:br/>
      </w:r>
    </w:p>
    <w:tbl>
      <w:tblPr>
        <w:tblW w:w="0" w:type="auto"/>
        <w:jc w:val="center"/>
        <w:tblLook w:val="04A0"/>
      </w:tblPr>
      <w:tblGrid>
        <w:gridCol w:w="3600"/>
        <w:gridCol w:w="5760"/>
      </w:tblGrid>
      <w:tr w14:paraId="5C4180D6" w14:textId="77777777">
        <w:tblPrEx>
          <w:tblW w:w="0" w:type="auto"/>
          <w:tblLook w:val="04A0"/>
        </w:tblPrEx>
        <w:trPr>
          <w:cantSplit/>
        </w:trPr>
        <w:tc>
          <w:tcPr>
            <w:tcW w:w="9360" w:type="dxa"/>
            <w:gridSpan w:val="2"/>
            <w:shd w:val="clear" w:color="auto" w:fill="F2F2F2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786F2DEB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A. DATOS PERSONALES / FISCALES</w:t>
            </w:r>
          </w:p>
        </w:tc>
      </w:tr>
      <w:tr w14:paraId="233D85C8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57F8844E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NOMBRE / RAZÓN SOCIAL: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73F89A1F" w14:textId="77777777"/>
        </w:tc>
      </w:tr>
      <w:tr w14:paraId="73B7A2F6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0A422080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APELLIDOS: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25E595FC" w14:textId="77777777"/>
        </w:tc>
      </w:tr>
      <w:tr w14:paraId="7DFFA151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66F39CF8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DOMICILIO: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2AD9BBA0" w14:textId="77777777"/>
        </w:tc>
      </w:tr>
      <w:tr w14:paraId="193C3741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52DCA978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MUNICIPIO Y C.P.: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765E42F9" w14:textId="77777777"/>
        </w:tc>
      </w:tr>
      <w:tr w14:paraId="0DC49463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36208890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PROVINCIA: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1923CEE3" w14:textId="77777777"/>
        </w:tc>
      </w:tr>
      <w:tr w14:paraId="0F2E3AC0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497D5D1A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TELÉFONO / FAX: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69697EB1" w14:textId="77777777"/>
        </w:tc>
      </w:tr>
      <w:tr w14:paraId="71B8D312" w14:textId="77777777">
        <w:tblPrEx>
          <w:tblW w:w="0" w:type="auto"/>
          <w:tblLook w:val="04A0"/>
        </w:tblPrEx>
        <w:trPr>
          <w:cantSplit/>
        </w:trPr>
        <w:tc>
          <w:tcPr>
            <w:tcW w:w="9360" w:type="dxa"/>
            <w:gridSpan w:val="2"/>
            <w:shd w:val="clear" w:color="auto" w:fill="F2F2F2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:rsidRPr="00062A3C" w14:paraId="7B90812F" w14:textId="77777777">
            <w:pPr>
              <w:spacing w:before="80" w:after="80"/>
              <w:rPr>
                <w:lang w:val="es-ES"/>
              </w:rPr>
            </w:pPr>
            <w:r w:rsidRPr="00062A3C">
              <w:rPr>
                <w:rFonts w:ascii="Arial" w:hAnsi="Arial"/>
                <w:b/>
                <w:color w:val="003366"/>
                <w:sz w:val="20"/>
                <w:lang w:val="es-ES"/>
              </w:rPr>
              <w:t>B. DATOS BANCARIOS (Pago mediante transferencia)</w:t>
            </w:r>
          </w:p>
        </w:tc>
      </w:tr>
      <w:tr w14:paraId="256C737A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:rsidRPr="00062A3C" w14:paraId="5A864210" w14:textId="77777777">
            <w:pPr>
              <w:spacing w:before="80" w:after="80"/>
              <w:rPr>
                <w:lang w:val="es-ES"/>
              </w:rPr>
            </w:pPr>
            <w:r w:rsidRPr="00062A3C">
              <w:rPr>
                <w:rFonts w:ascii="Arial" w:hAnsi="Arial"/>
                <w:color w:val="333333"/>
                <w:sz w:val="20"/>
                <w:lang w:val="es-ES"/>
              </w:rPr>
              <w:t>IBAN / NÚMERO DE CUENTA (24 dígitos):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:rsidRPr="00062A3C" w14:paraId="6BA148A3" w14:textId="77777777">
            <w:pPr>
              <w:rPr>
                <w:lang w:val="es-ES"/>
              </w:rPr>
            </w:pPr>
          </w:p>
        </w:tc>
      </w:tr>
    </w:tbl>
    <w:p w:rsidR="00221A12" w:rsidRPr="00062A3C" w14:paraId="4C96D647" w14:textId="77777777">
      <w:pPr>
        <w:rPr>
          <w:lang w:val="es-ES"/>
        </w:rPr>
      </w:pPr>
    </w:p>
    <w:p w:rsidR="00221A12" w:rsidRPr="00062A3C" w:rsidP="008D3539" w14:paraId="51A73C28" w14:textId="77777777">
      <w:pPr>
        <w:spacing w:after="120"/>
        <w:jc w:val="both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 xml:space="preserve">DILIGENCIA: El abajo firmante se responsabiliza de los datos detallados anteriormente, tanto generales como bancarios, que identifican la cuenta y la entidad financiera a través de las cuales se desean recibir los pagos que puedan corresponder, quedando el Ayuntamiento exonerado de cualquier responsabilidad derivada de errores u omisiones de </w:t>
      </w:r>
      <w:r w:rsidRPr="00062A3C">
        <w:rPr>
          <w:rFonts w:ascii="Arial" w:hAnsi="Arial"/>
          <w:color w:val="333333"/>
          <w:lang w:val="es-ES"/>
        </w:rPr>
        <w:t>los mismos</w:t>
      </w:r>
      <w:r w:rsidRPr="00062A3C">
        <w:rPr>
          <w:rFonts w:ascii="Arial" w:hAnsi="Arial"/>
          <w:color w:val="333333"/>
          <w:lang w:val="es-ES"/>
        </w:rPr>
        <w:t>.</w:t>
      </w:r>
    </w:p>
    <w:p w:rsidR="00221A12" w:rsidRPr="00062A3C" w14:paraId="17BBA69F" w14:textId="77777777">
      <w:pPr>
        <w:spacing w:after="120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 xml:space="preserve">En Penàguila, a ____ </w:t>
      </w:r>
      <w:r w:rsidRPr="00062A3C">
        <w:rPr>
          <w:rFonts w:ascii="Arial" w:hAnsi="Arial"/>
          <w:color w:val="333333"/>
          <w:lang w:val="es-ES"/>
        </w:rPr>
        <w:t>de</w:t>
      </w:r>
      <w:r w:rsidRPr="00062A3C">
        <w:rPr>
          <w:rFonts w:ascii="Arial" w:hAnsi="Arial"/>
          <w:color w:val="333333"/>
          <w:lang w:val="es-ES"/>
        </w:rPr>
        <w:t xml:space="preserve"> ___________________ </w:t>
      </w:r>
      <w:r w:rsidRPr="00062A3C">
        <w:rPr>
          <w:rFonts w:ascii="Arial" w:hAnsi="Arial"/>
          <w:color w:val="333333"/>
          <w:lang w:val="es-ES"/>
        </w:rPr>
        <w:t>de</w:t>
      </w:r>
      <w:r w:rsidRPr="00062A3C">
        <w:rPr>
          <w:rFonts w:ascii="Arial" w:hAnsi="Arial"/>
          <w:color w:val="333333"/>
          <w:lang w:val="es-ES"/>
        </w:rPr>
        <w:t xml:space="preserve"> 2026.</w:t>
      </w:r>
      <w:r w:rsidRPr="00062A3C">
        <w:rPr>
          <w:rFonts w:ascii="Arial" w:hAnsi="Arial"/>
          <w:color w:val="333333"/>
          <w:lang w:val="es-ES"/>
        </w:rPr>
        <w:br/>
      </w:r>
      <w:r w:rsidRPr="00062A3C">
        <w:rPr>
          <w:rFonts w:ascii="Arial" w:hAnsi="Arial"/>
          <w:color w:val="333333"/>
          <w:lang w:val="es-ES"/>
        </w:rPr>
        <w:br/>
        <w:t>Firmado (Persona Física / Representante Jurídico): _____________________________________</w:t>
      </w:r>
      <w:r w:rsidRPr="00062A3C">
        <w:rPr>
          <w:rFonts w:ascii="Arial" w:hAnsi="Arial"/>
          <w:color w:val="333333"/>
          <w:lang w:val="es-ES"/>
        </w:rPr>
        <w:br/>
        <w:t>DNI:</w:t>
      </w:r>
      <w:r w:rsidRPr="00062A3C">
        <w:rPr>
          <w:rFonts w:ascii="Arial" w:hAnsi="Arial"/>
          <w:color w:val="333333"/>
          <w:lang w:val="es-ES"/>
        </w:rPr>
        <w:br/>
        <w:t>Cargo:</w:t>
      </w:r>
    </w:p>
    <w:sectPr w:rsidSect="008D3539">
      <w:headerReference w:type="default" r:id="rId5"/>
      <w:footerReference w:type="default" r:id="rId6"/>
      <w:pgSz w:w="12240" w:h="15840"/>
      <w:pgMar w:top="1440" w:right="1440" w:bottom="1440" w:left="1440" w:header="142" w:footer="91" w:gutter="0"/>
      <w:pgNumType w:start="8"/>
      <w:cols w:space="720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D3539" w:rsidP="008D3539" w14:paraId="195C0088" w14:textId="77777777">
    <w:pPr>
      <w:pStyle w:val="BodyText"/>
      <w:pBdr>
        <w:top w:val="single" w:sz="4" w:space="2" w:color="000000"/>
      </w:pBdr>
      <w:jc w:val="center"/>
      <w:rPr>
        <w:rFonts w:ascii="Arial" w:hAnsi="Arial" w:cs="Arial"/>
        <w:b/>
        <w:sz w:val="16"/>
        <w:szCs w:val="16"/>
        <w:lang w:val="pt-PT"/>
      </w:rPr>
    </w:pPr>
  </w:p>
  <w:p w:rsidR="008D3539" w:rsidP="008D3539" w14:paraId="347B12DF" w14:textId="77777777">
    <w:pPr>
      <w:pStyle w:val="BodyText"/>
      <w:pBdr>
        <w:top w:val="single" w:sz="4" w:space="2" w:color="000000"/>
      </w:pBdr>
      <w:jc w:val="center"/>
      <w:rPr>
        <w:rFonts w:ascii="Arial" w:hAnsi="Arial" w:cs="Arial"/>
        <w:b/>
        <w:sz w:val="16"/>
        <w:szCs w:val="16"/>
        <w:lang w:val="pt-PT"/>
      </w:rPr>
    </w:pPr>
  </w:p>
  <w:p w:rsidR="00062A3C" w:rsidRPr="008D3539" w:rsidP="008D3539" w14:paraId="06C5000B" w14:textId="798D1567">
    <w:pPr>
      <w:pStyle w:val="BodyText"/>
      <w:pBdr>
        <w:top w:val="single" w:sz="4" w:space="2" w:color="000000"/>
      </w:pBdr>
      <w:jc w:val="center"/>
      <w:rPr>
        <w:rFonts w:ascii="Arial" w:hAnsi="Arial" w:cs="Arial"/>
        <w:sz w:val="16"/>
        <w:szCs w:val="16"/>
        <w:lang w:val="pt-PT"/>
      </w:rPr>
    </w:pPr>
    <w:r w:rsidRPr="008D3539">
      <w:rPr>
        <w:rFonts w:ascii="Arial" w:hAnsi="Arial" w:cs="Arial"/>
        <w:b/>
        <w:sz w:val="16"/>
        <w:szCs w:val="16"/>
        <w:lang w:val="pt-PT"/>
      </w:rPr>
      <w:t>Ajuntament</w:t>
    </w:r>
    <w:r w:rsidRPr="008D3539">
      <w:rPr>
        <w:rFonts w:ascii="Arial" w:hAnsi="Arial" w:cs="Arial"/>
        <w:b/>
        <w:sz w:val="16"/>
        <w:szCs w:val="16"/>
        <w:lang w:val="pt-PT"/>
      </w:rPr>
      <w:t xml:space="preserve"> de Penàguila</w:t>
    </w:r>
  </w:p>
  <w:p w:rsidR="00062A3C" w:rsidRPr="008D3539" w:rsidP="00062A3C" w14:paraId="4E9F508E" w14:textId="77777777">
    <w:pPr>
      <w:pStyle w:val="Footer"/>
      <w:jc w:val="center"/>
      <w:rPr>
        <w:rFonts w:ascii="Arial" w:hAnsi="Arial" w:cs="Arial"/>
        <w:sz w:val="16"/>
        <w:szCs w:val="16"/>
        <w:lang w:val="ca-ES"/>
      </w:rPr>
    </w:pPr>
    <w:r w:rsidRPr="008D3539">
      <w:rPr>
        <w:rFonts w:ascii="Arial" w:hAnsi="Arial" w:cs="Arial"/>
        <w:sz w:val="16"/>
        <w:szCs w:val="16"/>
        <w:lang w:val="ca-ES"/>
      </w:rPr>
      <w:t xml:space="preserve">Plaça L'Església, 1, 03815 Penàguila (Alacant) </w:t>
    </w:r>
    <w:r w:rsidRPr="008D3539">
      <w:rPr>
        <w:rFonts w:ascii="Arial" w:hAnsi="Arial" w:cs="Arial"/>
        <w:sz w:val="16"/>
        <w:szCs w:val="16"/>
        <w:lang w:val="ca-ES"/>
      </w:rPr>
      <w:t>Tfno</w:t>
    </w:r>
    <w:r w:rsidRPr="008D3539">
      <w:rPr>
        <w:rFonts w:ascii="Arial" w:hAnsi="Arial" w:cs="Arial"/>
        <w:sz w:val="16"/>
        <w:szCs w:val="16"/>
        <w:lang w:val="ca-ES"/>
      </w:rPr>
      <w:t>. 965 513 001</w:t>
    </w:r>
  </w:p>
  <w:p w:rsidR="00062A3C" w:rsidRPr="007C15D2" w:rsidP="00062A3C" w14:paraId="50E23805" w14:textId="77777777">
    <w:pPr>
      <w:pStyle w:val="Footer"/>
      <w:rPr>
        <w:lang w:val="ca-ES"/>
      </w:rPr>
    </w:pPr>
  </w:p>
  <w:p w:rsidR="00062A3C" w:rsidRPr="00062A3C" w14:paraId="788A2C07" w14:textId="1A1782AA">
    <w:pPr>
      <w:pStyle w:val="Footer"/>
      <w:rPr>
        <w:lang w:val="ca-ES"/>
      </w:rPr>
    </w:pPr>
  </w:p>
  <w:p w:rsidR="00062A3C" w:rsidRPr="00062A3C" w14:paraId="374EBDC3" w14:textId="77777777">
    <w:pPr>
      <w:pStyle w:val="Footer"/>
      <w:rPr>
        <w:lang w:val="pt-PT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2A3C" w:rsidP="008D3539" w14:paraId="63109D52" w14:textId="77777777">
    <w:pPr>
      <w:pStyle w:val="Header4"/>
      <w:spacing w:before="120"/>
      <w:rPr>
        <w:b/>
        <w:bCs/>
        <w:sz w:val="28"/>
        <w:szCs w:val="28"/>
      </w:rPr>
    </w:pPr>
    <w:bookmarkStart w:id="0" w:name="_Hlk109642104"/>
    <w:bookmarkStart w:id="1" w:name="_Hlk109642105"/>
    <w:r>
      <w:rPr>
        <w:noProof/>
      </w:rPr>
      <w:drawing>
        <wp:inline distT="0" distB="0" distL="0" distR="0">
          <wp:extent cx="534342" cy="534342"/>
          <wp:effectExtent l="0" t="0" r="0" b="0"/>
          <wp:docPr id="2088949593" name="Imagen 2088949593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949593" name="Imagen 1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968" cy="53996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62A3C" w:rsidRPr="008D3539" w:rsidP="008D3539" w14:paraId="0F703C4B" w14:textId="77777777">
    <w:pPr>
      <w:pStyle w:val="Header2"/>
      <w:pBdr>
        <w:bottom w:val="single" w:sz="4" w:space="5" w:color="000000"/>
      </w:pBdr>
      <w:spacing w:before="120"/>
      <w:jc w:val="center"/>
      <w:rPr>
        <w:sz w:val="24"/>
      </w:rPr>
    </w:pPr>
    <w:r w:rsidRPr="008D3539">
      <w:rPr>
        <w:b/>
        <w:bCs/>
        <w:sz w:val="24"/>
      </w:rPr>
      <w:t>Ajuntament de Penàguila</w:t>
    </w:r>
    <w:bookmarkEnd w:id="0"/>
    <w:bookmarkEnd w:id="1"/>
  </w:p>
  <w:p w:rsidR="00062A3C" w14:paraId="55A7CEA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1269804">
    <w:abstractNumId w:val="5"/>
  </w:num>
  <w:num w:numId="2" w16cid:durableId="475611155">
    <w:abstractNumId w:val="3"/>
  </w:num>
  <w:num w:numId="3" w16cid:durableId="1303540502">
    <w:abstractNumId w:val="2"/>
  </w:num>
  <w:num w:numId="4" w16cid:durableId="1258175934">
    <w:abstractNumId w:val="4"/>
  </w:num>
  <w:num w:numId="5" w16cid:durableId="747844080">
    <w:abstractNumId w:val="1"/>
  </w:num>
  <w:num w:numId="6" w16cid:durableId="120075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B47730"/>
    <w:rsid w:val="000174D4"/>
    <w:rsid w:val="00034616"/>
    <w:rsid w:val="0006063C"/>
    <w:rsid w:val="00062A3C"/>
    <w:rsid w:val="0015074B"/>
    <w:rsid w:val="00221A12"/>
    <w:rsid w:val="0029639D"/>
    <w:rsid w:val="00326F90"/>
    <w:rsid w:val="007C15D2"/>
    <w:rsid w:val="008D3539"/>
    <w:rsid w:val="009773DB"/>
    <w:rsid w:val="00AA1D8D"/>
    <w:rsid w:val="00B47730"/>
    <w:rsid w:val="00CB0664"/>
    <w:rsid w:val="00F26472"/>
    <w:rsid w:val="00FC693F"/>
  </w:rsids>
  <m:mathPr>
    <m:mathFont m:val="Cambria Math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efaultImageDpi w14:val="300"/>
  <w14:docId w14:val="36C4FD66"/>
  <w15:docId w15:val="{FEB76CA4-DD20-458C-A981-1DB165D6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eader2">
    <w:name w:val="Header2"/>
    <w:basedOn w:val="Normal"/>
    <w:rsid w:val="00062A3C"/>
    <w:pPr>
      <w:widowControl w:val="0"/>
      <w:suppressLineNumbers/>
      <w:tabs>
        <w:tab w:val="right" w:pos="9637"/>
      </w:tabs>
      <w:suppressAutoHyphens/>
      <w:autoSpaceDE w:val="0"/>
      <w:autoSpaceDN w:val="0"/>
      <w:spacing w:before="240" w:after="0" w:line="240" w:lineRule="auto"/>
      <w:jc w:val="both"/>
    </w:pPr>
    <w:rPr>
      <w:rFonts w:ascii="Arial" w:eastAsia="Lucida Sans Unicode" w:hAnsi="Arial" w:cs="Times New Roman"/>
      <w:kern w:val="1"/>
      <w:sz w:val="18"/>
      <w:szCs w:val="24"/>
      <w:lang w:val="ca-ES" w:eastAsia="ko-KR"/>
    </w:rPr>
  </w:style>
  <w:style w:type="paragraph" w:customStyle="1" w:styleId="Header4">
    <w:name w:val="Header4"/>
    <w:basedOn w:val="Normal"/>
    <w:rsid w:val="00062A3C"/>
    <w:pPr>
      <w:widowControl w:val="0"/>
      <w:suppressLineNumbers/>
      <w:tabs>
        <w:tab w:val="center" w:pos="4818"/>
        <w:tab w:val="right" w:pos="9637"/>
      </w:tabs>
      <w:suppressAutoHyphens/>
      <w:autoSpaceDE w:val="0"/>
      <w:autoSpaceDN w:val="0"/>
      <w:spacing w:before="240" w:after="0" w:line="240" w:lineRule="auto"/>
      <w:jc w:val="both"/>
    </w:pPr>
    <w:rPr>
      <w:rFonts w:ascii="Arial" w:eastAsia="Lucida Sans Unicode" w:hAnsi="Arial" w:cs="Times New Roman"/>
      <w:kern w:val="1"/>
      <w:sz w:val="18"/>
      <w:szCs w:val="24"/>
      <w:lang w:val="ca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2285</Words>
  <Characters>12572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Gabriel Doménech Gisbert</cp:lastModifiedBy>
  <cp:revision>3</cp:revision>
  <dcterms:created xsi:type="dcterms:W3CDTF">2026-10-21T15:53:00Z</dcterms:created>
  <dcterms:modified xsi:type="dcterms:W3CDTF">2026-10-21T16:08:00Z</dcterms:modified>
</cp:coreProperties>
</file>