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9.0 -->
  <w:body>
    <w:p w:rsidR="00221A12" w:rsidRPr="00062A3C" w:rsidP="00062A3C" w14:paraId="45974F83" w14:textId="7BCBD33E">
      <w:pPr>
        <w:spacing w:before="0" w:after="120"/>
        <w:jc w:val="center"/>
        <w:rPr>
          <w:lang w:val="es-ES"/>
        </w:rPr>
      </w:pPr>
      <w:r w:rsidRPr="00062A3C">
        <w:rPr>
          <w:rFonts w:ascii="Arial" w:hAnsi="Arial"/>
          <w:b/>
          <w:color w:val="003366"/>
          <w:sz w:val="24"/>
          <w:lang w:val="es-ES"/>
        </w:rPr>
        <w:t>ANEXO I. SOLICITUD DE ADHESIÓN</w:t>
      </w:r>
      <w:r w:rsidRPr="00062A3C">
        <w:rPr>
          <w:rFonts w:ascii="Arial" w:hAnsi="Arial"/>
          <w:b/>
          <w:color w:val="003366"/>
          <w:sz w:val="24"/>
          <w:lang w:val="es-ES"/>
        </w:rPr>
        <w:br/>
        <w:t xml:space="preserve">“BONO COMERCIO </w:t>
      </w:r>
      <w:r w:rsidR="00F26472">
        <w:rPr>
          <w:rFonts w:ascii="Arial" w:hAnsi="Arial"/>
          <w:b/>
          <w:color w:val="003366"/>
          <w:sz w:val="24"/>
          <w:lang w:val="es-ES"/>
        </w:rPr>
        <w:t xml:space="preserve">PENÀGUILA </w:t>
      </w:r>
      <w:r w:rsidRPr="00062A3C">
        <w:rPr>
          <w:rFonts w:ascii="Arial" w:hAnsi="Arial"/>
          <w:b/>
          <w:color w:val="003366"/>
          <w:sz w:val="24"/>
          <w:lang w:val="es-ES"/>
        </w:rPr>
        <w:t>2026”</w:t>
      </w:r>
      <w:r w:rsidRPr="00062A3C">
        <w:rPr>
          <w:rFonts w:ascii="Arial" w:hAnsi="Arial"/>
          <w:b/>
          <w:color w:val="003366"/>
          <w:sz w:val="24"/>
          <w:lang w:val="es-ES"/>
        </w:rPr>
        <w:br/>
      </w:r>
    </w:p>
    <w:tbl>
      <w:tblPr>
        <w:tblW w:w="0" w:type="auto"/>
        <w:jc w:val="center"/>
        <w:tblLook w:val="04A0"/>
      </w:tblPr>
      <w:tblGrid>
        <w:gridCol w:w="3600"/>
        <w:gridCol w:w="5760"/>
      </w:tblGrid>
      <w:tr w14:paraId="1057E59A" w14:textId="77777777">
        <w:tblPrEx>
          <w:tblW w:w="0" w:type="auto"/>
          <w:tblLook w:val="04A0"/>
        </w:tblPrEx>
        <w:trPr>
          <w:cantSplit/>
        </w:trPr>
        <w:tc>
          <w:tcPr>
            <w:tcW w:w="9360" w:type="dxa"/>
            <w:gridSpan w:val="2"/>
            <w:shd w:val="clear" w:color="auto" w:fill="F2F2F2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221A12" w14:paraId="58D22164" w14:textId="77777777">
            <w:pPr>
              <w:spacing w:before="80" w:after="80"/>
            </w:pPr>
            <w:r>
              <w:rPr>
                <w:rFonts w:ascii="Arial" w:hAnsi="Arial"/>
                <w:b/>
                <w:color w:val="003366"/>
                <w:sz w:val="20"/>
              </w:rPr>
              <w:t>DATOS IDENTIFICATIVOS DE LA EMPRESA SOLICITANTE (Persona física o jurídica)</w:t>
            </w:r>
          </w:p>
        </w:tc>
      </w:tr>
      <w:tr w14:paraId="00A40553" w14:textId="77777777">
        <w:tblPrEx>
          <w:tblW w:w="0" w:type="auto"/>
          <w:tblLook w:val="04A0"/>
        </w:tblPrEx>
        <w:trPr>
          <w:cantSplit/>
        </w:trPr>
        <w:tc>
          <w:tcPr>
            <w:tcW w:w="360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221A12" w:rsidRPr="00062A3C" w14:paraId="17100A7B" w14:textId="77777777">
            <w:pPr>
              <w:spacing w:before="80" w:after="80"/>
              <w:rPr>
                <w:lang w:val="es-ES"/>
              </w:rPr>
            </w:pPr>
            <w:r w:rsidRPr="00062A3C">
              <w:rPr>
                <w:rFonts w:ascii="Arial" w:hAnsi="Arial"/>
                <w:color w:val="333333"/>
                <w:sz w:val="20"/>
                <w:lang w:val="es-ES"/>
              </w:rPr>
              <w:t>Nombre y Apellidos / Razón Social:</w:t>
            </w:r>
          </w:p>
        </w:tc>
        <w:tc>
          <w:tcPr>
            <w:tcW w:w="576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221A12" w:rsidRPr="00062A3C" w14:paraId="5D6ED9BD" w14:textId="77777777">
            <w:pPr>
              <w:rPr>
                <w:lang w:val="es-ES"/>
              </w:rPr>
            </w:pPr>
          </w:p>
        </w:tc>
      </w:tr>
      <w:tr w14:paraId="5F4148F1" w14:textId="77777777">
        <w:tblPrEx>
          <w:tblW w:w="0" w:type="auto"/>
          <w:tblLook w:val="04A0"/>
        </w:tblPrEx>
        <w:trPr>
          <w:cantSplit/>
        </w:trPr>
        <w:tc>
          <w:tcPr>
            <w:tcW w:w="360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221A12" w14:paraId="2F6CF694" w14:textId="77777777">
            <w:pPr>
              <w:spacing w:before="80" w:after="80"/>
            </w:pPr>
            <w:r>
              <w:rPr>
                <w:rFonts w:ascii="Arial" w:hAnsi="Arial"/>
                <w:color w:val="333333"/>
                <w:sz w:val="20"/>
              </w:rPr>
              <w:t>DNI / C.I.F.:</w:t>
            </w:r>
          </w:p>
        </w:tc>
        <w:tc>
          <w:tcPr>
            <w:tcW w:w="576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221A12" w14:paraId="023C52CE" w14:textId="77777777"/>
        </w:tc>
      </w:tr>
      <w:tr w14:paraId="0764951D" w14:textId="77777777">
        <w:tblPrEx>
          <w:tblW w:w="0" w:type="auto"/>
          <w:tblLook w:val="04A0"/>
        </w:tblPrEx>
        <w:trPr>
          <w:cantSplit/>
        </w:trPr>
        <w:tc>
          <w:tcPr>
            <w:tcW w:w="360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221A12" w14:paraId="66982C2A" w14:textId="77777777">
            <w:pPr>
              <w:spacing w:before="80" w:after="80"/>
            </w:pPr>
            <w:r>
              <w:rPr>
                <w:rFonts w:ascii="Arial" w:hAnsi="Arial"/>
                <w:color w:val="333333"/>
                <w:sz w:val="20"/>
              </w:rPr>
              <w:t>Domicilio Fiscal:</w:t>
            </w:r>
          </w:p>
        </w:tc>
        <w:tc>
          <w:tcPr>
            <w:tcW w:w="576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221A12" w14:paraId="76E341EA" w14:textId="77777777"/>
        </w:tc>
      </w:tr>
      <w:tr w14:paraId="70E3DEBA" w14:textId="77777777">
        <w:tblPrEx>
          <w:tblW w:w="0" w:type="auto"/>
          <w:tblLook w:val="04A0"/>
        </w:tblPrEx>
        <w:trPr>
          <w:cantSplit/>
        </w:trPr>
        <w:tc>
          <w:tcPr>
            <w:tcW w:w="360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8D3539" w:rsidP="008D3539" w14:paraId="38B92A9D" w14:textId="77777777">
            <w:pPr>
              <w:spacing w:before="80" w:after="80"/>
            </w:pPr>
            <w:r>
              <w:rPr>
                <w:rFonts w:ascii="Arial" w:hAnsi="Arial"/>
                <w:color w:val="333333"/>
                <w:sz w:val="20"/>
              </w:rPr>
              <w:t>Localidad</w:t>
            </w:r>
            <w:r>
              <w:rPr>
                <w:rFonts w:ascii="Arial" w:hAnsi="Arial"/>
                <w:color w:val="333333"/>
                <w:sz w:val="20"/>
              </w:rPr>
              <w:t>:</w:t>
            </w:r>
          </w:p>
        </w:tc>
        <w:tc>
          <w:tcPr>
            <w:tcW w:w="576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8D3539" w:rsidP="008D3539" w14:paraId="32A4A1E7" w14:textId="4D31A611">
            <w:r>
              <w:rPr>
                <w:rFonts w:ascii="Arial" w:hAnsi="Arial"/>
                <w:color w:val="333333"/>
                <w:sz w:val="20"/>
              </w:rPr>
              <w:t>Provincia:</w:t>
            </w:r>
          </w:p>
        </w:tc>
      </w:tr>
      <w:tr w14:paraId="533531FB" w14:textId="77777777">
        <w:tblPrEx>
          <w:tblW w:w="0" w:type="auto"/>
          <w:tblLook w:val="04A0"/>
        </w:tblPrEx>
        <w:trPr>
          <w:cantSplit/>
        </w:trPr>
        <w:tc>
          <w:tcPr>
            <w:tcW w:w="360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8D3539" w:rsidP="008D3539" w14:paraId="0E74B878" w14:textId="77777777">
            <w:pPr>
              <w:spacing w:before="80" w:after="80"/>
            </w:pPr>
            <w:r>
              <w:rPr>
                <w:rFonts w:ascii="Arial" w:hAnsi="Arial"/>
                <w:color w:val="333333"/>
                <w:sz w:val="20"/>
              </w:rPr>
              <w:t>C.P.:</w:t>
            </w:r>
          </w:p>
        </w:tc>
        <w:tc>
          <w:tcPr>
            <w:tcW w:w="576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8D3539" w:rsidP="008D3539" w14:paraId="2ED59801" w14:textId="6BA06F03">
            <w:r w:rsidRPr="008D3539">
              <w:rPr>
                <w:rFonts w:ascii="Arial" w:hAnsi="Arial" w:cs="Arial"/>
                <w:sz w:val="20"/>
                <w:szCs w:val="20"/>
              </w:rPr>
              <w:t>Tel</w:t>
            </w:r>
            <w:r>
              <w:rPr>
                <w:rFonts w:ascii="Arial" w:hAnsi="Arial" w:cs="Arial"/>
                <w:sz w:val="20"/>
                <w:szCs w:val="20"/>
              </w:rPr>
              <w:t>é</w:t>
            </w:r>
            <w:r w:rsidRPr="008D3539">
              <w:rPr>
                <w:rFonts w:ascii="Arial" w:hAnsi="Arial" w:cs="Arial"/>
                <w:sz w:val="20"/>
                <w:szCs w:val="20"/>
              </w:rPr>
              <w:t>fono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14:paraId="44F97881" w14:textId="77777777">
        <w:tblPrEx>
          <w:tblW w:w="0" w:type="auto"/>
          <w:tblLook w:val="04A0"/>
        </w:tblPrEx>
        <w:trPr>
          <w:cantSplit/>
        </w:trPr>
        <w:tc>
          <w:tcPr>
            <w:tcW w:w="360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8D3539" w:rsidP="008D3539" w14:paraId="52BE4986" w14:textId="77777777">
            <w:pPr>
              <w:spacing w:before="80" w:after="80"/>
            </w:pPr>
            <w:r>
              <w:rPr>
                <w:rFonts w:ascii="Arial" w:hAnsi="Arial"/>
                <w:color w:val="333333"/>
                <w:sz w:val="20"/>
              </w:rPr>
              <w:t xml:space="preserve">Correo </w:t>
            </w:r>
            <w:r>
              <w:rPr>
                <w:rFonts w:ascii="Arial" w:hAnsi="Arial"/>
                <w:color w:val="333333"/>
                <w:sz w:val="20"/>
              </w:rPr>
              <w:t>electrónico</w:t>
            </w:r>
            <w:r>
              <w:rPr>
                <w:rFonts w:ascii="Arial" w:hAnsi="Arial"/>
                <w:color w:val="333333"/>
                <w:sz w:val="20"/>
              </w:rPr>
              <w:t>:</w:t>
            </w:r>
          </w:p>
        </w:tc>
        <w:tc>
          <w:tcPr>
            <w:tcW w:w="5760" w:type="dxa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8D3539" w:rsidP="008D3539" w14:paraId="69177BE9" w14:textId="77777777"/>
        </w:tc>
      </w:tr>
      <w:tr w14:paraId="19E47BE9" w14:textId="77777777">
        <w:tblPrEx>
          <w:tblW w:w="0" w:type="auto"/>
          <w:tblLook w:val="04A0"/>
        </w:tblPrEx>
        <w:trPr>
          <w:cantSplit/>
        </w:trPr>
        <w:tc>
          <w:tcPr>
            <w:tcW w:w="9360" w:type="dxa"/>
            <w:gridSpan w:val="2"/>
            <w:shd w:val="clear" w:color="auto" w:fill="F2F2F2"/>
            <w:tcMar>
              <w:top w:w="120" w:type="dxa"/>
              <w:left w:w="144" w:type="dxa"/>
              <w:bottom w:w="120" w:type="dxa"/>
              <w:right w:w="144" w:type="dxa"/>
            </w:tcMar>
          </w:tcPr>
          <w:p w:rsidR="008D3539" w:rsidRPr="00062A3C" w:rsidP="008D3539" w14:paraId="3190C50E" w14:textId="77777777">
            <w:pPr>
              <w:spacing w:before="80" w:after="80"/>
              <w:rPr>
                <w:lang w:val="es-ES"/>
              </w:rPr>
            </w:pPr>
            <w:r w:rsidRPr="00062A3C">
              <w:rPr>
                <w:rFonts w:ascii="Arial" w:hAnsi="Arial"/>
                <w:b/>
                <w:color w:val="003366"/>
                <w:sz w:val="20"/>
                <w:lang w:val="es-ES"/>
              </w:rPr>
              <w:t>DATOS DEL REPRESENTANTE LEGAL (Si procede)</w:t>
            </w:r>
          </w:p>
        </w:tc>
      </w:tr>
    </w:tbl>
    <w:p w:rsidR="00221A12" w:rsidRPr="00062A3C" w14:paraId="6D725A9B" w14:textId="77777777">
      <w:pPr>
        <w:rPr>
          <w:lang w:val="es-ES"/>
        </w:rPr>
      </w:pPr>
    </w:p>
    <w:p w:rsidR="00221A12" w:rsidRPr="00062A3C" w14:paraId="570AD8A7" w14:textId="77777777">
      <w:pPr>
        <w:keepNext/>
        <w:spacing w:after="120"/>
        <w:rPr>
          <w:lang w:val="es-ES"/>
        </w:rPr>
      </w:pPr>
      <w:r w:rsidRPr="00062A3C">
        <w:rPr>
          <w:rFonts w:ascii="Arial" w:hAnsi="Arial"/>
          <w:b/>
          <w:color w:val="333333"/>
          <w:lang w:val="es-ES"/>
        </w:rPr>
        <w:t>DECLARO RESPONSABLEMENTE que:</w:t>
      </w:r>
    </w:p>
    <w:p w:rsidR="00221A12" w:rsidRPr="00062A3C" w14:paraId="562671AF" w14:textId="77777777">
      <w:pPr>
        <w:spacing w:after="120"/>
        <w:rPr>
          <w:lang w:val="es-ES"/>
        </w:rPr>
      </w:pPr>
      <w:r w:rsidRPr="00062A3C">
        <w:rPr>
          <w:rFonts w:ascii="Arial" w:hAnsi="Arial"/>
          <w:color w:val="333333"/>
          <w:lang w:val="es-ES"/>
        </w:rPr>
        <w:t>1. El establecimiento comercial está ubicado en Penàguila.</w:t>
      </w:r>
      <w:r w:rsidRPr="00062A3C">
        <w:rPr>
          <w:rFonts w:ascii="Arial" w:hAnsi="Arial"/>
          <w:color w:val="333333"/>
          <w:lang w:val="es-ES"/>
        </w:rPr>
        <w:br/>
        <w:t>2. La empresa no se encuentra incursa en ninguna de las prohibiciones a que se refiere el artículo 13.2 de la Ley 38/2003, de 17 de noviembre, General de Subvenciones.</w:t>
      </w:r>
      <w:r w:rsidRPr="00062A3C">
        <w:rPr>
          <w:rFonts w:ascii="Arial" w:hAnsi="Arial"/>
          <w:color w:val="333333"/>
          <w:lang w:val="es-ES"/>
        </w:rPr>
        <w:br/>
        <w:t>3. Que asumo el compromiso de colaborar con la campaña de Bonos, descontando el importe del bono al consumidor.</w:t>
      </w:r>
    </w:p>
    <w:p w:rsidR="00221A12" w:rsidRPr="00062A3C" w14:paraId="1BE41973" w14:textId="17DB7273">
      <w:pPr>
        <w:spacing w:after="120"/>
        <w:rPr>
          <w:lang w:val="es-ES"/>
        </w:rPr>
      </w:pPr>
      <w:r w:rsidRPr="00062A3C">
        <w:rPr>
          <w:rFonts w:ascii="Arial" w:hAnsi="Arial"/>
          <w:color w:val="333333"/>
          <w:lang w:val="es-ES"/>
        </w:rPr>
        <w:t>El abajo firmante SOLICITA la participación en la campaña “BONO COMERCIO</w:t>
      </w:r>
      <w:r w:rsidR="00F26472">
        <w:rPr>
          <w:rFonts w:ascii="Arial" w:hAnsi="Arial"/>
          <w:color w:val="333333"/>
          <w:lang w:val="es-ES"/>
        </w:rPr>
        <w:t xml:space="preserve"> PENÀGUILA</w:t>
      </w:r>
      <w:r w:rsidRPr="00062A3C">
        <w:rPr>
          <w:rFonts w:ascii="Arial" w:hAnsi="Arial"/>
          <w:color w:val="333333"/>
          <w:lang w:val="es-ES"/>
        </w:rPr>
        <w:t xml:space="preserve"> 2026”.</w:t>
      </w:r>
    </w:p>
    <w:p w:rsidR="00221A12" w:rsidRPr="00062A3C" w14:paraId="18B10036" w14:textId="77777777">
      <w:pPr>
        <w:spacing w:after="120"/>
        <w:rPr>
          <w:lang w:val="es-ES"/>
        </w:rPr>
      </w:pPr>
      <w:r w:rsidRPr="00062A3C">
        <w:rPr>
          <w:rFonts w:ascii="Arial" w:hAnsi="Arial"/>
          <w:color w:val="333333"/>
          <w:lang w:val="es-ES"/>
        </w:rPr>
        <w:t xml:space="preserve">En Penàguila, a ____ </w:t>
      </w:r>
      <w:r w:rsidRPr="00062A3C">
        <w:rPr>
          <w:rFonts w:ascii="Arial" w:hAnsi="Arial"/>
          <w:color w:val="333333"/>
          <w:lang w:val="es-ES"/>
        </w:rPr>
        <w:t>de</w:t>
      </w:r>
      <w:r w:rsidRPr="00062A3C">
        <w:rPr>
          <w:rFonts w:ascii="Arial" w:hAnsi="Arial"/>
          <w:color w:val="333333"/>
          <w:lang w:val="es-ES"/>
        </w:rPr>
        <w:t xml:space="preserve"> ___________________ </w:t>
      </w:r>
      <w:r w:rsidRPr="00062A3C">
        <w:rPr>
          <w:rFonts w:ascii="Arial" w:hAnsi="Arial"/>
          <w:color w:val="333333"/>
          <w:lang w:val="es-ES"/>
        </w:rPr>
        <w:t>de</w:t>
      </w:r>
      <w:r w:rsidRPr="00062A3C">
        <w:rPr>
          <w:rFonts w:ascii="Arial" w:hAnsi="Arial"/>
          <w:color w:val="333333"/>
          <w:lang w:val="es-ES"/>
        </w:rPr>
        <w:t xml:space="preserve"> 2026.</w:t>
      </w:r>
      <w:r w:rsidRPr="00062A3C">
        <w:rPr>
          <w:rFonts w:ascii="Arial" w:hAnsi="Arial"/>
          <w:color w:val="333333"/>
          <w:lang w:val="es-ES"/>
        </w:rPr>
        <w:br/>
      </w:r>
      <w:r w:rsidRPr="00062A3C">
        <w:rPr>
          <w:rFonts w:ascii="Arial" w:hAnsi="Arial"/>
          <w:color w:val="333333"/>
          <w:lang w:val="es-ES"/>
        </w:rPr>
        <w:br/>
        <w:t>Firmado: ___________________________</w:t>
      </w:r>
      <w:r w:rsidRPr="00062A3C">
        <w:rPr>
          <w:rFonts w:ascii="Arial" w:hAnsi="Arial"/>
          <w:color w:val="333333"/>
          <w:lang w:val="es-ES"/>
        </w:rPr>
        <w:br/>
        <w:t>Representante legal</w:t>
      </w:r>
    </w:p>
    <w:sectPr w:rsidSect="008D3539">
      <w:headerReference w:type="default" r:id="rId5"/>
      <w:footerReference w:type="default" r:id="rId6"/>
      <w:pgSz w:w="12240" w:h="15840"/>
      <w:pgMar w:top="1440" w:right="1440" w:bottom="1440" w:left="1440" w:header="142" w:footer="91" w:gutter="0"/>
      <w:pgNumType w:start="7"/>
      <w:cols w:space="720"/>
      <w:titlePg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8D3539" w:rsidP="008D3539" w14:paraId="195C0088" w14:textId="77777777">
    <w:pPr>
      <w:pStyle w:val="BodyText"/>
      <w:pBdr>
        <w:top w:val="single" w:sz="4" w:space="2" w:color="000000"/>
      </w:pBdr>
      <w:jc w:val="center"/>
      <w:rPr>
        <w:rFonts w:ascii="Arial" w:hAnsi="Arial" w:cs="Arial"/>
        <w:b/>
        <w:sz w:val="16"/>
        <w:szCs w:val="16"/>
        <w:lang w:val="pt-PT"/>
      </w:rPr>
    </w:pPr>
  </w:p>
  <w:p w:rsidR="008D3539" w:rsidP="008D3539" w14:paraId="347B12DF" w14:textId="77777777">
    <w:pPr>
      <w:pStyle w:val="BodyText"/>
      <w:pBdr>
        <w:top w:val="single" w:sz="4" w:space="2" w:color="000000"/>
      </w:pBdr>
      <w:jc w:val="center"/>
      <w:rPr>
        <w:rFonts w:ascii="Arial" w:hAnsi="Arial" w:cs="Arial"/>
        <w:b/>
        <w:sz w:val="16"/>
        <w:szCs w:val="16"/>
        <w:lang w:val="pt-PT"/>
      </w:rPr>
    </w:pPr>
  </w:p>
  <w:p w:rsidR="00062A3C" w:rsidRPr="008D3539" w:rsidP="008D3539" w14:paraId="06C5000B" w14:textId="798D1567">
    <w:pPr>
      <w:pStyle w:val="BodyText"/>
      <w:pBdr>
        <w:top w:val="single" w:sz="4" w:space="2" w:color="000000"/>
      </w:pBdr>
      <w:jc w:val="center"/>
      <w:rPr>
        <w:rFonts w:ascii="Arial" w:hAnsi="Arial" w:cs="Arial"/>
        <w:sz w:val="16"/>
        <w:szCs w:val="16"/>
        <w:lang w:val="pt-PT"/>
      </w:rPr>
    </w:pPr>
    <w:r w:rsidRPr="008D3539">
      <w:rPr>
        <w:rFonts w:ascii="Arial" w:hAnsi="Arial" w:cs="Arial"/>
        <w:b/>
        <w:sz w:val="16"/>
        <w:szCs w:val="16"/>
        <w:lang w:val="pt-PT"/>
      </w:rPr>
      <w:t>Ajuntament</w:t>
    </w:r>
    <w:r w:rsidRPr="008D3539">
      <w:rPr>
        <w:rFonts w:ascii="Arial" w:hAnsi="Arial" w:cs="Arial"/>
        <w:b/>
        <w:sz w:val="16"/>
        <w:szCs w:val="16"/>
        <w:lang w:val="pt-PT"/>
      </w:rPr>
      <w:t xml:space="preserve"> de Penàguila</w:t>
    </w:r>
  </w:p>
  <w:p w:rsidR="00062A3C" w:rsidRPr="008D3539" w:rsidP="00062A3C" w14:paraId="4E9F508E" w14:textId="77777777">
    <w:pPr>
      <w:pStyle w:val="Footer"/>
      <w:jc w:val="center"/>
      <w:rPr>
        <w:rFonts w:ascii="Arial" w:hAnsi="Arial" w:cs="Arial"/>
        <w:sz w:val="16"/>
        <w:szCs w:val="16"/>
        <w:lang w:val="ca-ES"/>
      </w:rPr>
    </w:pPr>
    <w:r w:rsidRPr="008D3539">
      <w:rPr>
        <w:rFonts w:ascii="Arial" w:hAnsi="Arial" w:cs="Arial"/>
        <w:sz w:val="16"/>
        <w:szCs w:val="16"/>
        <w:lang w:val="ca-ES"/>
      </w:rPr>
      <w:t xml:space="preserve">Plaça L'Església, 1, 03815 Penàguila (Alacant) </w:t>
    </w:r>
    <w:r w:rsidRPr="008D3539">
      <w:rPr>
        <w:rFonts w:ascii="Arial" w:hAnsi="Arial" w:cs="Arial"/>
        <w:sz w:val="16"/>
        <w:szCs w:val="16"/>
        <w:lang w:val="ca-ES"/>
      </w:rPr>
      <w:t>Tfno</w:t>
    </w:r>
    <w:r w:rsidRPr="008D3539">
      <w:rPr>
        <w:rFonts w:ascii="Arial" w:hAnsi="Arial" w:cs="Arial"/>
        <w:sz w:val="16"/>
        <w:szCs w:val="16"/>
        <w:lang w:val="ca-ES"/>
      </w:rPr>
      <w:t>. 965 513 001</w:t>
    </w:r>
  </w:p>
  <w:p w:rsidR="00062A3C" w:rsidRPr="007C15D2" w:rsidP="00062A3C" w14:paraId="50E23805" w14:textId="77777777">
    <w:pPr>
      <w:pStyle w:val="Footer"/>
      <w:rPr>
        <w:lang w:val="ca-ES"/>
      </w:rPr>
    </w:pPr>
  </w:p>
  <w:p w:rsidR="00062A3C" w:rsidRPr="00062A3C" w14:paraId="788A2C07" w14:textId="1A1782AA">
    <w:pPr>
      <w:pStyle w:val="Footer"/>
      <w:rPr>
        <w:lang w:val="ca-ES"/>
      </w:rPr>
    </w:pPr>
  </w:p>
  <w:p w:rsidR="00062A3C" w:rsidRPr="00062A3C" w14:paraId="374EBDC3" w14:textId="77777777">
    <w:pPr>
      <w:pStyle w:val="Footer"/>
      <w:rPr>
        <w:lang w:val="pt-PT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62A3C" w:rsidP="008D3539" w14:paraId="63109D52" w14:textId="77777777">
    <w:pPr>
      <w:pStyle w:val="Header4"/>
      <w:spacing w:before="120"/>
      <w:rPr>
        <w:b/>
        <w:bCs/>
        <w:sz w:val="28"/>
        <w:szCs w:val="28"/>
      </w:rPr>
    </w:pPr>
    <w:bookmarkStart w:id="0" w:name="_Hlk109642104"/>
    <w:bookmarkStart w:id="1" w:name="_Hlk109642105"/>
    <w:r>
      <w:rPr>
        <w:noProof/>
      </w:rPr>
      <w:drawing>
        <wp:inline distT="0" distB="0" distL="0" distR="0">
          <wp:extent cx="534342" cy="534342"/>
          <wp:effectExtent l="0" t="0" r="0" b="0"/>
          <wp:docPr id="2088949593" name="Imagen 2088949593" descr="Una caricatura de una person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8949593" name="Imagen 1" descr="Una caricatura de una person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39968" cy="539968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062A3C" w:rsidRPr="008D3539" w:rsidP="008D3539" w14:paraId="0F703C4B" w14:textId="77777777">
    <w:pPr>
      <w:pStyle w:val="Header2"/>
      <w:pBdr>
        <w:bottom w:val="single" w:sz="4" w:space="5" w:color="000000"/>
      </w:pBdr>
      <w:spacing w:before="120"/>
      <w:jc w:val="center"/>
      <w:rPr>
        <w:sz w:val="24"/>
      </w:rPr>
    </w:pPr>
    <w:r w:rsidRPr="008D3539">
      <w:rPr>
        <w:b/>
        <w:bCs/>
        <w:sz w:val="24"/>
      </w:rPr>
      <w:t>Ajuntament de Penàguila</w:t>
    </w:r>
    <w:bookmarkEnd w:id="0"/>
    <w:bookmarkEnd w:id="1"/>
  </w:p>
  <w:p w:rsidR="00062A3C" w14:paraId="55A7CEA4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91269804">
    <w:abstractNumId w:val="5"/>
  </w:num>
  <w:num w:numId="2" w16cid:durableId="475611155">
    <w:abstractNumId w:val="3"/>
  </w:num>
  <w:num w:numId="3" w16cid:durableId="1303540502">
    <w:abstractNumId w:val="2"/>
  </w:num>
  <w:num w:numId="4" w16cid:durableId="1258175934">
    <w:abstractNumId w:val="4"/>
  </w:num>
  <w:num w:numId="5" w16cid:durableId="747844080">
    <w:abstractNumId w:val="1"/>
  </w:num>
  <w:num w:numId="6" w16cid:durableId="1200750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B47730"/>
    <w:rsid w:val="000174D4"/>
    <w:rsid w:val="00034616"/>
    <w:rsid w:val="0006063C"/>
    <w:rsid w:val="00062A3C"/>
    <w:rsid w:val="0015074B"/>
    <w:rsid w:val="00221A12"/>
    <w:rsid w:val="0029639D"/>
    <w:rsid w:val="00326F90"/>
    <w:rsid w:val="007C15D2"/>
    <w:rsid w:val="008D3539"/>
    <w:rsid w:val="009773DB"/>
    <w:rsid w:val="00AA1D8D"/>
    <w:rsid w:val="00B47730"/>
    <w:rsid w:val="00CB0664"/>
    <w:rsid w:val="00F26472"/>
    <w:rsid w:val="00FC693F"/>
  </w:rsids>
  <m:mathPr>
    <m:mathFont m:val="Cambria Math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14:defaultImageDpi w14:val="300"/>
  <w14:docId w14:val="36C4FD66"/>
  <w15:docId w15:val="{FEB76CA4-DD20-458C-A981-1DB165D6C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4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5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Header2">
    <w:name w:val="Header2"/>
    <w:basedOn w:val="Normal"/>
    <w:rsid w:val="00062A3C"/>
    <w:pPr>
      <w:widowControl w:val="0"/>
      <w:suppressLineNumbers/>
      <w:tabs>
        <w:tab w:val="right" w:pos="9637"/>
      </w:tabs>
      <w:suppressAutoHyphens/>
      <w:autoSpaceDE w:val="0"/>
      <w:autoSpaceDN w:val="0"/>
      <w:spacing w:before="240" w:after="0" w:line="240" w:lineRule="auto"/>
      <w:jc w:val="both"/>
    </w:pPr>
    <w:rPr>
      <w:rFonts w:ascii="Arial" w:eastAsia="Lucida Sans Unicode" w:hAnsi="Arial" w:cs="Times New Roman"/>
      <w:kern w:val="1"/>
      <w:sz w:val="18"/>
      <w:szCs w:val="24"/>
      <w:lang w:val="ca-ES" w:eastAsia="ko-KR"/>
    </w:rPr>
  </w:style>
  <w:style w:type="paragraph" w:customStyle="1" w:styleId="Header4">
    <w:name w:val="Header4"/>
    <w:basedOn w:val="Normal"/>
    <w:rsid w:val="00062A3C"/>
    <w:pPr>
      <w:widowControl w:val="0"/>
      <w:suppressLineNumbers/>
      <w:tabs>
        <w:tab w:val="center" w:pos="4818"/>
        <w:tab w:val="right" w:pos="9637"/>
      </w:tabs>
      <w:suppressAutoHyphens/>
      <w:autoSpaceDE w:val="0"/>
      <w:autoSpaceDN w:val="0"/>
      <w:spacing w:before="240" w:after="0" w:line="240" w:lineRule="auto"/>
      <w:jc w:val="both"/>
    </w:pPr>
    <w:rPr>
      <w:rFonts w:ascii="Arial" w:eastAsia="Lucida Sans Unicode" w:hAnsi="Arial" w:cs="Times New Roman"/>
      <w:kern w:val="1"/>
      <w:sz w:val="18"/>
      <w:szCs w:val="24"/>
      <w:lang w:val="ca-E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2285</Words>
  <Characters>12572</Characters>
  <Application>Microsoft Office Word</Application>
  <DocSecurity>0</DocSecurity>
  <Lines>104</Lines>
  <Paragraphs>29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Gabriel Doménech Gisbert</cp:lastModifiedBy>
  <cp:revision>3</cp:revision>
  <dcterms:created xsi:type="dcterms:W3CDTF">2026-10-21T15:53:00Z</dcterms:created>
  <dcterms:modified xsi:type="dcterms:W3CDTF">2026-10-21T16:08:00Z</dcterms:modified>
</cp:coreProperties>
</file>