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C93FB" w14:textId="77777777" w:rsidR="0064456C" w:rsidRPr="00FD07E5" w:rsidRDefault="001D43FC">
      <w:pPr>
        <w:jc w:val="center"/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b/>
          <w:color w:val="006137"/>
          <w:sz w:val="22"/>
        </w:rPr>
        <w:t>CONVOCATORIA PÚBLICA PARA LA ADJUDICACIÓN DE BECAS DE ESTUDIOS DE LA UNIVERSIDAD EUROPEA DE MADRID</w:t>
      </w:r>
    </w:p>
    <w:p w14:paraId="6BA5C0CC" w14:textId="77777777" w:rsidR="0064456C" w:rsidRPr="00FD07E5" w:rsidRDefault="001D43FC">
      <w:pPr>
        <w:jc w:val="center"/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b/>
          <w:sz w:val="22"/>
        </w:rPr>
        <w:t>CURSO 2026/2027</w:t>
      </w:r>
    </w:p>
    <w:p w14:paraId="50E2504A" w14:textId="77777777" w:rsidR="0064456C" w:rsidRPr="00FD07E5" w:rsidRDefault="0064456C">
      <w:pPr>
        <w:rPr>
          <w:rFonts w:ascii="AvantGarde Bk BT" w:hAnsi="AvantGarde Bk BT"/>
          <w:sz w:val="22"/>
        </w:rPr>
      </w:pPr>
    </w:p>
    <w:p w14:paraId="152EFC3B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Primero. </w:t>
      </w:r>
      <w:proofErr w:type="spellStart"/>
      <w:r w:rsidRPr="00FD07E5">
        <w:rPr>
          <w:rFonts w:ascii="AvantGarde Bk BT" w:hAnsi="AvantGarde Bk BT"/>
          <w:sz w:val="22"/>
          <w:szCs w:val="22"/>
        </w:rPr>
        <w:t>Normativa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468F12A3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La </w:t>
      </w:r>
      <w:proofErr w:type="spellStart"/>
      <w:r w:rsidRPr="00FD07E5">
        <w:rPr>
          <w:rFonts w:ascii="AvantGarde Bk BT" w:hAnsi="AvantGarde Bk BT"/>
          <w:sz w:val="22"/>
        </w:rPr>
        <w:t>presente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convocatoria</w:t>
      </w:r>
      <w:proofErr w:type="spellEnd"/>
      <w:r w:rsidRPr="00FD07E5">
        <w:rPr>
          <w:rFonts w:ascii="AvantGarde Bk BT" w:hAnsi="AvantGarde Bk BT"/>
          <w:sz w:val="22"/>
        </w:rPr>
        <w:t xml:space="preserve"> se </w:t>
      </w:r>
      <w:proofErr w:type="spellStart"/>
      <w:r w:rsidRPr="00FD07E5">
        <w:rPr>
          <w:rFonts w:ascii="AvantGarde Bk BT" w:hAnsi="AvantGarde Bk BT"/>
          <w:sz w:val="22"/>
        </w:rPr>
        <w:t>establece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marco</w:t>
      </w:r>
      <w:proofErr w:type="spellEnd"/>
      <w:r w:rsidRPr="00FD07E5">
        <w:rPr>
          <w:rFonts w:ascii="AvantGarde Bk BT" w:hAnsi="AvantGarde Bk BT"/>
          <w:sz w:val="22"/>
        </w:rPr>
        <w:t xml:space="preserve"> del </w:t>
      </w:r>
      <w:proofErr w:type="spellStart"/>
      <w:r w:rsidRPr="00FD07E5">
        <w:rPr>
          <w:rFonts w:ascii="AvantGarde Bk BT" w:hAnsi="AvantGarde Bk BT"/>
          <w:sz w:val="22"/>
        </w:rPr>
        <w:t>convenio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suscrito</w:t>
      </w:r>
      <w:proofErr w:type="spellEnd"/>
      <w:r w:rsidRPr="00FD07E5">
        <w:rPr>
          <w:rFonts w:ascii="AvantGarde Bk BT" w:hAnsi="AvantGarde Bk BT"/>
          <w:sz w:val="22"/>
        </w:rPr>
        <w:t xml:space="preserve"> entre el Ayuntamiento de Villaviciosa de Odón y Pro Universidad, S.S. (CEES), hoy Universidad Europea de Madrid, </w:t>
      </w:r>
      <w:proofErr w:type="spellStart"/>
      <w:r w:rsidRPr="00FD07E5">
        <w:rPr>
          <w:rFonts w:ascii="AvantGarde Bk BT" w:hAnsi="AvantGarde Bk BT"/>
          <w:sz w:val="22"/>
        </w:rPr>
        <w:t>aprobado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acuerdo</w:t>
      </w:r>
      <w:proofErr w:type="spellEnd"/>
      <w:r w:rsidRPr="00FD07E5">
        <w:rPr>
          <w:rFonts w:ascii="AvantGarde Bk BT" w:hAnsi="AvantGarde Bk BT"/>
          <w:sz w:val="22"/>
        </w:rPr>
        <w:t xml:space="preserve"> del Pleno Municipal de 5 de </w:t>
      </w:r>
      <w:proofErr w:type="spellStart"/>
      <w:r w:rsidRPr="00FD07E5">
        <w:rPr>
          <w:rFonts w:ascii="AvantGarde Bk BT" w:hAnsi="AvantGarde Bk BT"/>
          <w:sz w:val="22"/>
        </w:rPr>
        <w:t>abril</w:t>
      </w:r>
      <w:proofErr w:type="spellEnd"/>
      <w:r w:rsidRPr="00FD07E5">
        <w:rPr>
          <w:rFonts w:ascii="AvantGarde Bk BT" w:hAnsi="AvantGarde Bk BT"/>
          <w:sz w:val="22"/>
        </w:rPr>
        <w:t xml:space="preserve"> de 1991 y </w:t>
      </w:r>
      <w:proofErr w:type="spellStart"/>
      <w:r w:rsidRPr="00FD07E5">
        <w:rPr>
          <w:rFonts w:ascii="AvantGarde Bk BT" w:hAnsi="AvantGarde Bk BT"/>
          <w:sz w:val="22"/>
        </w:rPr>
        <w:t>modificado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Adenda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aprobada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Junta de </w:t>
      </w:r>
      <w:proofErr w:type="spellStart"/>
      <w:r w:rsidRPr="00FD07E5">
        <w:rPr>
          <w:rFonts w:ascii="AvantGarde Bk BT" w:hAnsi="AvantGarde Bk BT"/>
          <w:sz w:val="22"/>
        </w:rPr>
        <w:t>Gobierno</w:t>
      </w:r>
      <w:proofErr w:type="spellEnd"/>
      <w:r w:rsidRPr="00FD07E5">
        <w:rPr>
          <w:rFonts w:ascii="AvantGarde Bk BT" w:hAnsi="AvantGarde Bk BT"/>
          <w:sz w:val="22"/>
        </w:rPr>
        <w:t xml:space="preserve"> Local de 30 de mayo de 2012, </w:t>
      </w:r>
      <w:proofErr w:type="spellStart"/>
      <w:r w:rsidRPr="00FD07E5">
        <w:rPr>
          <w:rFonts w:ascii="AvantGarde Bk BT" w:hAnsi="AvantGarde Bk BT"/>
          <w:sz w:val="22"/>
        </w:rPr>
        <w:t>así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como</w:t>
      </w:r>
      <w:proofErr w:type="spellEnd"/>
      <w:r w:rsidRPr="00FD07E5">
        <w:rPr>
          <w:rFonts w:ascii="AvantGarde Bk BT" w:hAnsi="AvantGarde Bk BT"/>
          <w:sz w:val="22"/>
        </w:rPr>
        <w:t xml:space="preserve"> de la Ley 38/2003, de 17 de </w:t>
      </w:r>
      <w:proofErr w:type="spellStart"/>
      <w:r w:rsidRPr="00FD07E5">
        <w:rPr>
          <w:rFonts w:ascii="AvantGarde Bk BT" w:hAnsi="AvantGarde Bk BT"/>
          <w:sz w:val="22"/>
        </w:rPr>
        <w:t>noviembre</w:t>
      </w:r>
      <w:proofErr w:type="spellEnd"/>
      <w:r w:rsidRPr="00FD07E5">
        <w:rPr>
          <w:rFonts w:ascii="AvantGarde Bk BT" w:hAnsi="AvantGarde Bk BT"/>
          <w:sz w:val="22"/>
        </w:rPr>
        <w:t xml:space="preserve">, General de </w:t>
      </w:r>
      <w:proofErr w:type="spellStart"/>
      <w:r w:rsidRPr="00FD07E5">
        <w:rPr>
          <w:rFonts w:ascii="AvantGarde Bk BT" w:hAnsi="AvantGarde Bk BT"/>
          <w:sz w:val="22"/>
        </w:rPr>
        <w:t>Subvenciones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su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Reglamento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desarrollo</w:t>
      </w:r>
      <w:proofErr w:type="spellEnd"/>
      <w:r w:rsidRPr="00FD07E5">
        <w:rPr>
          <w:rFonts w:ascii="AvantGarde Bk BT" w:hAnsi="AvantGarde Bk BT"/>
          <w:sz w:val="22"/>
        </w:rPr>
        <w:t xml:space="preserve">, la Ley 39/2015, de 1 de </w:t>
      </w:r>
      <w:proofErr w:type="spellStart"/>
      <w:r w:rsidRPr="00FD07E5">
        <w:rPr>
          <w:rFonts w:ascii="AvantGarde Bk BT" w:hAnsi="AvantGarde Bk BT"/>
          <w:sz w:val="22"/>
        </w:rPr>
        <w:t>octubre</w:t>
      </w:r>
      <w:proofErr w:type="spellEnd"/>
      <w:r w:rsidRPr="00FD07E5">
        <w:rPr>
          <w:rFonts w:ascii="AvantGarde Bk BT" w:hAnsi="AvantGarde Bk BT"/>
          <w:sz w:val="22"/>
        </w:rPr>
        <w:t xml:space="preserve">, y la Ordenanza Municipal </w:t>
      </w:r>
      <w:proofErr w:type="spellStart"/>
      <w:r w:rsidRPr="00FD07E5">
        <w:rPr>
          <w:rFonts w:ascii="AvantGarde Bk BT" w:hAnsi="AvantGarde Bk BT"/>
          <w:sz w:val="22"/>
        </w:rPr>
        <w:t>Reguladora</w:t>
      </w:r>
      <w:proofErr w:type="spellEnd"/>
      <w:r w:rsidRPr="00FD07E5">
        <w:rPr>
          <w:rFonts w:ascii="AvantGarde Bk BT" w:hAnsi="AvantGarde Bk BT"/>
          <w:sz w:val="22"/>
        </w:rPr>
        <w:t xml:space="preserve"> de la </w:t>
      </w:r>
      <w:proofErr w:type="spellStart"/>
      <w:r w:rsidRPr="00FD07E5">
        <w:rPr>
          <w:rFonts w:ascii="AvantGarde Bk BT" w:hAnsi="AvantGarde Bk BT"/>
          <w:sz w:val="22"/>
        </w:rPr>
        <w:t>Concesión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Subvenciones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lo </w:t>
      </w:r>
      <w:proofErr w:type="spellStart"/>
      <w:r w:rsidRPr="00FD07E5">
        <w:rPr>
          <w:rFonts w:ascii="AvantGarde Bk BT" w:hAnsi="AvantGarde Bk BT"/>
          <w:sz w:val="22"/>
        </w:rPr>
        <w:t>que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resulte</w:t>
      </w:r>
      <w:proofErr w:type="spellEnd"/>
      <w:r w:rsidRPr="00FD07E5">
        <w:rPr>
          <w:rFonts w:ascii="AvantGarde Bk BT" w:hAnsi="AvantGarde Bk BT"/>
          <w:sz w:val="22"/>
        </w:rPr>
        <w:t xml:space="preserve"> compatible con la </w:t>
      </w:r>
      <w:proofErr w:type="spellStart"/>
      <w:r w:rsidRPr="00FD07E5">
        <w:rPr>
          <w:rFonts w:ascii="AvantGarde Bk BT" w:hAnsi="AvantGarde Bk BT"/>
          <w:sz w:val="22"/>
        </w:rPr>
        <w:t>naturaleza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ayuda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especie</w:t>
      </w:r>
      <w:proofErr w:type="spellEnd"/>
      <w:r w:rsidRPr="00FD07E5">
        <w:rPr>
          <w:rFonts w:ascii="AvantGarde Bk BT" w:hAnsi="AvantGarde Bk BT"/>
          <w:sz w:val="22"/>
        </w:rPr>
        <w:t xml:space="preserve"> de la </w:t>
      </w:r>
      <w:proofErr w:type="spellStart"/>
      <w:r w:rsidRPr="00FD07E5">
        <w:rPr>
          <w:rFonts w:ascii="AvantGarde Bk BT" w:hAnsi="AvantGarde Bk BT"/>
          <w:sz w:val="22"/>
        </w:rPr>
        <w:t>beca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79CAE1AF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Segundo. </w:t>
      </w:r>
      <w:proofErr w:type="spellStart"/>
      <w:r w:rsidRPr="00FD07E5">
        <w:rPr>
          <w:rFonts w:ascii="AvantGarde Bk BT" w:hAnsi="AvantGarde Bk BT"/>
          <w:sz w:val="22"/>
          <w:szCs w:val="22"/>
        </w:rPr>
        <w:t>Naturaleza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de la </w:t>
      </w:r>
      <w:proofErr w:type="spellStart"/>
      <w:r w:rsidRPr="00FD07E5">
        <w:rPr>
          <w:rFonts w:ascii="AvantGarde Bk BT" w:hAnsi="AvantGarde Bk BT"/>
          <w:sz w:val="22"/>
          <w:szCs w:val="22"/>
        </w:rPr>
        <w:t>ayuda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7740FB0B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Las </w:t>
      </w:r>
      <w:proofErr w:type="spellStart"/>
      <w:r w:rsidRPr="00FD07E5">
        <w:rPr>
          <w:rFonts w:ascii="AvantGarde Bk BT" w:hAnsi="AvantGarde Bk BT"/>
          <w:sz w:val="22"/>
        </w:rPr>
        <w:t>becas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convocadas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tienen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naturaleza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ayuda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especie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carácter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nominativo</w:t>
      </w:r>
      <w:proofErr w:type="spellEnd"/>
      <w:r w:rsidRPr="00FD07E5">
        <w:rPr>
          <w:rFonts w:ascii="AvantGarde Bk BT" w:hAnsi="AvantGarde Bk BT"/>
          <w:sz w:val="22"/>
        </w:rPr>
        <w:t xml:space="preserve"> y </w:t>
      </w:r>
      <w:proofErr w:type="spellStart"/>
      <w:r w:rsidRPr="00FD07E5">
        <w:rPr>
          <w:rFonts w:ascii="AvantGarde Bk BT" w:hAnsi="AvantGarde Bk BT"/>
          <w:sz w:val="22"/>
        </w:rPr>
        <w:t>origen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convencional</w:t>
      </w:r>
      <w:proofErr w:type="spellEnd"/>
      <w:r w:rsidRPr="00FD07E5">
        <w:rPr>
          <w:rFonts w:ascii="AvantGarde Bk BT" w:hAnsi="AvantGarde Bk BT"/>
          <w:sz w:val="22"/>
        </w:rPr>
        <w:t xml:space="preserve">. No </w:t>
      </w:r>
      <w:proofErr w:type="spellStart"/>
      <w:r w:rsidRPr="00FD07E5">
        <w:rPr>
          <w:rFonts w:ascii="AvantGarde Bk BT" w:hAnsi="AvantGarde Bk BT"/>
          <w:sz w:val="22"/>
        </w:rPr>
        <w:t>implican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entrega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dineraria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directa</w:t>
      </w:r>
      <w:proofErr w:type="spellEnd"/>
      <w:r w:rsidRPr="00FD07E5">
        <w:rPr>
          <w:rFonts w:ascii="AvantGarde Bk BT" w:hAnsi="AvantGarde Bk BT"/>
          <w:sz w:val="22"/>
        </w:rPr>
        <w:t xml:space="preserve"> al </w:t>
      </w:r>
      <w:proofErr w:type="spellStart"/>
      <w:r w:rsidRPr="00FD07E5">
        <w:rPr>
          <w:rFonts w:ascii="AvantGarde Bk BT" w:hAnsi="AvantGarde Bk BT"/>
          <w:sz w:val="22"/>
        </w:rPr>
        <w:t>alumnado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beneficiario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sino</w:t>
      </w:r>
      <w:proofErr w:type="spellEnd"/>
      <w:r w:rsidRPr="00FD07E5">
        <w:rPr>
          <w:rFonts w:ascii="AvantGarde Bk BT" w:hAnsi="AvantGarde Bk BT"/>
          <w:sz w:val="22"/>
        </w:rPr>
        <w:t xml:space="preserve"> la </w:t>
      </w:r>
      <w:proofErr w:type="spellStart"/>
      <w:r w:rsidRPr="00FD07E5">
        <w:rPr>
          <w:rFonts w:ascii="AvantGarde Bk BT" w:hAnsi="AvantGarde Bk BT"/>
          <w:sz w:val="22"/>
        </w:rPr>
        <w:t>atribución</w:t>
      </w:r>
      <w:proofErr w:type="spellEnd"/>
      <w:r w:rsidRPr="00FD07E5">
        <w:rPr>
          <w:rFonts w:ascii="AvantGarde Bk BT" w:hAnsi="AvantGarde Bk BT"/>
          <w:sz w:val="22"/>
        </w:rPr>
        <w:t xml:space="preserve"> de un </w:t>
      </w:r>
      <w:proofErr w:type="spellStart"/>
      <w:r w:rsidRPr="00FD07E5">
        <w:rPr>
          <w:rFonts w:ascii="AvantGarde Bk BT" w:hAnsi="AvantGarde Bk BT"/>
          <w:sz w:val="22"/>
        </w:rPr>
        <w:t>beneficio</w:t>
      </w:r>
      <w:proofErr w:type="spellEnd"/>
      <w:r w:rsidRPr="00FD07E5">
        <w:rPr>
          <w:rFonts w:ascii="AvantGarde Bk BT" w:hAnsi="AvantGarde Bk BT"/>
          <w:sz w:val="22"/>
        </w:rPr>
        <w:t xml:space="preserve"> individualizable </w:t>
      </w:r>
      <w:proofErr w:type="spellStart"/>
      <w:r w:rsidRPr="00FD07E5">
        <w:rPr>
          <w:rFonts w:ascii="AvantGarde Bk BT" w:hAnsi="AvantGarde Bk BT"/>
          <w:sz w:val="22"/>
        </w:rPr>
        <w:t>consistente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 </w:t>
      </w:r>
      <w:proofErr w:type="spellStart"/>
      <w:r w:rsidRPr="00FD07E5">
        <w:rPr>
          <w:rFonts w:ascii="AvantGarde Bk BT" w:hAnsi="AvantGarde Bk BT"/>
          <w:sz w:val="22"/>
        </w:rPr>
        <w:t>cobertura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conceptos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incluidos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las bases y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convenio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vigente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12EBDA99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Tercero. </w:t>
      </w:r>
      <w:proofErr w:type="spellStart"/>
      <w:r w:rsidRPr="00FD07E5">
        <w:rPr>
          <w:rFonts w:ascii="AvantGarde Bk BT" w:hAnsi="AvantGarde Bk BT"/>
          <w:sz w:val="22"/>
          <w:szCs w:val="22"/>
        </w:rPr>
        <w:t>Objeto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  <w:szCs w:val="22"/>
        </w:rPr>
        <w:t>condiciones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y </w:t>
      </w:r>
      <w:proofErr w:type="spellStart"/>
      <w:r w:rsidRPr="00FD07E5">
        <w:rPr>
          <w:rFonts w:ascii="AvantGarde Bk BT" w:hAnsi="AvantGarde Bk BT"/>
          <w:sz w:val="22"/>
          <w:szCs w:val="22"/>
        </w:rPr>
        <w:t>finalidad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7D2DCDF6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Es </w:t>
      </w:r>
      <w:proofErr w:type="spellStart"/>
      <w:r w:rsidRPr="00FD07E5">
        <w:rPr>
          <w:rFonts w:ascii="AvantGarde Bk BT" w:hAnsi="AvantGarde Bk BT"/>
          <w:sz w:val="22"/>
        </w:rPr>
        <w:t>objeto</w:t>
      </w:r>
      <w:proofErr w:type="spellEnd"/>
      <w:r w:rsidRPr="00FD07E5">
        <w:rPr>
          <w:rFonts w:ascii="AvantGarde Bk BT" w:hAnsi="AvantGarde Bk BT"/>
          <w:sz w:val="22"/>
        </w:rPr>
        <w:t xml:space="preserve"> de la </w:t>
      </w:r>
      <w:proofErr w:type="spellStart"/>
      <w:r w:rsidRPr="00FD07E5">
        <w:rPr>
          <w:rFonts w:ascii="AvantGarde Bk BT" w:hAnsi="AvantGarde Bk BT"/>
          <w:sz w:val="22"/>
        </w:rPr>
        <w:t>presente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convocatoria</w:t>
      </w:r>
      <w:proofErr w:type="spellEnd"/>
      <w:r w:rsidRPr="00FD07E5">
        <w:rPr>
          <w:rFonts w:ascii="AvantGarde Bk BT" w:hAnsi="AvantGarde Bk BT"/>
          <w:sz w:val="22"/>
        </w:rPr>
        <w:t xml:space="preserve"> regular la </w:t>
      </w:r>
      <w:proofErr w:type="spellStart"/>
      <w:r w:rsidRPr="00FD07E5">
        <w:rPr>
          <w:rFonts w:ascii="AvantGarde Bk BT" w:hAnsi="AvantGarde Bk BT"/>
          <w:sz w:val="22"/>
        </w:rPr>
        <w:t>adjudicación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becas</w:t>
      </w:r>
      <w:proofErr w:type="spellEnd"/>
      <w:r w:rsidRPr="00FD07E5">
        <w:rPr>
          <w:rFonts w:ascii="AvantGarde Bk BT" w:hAnsi="AvantGarde Bk BT"/>
          <w:sz w:val="22"/>
        </w:rPr>
        <w:t xml:space="preserve"> para </w:t>
      </w:r>
      <w:proofErr w:type="spellStart"/>
      <w:r w:rsidRPr="00FD07E5">
        <w:rPr>
          <w:rFonts w:ascii="AvantGarde Bk BT" w:hAnsi="AvantGarde Bk BT"/>
          <w:sz w:val="22"/>
        </w:rPr>
        <w:t>cursar</w:t>
      </w:r>
      <w:proofErr w:type="spellEnd"/>
      <w:r w:rsidRPr="00FD07E5">
        <w:rPr>
          <w:rFonts w:ascii="AvantGarde Bk BT" w:hAnsi="AvantGarde Bk BT"/>
          <w:sz w:val="22"/>
        </w:rPr>
        <w:t xml:space="preserve"> estudios </w:t>
      </w:r>
      <w:proofErr w:type="spellStart"/>
      <w:r w:rsidRPr="00FD07E5">
        <w:rPr>
          <w:rFonts w:ascii="AvantGarde Bk BT" w:hAnsi="AvantGarde Bk BT"/>
          <w:sz w:val="22"/>
        </w:rPr>
        <w:t>oficiales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 Universidad Europea de Madrid </w:t>
      </w:r>
      <w:proofErr w:type="spellStart"/>
      <w:r w:rsidRPr="00FD07E5">
        <w:rPr>
          <w:rFonts w:ascii="AvantGarde Bk BT" w:hAnsi="AvantGarde Bk BT"/>
          <w:sz w:val="22"/>
        </w:rPr>
        <w:t>durante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curso</w:t>
      </w:r>
      <w:proofErr w:type="spellEnd"/>
      <w:r w:rsidRPr="00FD07E5">
        <w:rPr>
          <w:rFonts w:ascii="AvantGarde Bk BT" w:hAnsi="AvantGarde Bk BT"/>
          <w:sz w:val="22"/>
        </w:rPr>
        <w:t xml:space="preserve"> 2026/2027, </w:t>
      </w:r>
      <w:proofErr w:type="spellStart"/>
      <w:r w:rsidRPr="00FD07E5">
        <w:rPr>
          <w:rFonts w:ascii="AvantGarde Bk BT" w:hAnsi="AvantGarde Bk BT"/>
          <w:sz w:val="22"/>
        </w:rPr>
        <w:t>facilitando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acceso</w:t>
      </w:r>
      <w:proofErr w:type="spellEnd"/>
      <w:r w:rsidRPr="00FD07E5">
        <w:rPr>
          <w:rFonts w:ascii="AvantGarde Bk BT" w:hAnsi="AvantGarde Bk BT"/>
          <w:sz w:val="22"/>
        </w:rPr>
        <w:t xml:space="preserve"> a la formación superior de </w:t>
      </w:r>
      <w:proofErr w:type="spellStart"/>
      <w:r w:rsidRPr="00FD07E5">
        <w:rPr>
          <w:rFonts w:ascii="AvantGarde Bk BT" w:hAnsi="AvantGarde Bk BT"/>
          <w:sz w:val="22"/>
        </w:rPr>
        <w:t>jóvenes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empadronados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Villaviciosa de Odón y </w:t>
      </w:r>
      <w:proofErr w:type="spellStart"/>
      <w:r w:rsidRPr="00FD07E5">
        <w:rPr>
          <w:rFonts w:ascii="AvantGarde Bk BT" w:hAnsi="AvantGarde Bk BT"/>
          <w:sz w:val="22"/>
        </w:rPr>
        <w:t>fomentando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mérito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académico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614340EA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Cuarto. </w:t>
      </w:r>
      <w:proofErr w:type="spellStart"/>
      <w:r w:rsidRPr="00FD07E5">
        <w:rPr>
          <w:rFonts w:ascii="AvantGarde Bk BT" w:hAnsi="AvantGarde Bk BT"/>
          <w:sz w:val="22"/>
          <w:szCs w:val="22"/>
        </w:rPr>
        <w:t>Concurrencia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6C1E363C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La </w:t>
      </w:r>
      <w:proofErr w:type="spellStart"/>
      <w:r w:rsidRPr="00FD07E5">
        <w:rPr>
          <w:rFonts w:ascii="AvantGarde Bk BT" w:hAnsi="AvantGarde Bk BT"/>
          <w:sz w:val="22"/>
        </w:rPr>
        <w:t>selección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beneficiarios</w:t>
      </w:r>
      <w:proofErr w:type="spellEnd"/>
      <w:r w:rsidRPr="00FD07E5">
        <w:rPr>
          <w:rFonts w:ascii="AvantGarde Bk BT" w:hAnsi="AvantGarde Bk BT"/>
          <w:sz w:val="22"/>
        </w:rPr>
        <w:t xml:space="preserve"> se </w:t>
      </w:r>
      <w:proofErr w:type="spellStart"/>
      <w:r w:rsidRPr="00FD07E5">
        <w:rPr>
          <w:rFonts w:ascii="AvantGarde Bk BT" w:hAnsi="AvantGarde Bk BT"/>
          <w:sz w:val="22"/>
        </w:rPr>
        <w:t>efectuará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mediante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concurrencia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competitiva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ordenando</w:t>
      </w:r>
      <w:proofErr w:type="spellEnd"/>
      <w:r w:rsidRPr="00FD07E5">
        <w:rPr>
          <w:rFonts w:ascii="AvantGarde Bk BT" w:hAnsi="AvantGarde Bk BT"/>
          <w:sz w:val="22"/>
        </w:rPr>
        <w:t xml:space="preserve"> las solicitudes </w:t>
      </w:r>
      <w:proofErr w:type="spellStart"/>
      <w:r w:rsidRPr="00FD07E5">
        <w:rPr>
          <w:rFonts w:ascii="AvantGarde Bk BT" w:hAnsi="AvantGarde Bk BT"/>
          <w:sz w:val="22"/>
        </w:rPr>
        <w:t>admitidas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conforme</w:t>
      </w:r>
      <w:proofErr w:type="spellEnd"/>
      <w:r w:rsidRPr="00FD07E5">
        <w:rPr>
          <w:rFonts w:ascii="AvantGarde Bk BT" w:hAnsi="AvantGarde Bk BT"/>
          <w:sz w:val="22"/>
        </w:rPr>
        <w:t xml:space="preserve"> a la </w:t>
      </w:r>
      <w:proofErr w:type="spellStart"/>
      <w:r w:rsidRPr="00FD07E5">
        <w:rPr>
          <w:rFonts w:ascii="AvantGarde Bk BT" w:hAnsi="AvantGarde Bk BT"/>
          <w:sz w:val="22"/>
        </w:rPr>
        <w:t>puntuación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obtenida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expediente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académico</w:t>
      </w:r>
      <w:proofErr w:type="spellEnd"/>
      <w:r w:rsidRPr="00FD07E5">
        <w:rPr>
          <w:rFonts w:ascii="AvantGarde Bk BT" w:hAnsi="AvantGarde Bk BT"/>
          <w:sz w:val="22"/>
        </w:rPr>
        <w:t xml:space="preserve">, hasta </w:t>
      </w:r>
      <w:proofErr w:type="spellStart"/>
      <w:r w:rsidRPr="00FD07E5">
        <w:rPr>
          <w:rFonts w:ascii="AvantGarde Bk BT" w:hAnsi="AvantGarde Bk BT"/>
          <w:sz w:val="22"/>
        </w:rPr>
        <w:t>agotar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número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becas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disponibles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comunicado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la Universidad Europea de Madrid.</w:t>
      </w:r>
    </w:p>
    <w:p w14:paraId="5E1384D8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Quinto. </w:t>
      </w:r>
      <w:proofErr w:type="spellStart"/>
      <w:r w:rsidRPr="00FD07E5">
        <w:rPr>
          <w:rFonts w:ascii="AvantGarde Bk BT" w:hAnsi="AvantGarde Bk BT"/>
          <w:sz w:val="22"/>
          <w:szCs w:val="22"/>
        </w:rPr>
        <w:t>Número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  <w:szCs w:val="22"/>
        </w:rPr>
        <w:t>becas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2DDC45C9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El </w:t>
      </w:r>
      <w:proofErr w:type="spellStart"/>
      <w:r w:rsidRPr="00FD07E5">
        <w:rPr>
          <w:rFonts w:ascii="AvantGarde Bk BT" w:hAnsi="AvantGarde Bk BT"/>
          <w:sz w:val="22"/>
        </w:rPr>
        <w:t>número</w:t>
      </w:r>
      <w:proofErr w:type="spellEnd"/>
      <w:r w:rsidRPr="00FD07E5">
        <w:rPr>
          <w:rFonts w:ascii="AvantGarde Bk BT" w:hAnsi="AvantGarde Bk BT"/>
          <w:sz w:val="22"/>
        </w:rPr>
        <w:t xml:space="preserve"> total de </w:t>
      </w:r>
      <w:proofErr w:type="spellStart"/>
      <w:r w:rsidRPr="00FD07E5">
        <w:rPr>
          <w:rFonts w:ascii="AvantGarde Bk BT" w:hAnsi="AvantGarde Bk BT"/>
          <w:sz w:val="22"/>
        </w:rPr>
        <w:t>becas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previsto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convenio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está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limitado</w:t>
      </w:r>
      <w:proofErr w:type="spellEnd"/>
      <w:r w:rsidRPr="00FD07E5">
        <w:rPr>
          <w:rFonts w:ascii="AvantGarde Bk BT" w:hAnsi="AvantGarde Bk BT"/>
          <w:sz w:val="22"/>
        </w:rPr>
        <w:t xml:space="preserve"> a 25. Las </w:t>
      </w:r>
      <w:proofErr w:type="spellStart"/>
      <w:r w:rsidRPr="00FD07E5">
        <w:rPr>
          <w:rFonts w:ascii="AvantGarde Bk BT" w:hAnsi="AvantGarde Bk BT"/>
          <w:sz w:val="22"/>
        </w:rPr>
        <w:t>becas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disponibles</w:t>
      </w:r>
      <w:proofErr w:type="spellEnd"/>
      <w:r w:rsidRPr="00FD07E5">
        <w:rPr>
          <w:rFonts w:ascii="AvantGarde Bk BT" w:hAnsi="AvantGarde Bk BT"/>
          <w:sz w:val="22"/>
        </w:rPr>
        <w:t xml:space="preserve"> para </w:t>
      </w:r>
      <w:proofErr w:type="spellStart"/>
      <w:r w:rsidRPr="00FD07E5">
        <w:rPr>
          <w:rFonts w:ascii="AvantGarde Bk BT" w:hAnsi="AvantGarde Bk BT"/>
          <w:sz w:val="22"/>
        </w:rPr>
        <w:t>su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adjudicación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curso</w:t>
      </w:r>
      <w:proofErr w:type="spellEnd"/>
      <w:r w:rsidRPr="00FD07E5">
        <w:rPr>
          <w:rFonts w:ascii="AvantGarde Bk BT" w:hAnsi="AvantGarde Bk BT"/>
          <w:sz w:val="22"/>
        </w:rPr>
        <w:t xml:space="preserve"> 2026/2027 </w:t>
      </w:r>
      <w:proofErr w:type="spellStart"/>
      <w:r w:rsidRPr="00FD07E5">
        <w:rPr>
          <w:rFonts w:ascii="AvantGarde Bk BT" w:hAnsi="AvantGarde Bk BT"/>
          <w:sz w:val="22"/>
        </w:rPr>
        <w:t>serán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comunicadas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la Secretaría de la Universidad Europea de Madrid el 31 de </w:t>
      </w:r>
      <w:proofErr w:type="spellStart"/>
      <w:r w:rsidRPr="00FD07E5">
        <w:rPr>
          <w:rFonts w:ascii="AvantGarde Bk BT" w:hAnsi="AvantGarde Bk BT"/>
          <w:sz w:val="22"/>
        </w:rPr>
        <w:t>julio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teniendo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cuenta</w:t>
      </w:r>
      <w:proofErr w:type="spellEnd"/>
      <w:r w:rsidRPr="00FD07E5">
        <w:rPr>
          <w:rFonts w:ascii="AvantGarde Bk BT" w:hAnsi="AvantGarde Bk BT"/>
          <w:sz w:val="22"/>
        </w:rPr>
        <w:t xml:space="preserve"> las </w:t>
      </w:r>
      <w:proofErr w:type="spellStart"/>
      <w:r w:rsidRPr="00FD07E5">
        <w:rPr>
          <w:rFonts w:ascii="AvantGarde Bk BT" w:hAnsi="AvantGarde Bk BT"/>
          <w:sz w:val="22"/>
        </w:rPr>
        <w:t>que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continúen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adjudicadas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cursos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anteriores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766DF866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lastRenderedPageBreak/>
        <w:t>Sexto. Solicitudes.</w:t>
      </w:r>
    </w:p>
    <w:p w14:paraId="73DF4CB9" w14:textId="3EEBC995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Las solicitudes se </w:t>
      </w:r>
      <w:proofErr w:type="spellStart"/>
      <w:r w:rsidRPr="00FD07E5">
        <w:rPr>
          <w:rFonts w:ascii="AvantGarde Bk BT" w:hAnsi="AvantGarde Bk BT"/>
          <w:sz w:val="22"/>
        </w:rPr>
        <w:t>presentarán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modelos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normalizados</w:t>
      </w:r>
      <w:proofErr w:type="spellEnd"/>
      <w:r w:rsidR="00EF25FD">
        <w:rPr>
          <w:rFonts w:ascii="AvantGarde Bk BT" w:hAnsi="AvantGarde Bk BT"/>
          <w:sz w:val="22"/>
        </w:rPr>
        <w:t xml:space="preserve">. </w:t>
      </w:r>
      <w:r w:rsidRPr="00FD07E5">
        <w:rPr>
          <w:rFonts w:ascii="AvantGarde Bk BT" w:hAnsi="AvantGarde Bk BT"/>
          <w:sz w:val="22"/>
        </w:rPr>
        <w:t xml:space="preserve">No se </w:t>
      </w:r>
      <w:proofErr w:type="spellStart"/>
      <w:r w:rsidRPr="00FD07E5">
        <w:rPr>
          <w:rFonts w:ascii="AvantGarde Bk BT" w:hAnsi="AvantGarde Bk BT"/>
          <w:sz w:val="22"/>
        </w:rPr>
        <w:t>tendrán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cuenta</w:t>
      </w:r>
      <w:proofErr w:type="spellEnd"/>
      <w:r w:rsidRPr="00FD07E5">
        <w:rPr>
          <w:rFonts w:ascii="AvantGarde Bk BT" w:hAnsi="AvantGarde Bk BT"/>
          <w:sz w:val="22"/>
        </w:rPr>
        <w:t xml:space="preserve"> las solicitudes </w:t>
      </w:r>
      <w:proofErr w:type="spellStart"/>
      <w:r w:rsidRPr="00FD07E5">
        <w:rPr>
          <w:rFonts w:ascii="AvantGarde Bk BT" w:hAnsi="AvantGarde Bk BT"/>
          <w:sz w:val="22"/>
        </w:rPr>
        <w:t>que</w:t>
      </w:r>
      <w:proofErr w:type="spellEnd"/>
      <w:r w:rsidRPr="00FD07E5">
        <w:rPr>
          <w:rFonts w:ascii="AvantGarde Bk BT" w:hAnsi="AvantGarde Bk BT"/>
          <w:sz w:val="22"/>
        </w:rPr>
        <w:t xml:space="preserve"> no se </w:t>
      </w:r>
      <w:proofErr w:type="spellStart"/>
      <w:r w:rsidRPr="00FD07E5">
        <w:rPr>
          <w:rFonts w:ascii="AvantGarde Bk BT" w:hAnsi="AvantGarde Bk BT"/>
          <w:sz w:val="22"/>
        </w:rPr>
        <w:t>presenten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dichos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modelos</w:t>
      </w:r>
      <w:proofErr w:type="spellEnd"/>
      <w:r w:rsidRPr="00FD07E5">
        <w:rPr>
          <w:rFonts w:ascii="AvantGarde Bk BT" w:hAnsi="AvantGarde Bk BT"/>
          <w:sz w:val="22"/>
        </w:rPr>
        <w:t xml:space="preserve"> o fuera del </w:t>
      </w:r>
      <w:proofErr w:type="spellStart"/>
      <w:r w:rsidRPr="00FD07E5">
        <w:rPr>
          <w:rFonts w:ascii="AvantGarde Bk BT" w:hAnsi="AvantGarde Bk BT"/>
          <w:sz w:val="22"/>
        </w:rPr>
        <w:t>plazo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establecido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588F5628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proofErr w:type="spellStart"/>
      <w:r w:rsidRPr="00FD07E5">
        <w:rPr>
          <w:rFonts w:ascii="AvantGarde Bk BT" w:hAnsi="AvantGarde Bk BT"/>
          <w:sz w:val="22"/>
          <w:szCs w:val="22"/>
        </w:rPr>
        <w:t>Séptimo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. </w:t>
      </w:r>
      <w:proofErr w:type="spellStart"/>
      <w:r w:rsidRPr="00FD07E5">
        <w:rPr>
          <w:rFonts w:ascii="AvantGarde Bk BT" w:hAnsi="AvantGarde Bk BT"/>
          <w:sz w:val="22"/>
          <w:szCs w:val="22"/>
        </w:rPr>
        <w:t>Requisitos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0DE92D9A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Los </w:t>
      </w:r>
      <w:proofErr w:type="spellStart"/>
      <w:r w:rsidRPr="00FD07E5">
        <w:rPr>
          <w:rFonts w:ascii="AvantGarde Bk BT" w:hAnsi="AvantGarde Bk BT"/>
          <w:sz w:val="22"/>
        </w:rPr>
        <w:t>requisitos</w:t>
      </w:r>
      <w:proofErr w:type="spellEnd"/>
      <w:r w:rsidRPr="00FD07E5">
        <w:rPr>
          <w:rFonts w:ascii="AvantGarde Bk BT" w:hAnsi="AvantGarde Bk BT"/>
          <w:sz w:val="22"/>
        </w:rPr>
        <w:t xml:space="preserve"> para </w:t>
      </w:r>
      <w:proofErr w:type="spellStart"/>
      <w:r w:rsidRPr="00FD07E5">
        <w:rPr>
          <w:rFonts w:ascii="AvantGarde Bk BT" w:hAnsi="AvantGarde Bk BT"/>
          <w:sz w:val="22"/>
        </w:rPr>
        <w:t>obtener</w:t>
      </w:r>
      <w:proofErr w:type="spellEnd"/>
      <w:r w:rsidRPr="00FD07E5">
        <w:rPr>
          <w:rFonts w:ascii="AvantGarde Bk BT" w:hAnsi="AvantGarde Bk BT"/>
          <w:sz w:val="22"/>
        </w:rPr>
        <w:t xml:space="preserve"> la </w:t>
      </w:r>
      <w:proofErr w:type="spellStart"/>
      <w:r w:rsidRPr="00FD07E5">
        <w:rPr>
          <w:rFonts w:ascii="AvantGarde Bk BT" w:hAnsi="AvantGarde Bk BT"/>
          <w:sz w:val="22"/>
        </w:rPr>
        <w:t>condición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beneficiario</w:t>
      </w:r>
      <w:proofErr w:type="spellEnd"/>
      <w:r w:rsidRPr="00FD07E5">
        <w:rPr>
          <w:rFonts w:ascii="AvantGarde Bk BT" w:hAnsi="AvantGarde Bk BT"/>
          <w:sz w:val="22"/>
        </w:rPr>
        <w:t xml:space="preserve"> son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previstos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las bases </w:t>
      </w:r>
      <w:proofErr w:type="spellStart"/>
      <w:r w:rsidRPr="00FD07E5">
        <w:rPr>
          <w:rFonts w:ascii="AvantGarde Bk BT" w:hAnsi="AvantGarde Bk BT"/>
          <w:sz w:val="22"/>
        </w:rPr>
        <w:t>reguladoras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que</w:t>
      </w:r>
      <w:proofErr w:type="spellEnd"/>
      <w:r w:rsidRPr="00FD07E5">
        <w:rPr>
          <w:rFonts w:ascii="AvantGarde Bk BT" w:hAnsi="AvantGarde Bk BT"/>
          <w:sz w:val="22"/>
        </w:rPr>
        <w:t xml:space="preserve"> se </w:t>
      </w:r>
      <w:proofErr w:type="spellStart"/>
      <w:r w:rsidRPr="00FD07E5">
        <w:rPr>
          <w:rFonts w:ascii="AvantGarde Bk BT" w:hAnsi="AvantGarde Bk BT"/>
          <w:sz w:val="22"/>
        </w:rPr>
        <w:t>incorporan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como</w:t>
      </w:r>
      <w:proofErr w:type="spellEnd"/>
      <w:r w:rsidRPr="00FD07E5">
        <w:rPr>
          <w:rFonts w:ascii="AvantGarde Bk BT" w:hAnsi="AvantGarde Bk BT"/>
          <w:sz w:val="22"/>
        </w:rPr>
        <w:t xml:space="preserve"> Anexo I de la </w:t>
      </w:r>
      <w:proofErr w:type="spellStart"/>
      <w:r w:rsidRPr="00FD07E5">
        <w:rPr>
          <w:rFonts w:ascii="AvantGarde Bk BT" w:hAnsi="AvantGarde Bk BT"/>
          <w:sz w:val="22"/>
        </w:rPr>
        <w:t>presente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convocatoria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45872418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Octavo. </w:t>
      </w:r>
      <w:proofErr w:type="spellStart"/>
      <w:r w:rsidRPr="00FD07E5">
        <w:rPr>
          <w:rFonts w:ascii="AvantGarde Bk BT" w:hAnsi="AvantGarde Bk BT"/>
          <w:sz w:val="22"/>
          <w:szCs w:val="22"/>
        </w:rPr>
        <w:t>Órganos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  <w:szCs w:val="22"/>
        </w:rPr>
        <w:t>competentes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6C807A91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El </w:t>
      </w:r>
      <w:proofErr w:type="spellStart"/>
      <w:r w:rsidRPr="00FD07E5">
        <w:rPr>
          <w:rFonts w:ascii="AvantGarde Bk BT" w:hAnsi="AvantGarde Bk BT"/>
          <w:sz w:val="22"/>
        </w:rPr>
        <w:t>órgano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competente</w:t>
      </w:r>
      <w:proofErr w:type="spellEnd"/>
      <w:r w:rsidRPr="00FD07E5">
        <w:rPr>
          <w:rFonts w:ascii="AvantGarde Bk BT" w:hAnsi="AvantGarde Bk BT"/>
          <w:sz w:val="22"/>
        </w:rPr>
        <w:t xml:space="preserve"> para resolver </w:t>
      </w:r>
      <w:proofErr w:type="spellStart"/>
      <w:r w:rsidRPr="00FD07E5">
        <w:rPr>
          <w:rFonts w:ascii="AvantGarde Bk BT" w:hAnsi="AvantGarde Bk BT"/>
          <w:sz w:val="22"/>
        </w:rPr>
        <w:t>será</w:t>
      </w:r>
      <w:proofErr w:type="spellEnd"/>
      <w:r w:rsidRPr="00FD07E5">
        <w:rPr>
          <w:rFonts w:ascii="AvantGarde Bk BT" w:hAnsi="AvantGarde Bk BT"/>
          <w:sz w:val="22"/>
        </w:rPr>
        <w:t xml:space="preserve"> la Junta de </w:t>
      </w:r>
      <w:proofErr w:type="spellStart"/>
      <w:r w:rsidRPr="00FD07E5">
        <w:rPr>
          <w:rFonts w:ascii="AvantGarde Bk BT" w:hAnsi="AvantGarde Bk BT"/>
          <w:sz w:val="22"/>
        </w:rPr>
        <w:t>Gobierno</w:t>
      </w:r>
      <w:proofErr w:type="spellEnd"/>
      <w:r w:rsidRPr="00FD07E5">
        <w:rPr>
          <w:rFonts w:ascii="AvantGarde Bk BT" w:hAnsi="AvantGarde Bk BT"/>
          <w:sz w:val="22"/>
        </w:rPr>
        <w:t xml:space="preserve"> Local,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delegación</w:t>
      </w:r>
      <w:proofErr w:type="spellEnd"/>
      <w:r w:rsidRPr="00FD07E5">
        <w:rPr>
          <w:rFonts w:ascii="AvantGarde Bk BT" w:hAnsi="AvantGarde Bk BT"/>
          <w:sz w:val="22"/>
        </w:rPr>
        <w:t xml:space="preserve"> de la Alcaldía-Presidencia. El </w:t>
      </w:r>
      <w:proofErr w:type="spellStart"/>
      <w:r w:rsidRPr="00FD07E5">
        <w:rPr>
          <w:rFonts w:ascii="AvantGarde Bk BT" w:hAnsi="AvantGarde Bk BT"/>
          <w:sz w:val="22"/>
        </w:rPr>
        <w:t>órgano</w:t>
      </w:r>
      <w:proofErr w:type="spellEnd"/>
      <w:r w:rsidRPr="00FD07E5">
        <w:rPr>
          <w:rFonts w:ascii="AvantGarde Bk BT" w:hAnsi="AvantGarde Bk BT"/>
          <w:sz w:val="22"/>
        </w:rPr>
        <w:t xml:space="preserve"> instructor </w:t>
      </w:r>
      <w:proofErr w:type="spellStart"/>
      <w:r w:rsidRPr="00FD07E5">
        <w:rPr>
          <w:rFonts w:ascii="AvantGarde Bk BT" w:hAnsi="AvantGarde Bk BT"/>
          <w:sz w:val="22"/>
        </w:rPr>
        <w:t>será</w:t>
      </w:r>
      <w:proofErr w:type="spellEnd"/>
      <w:r w:rsidRPr="00FD07E5">
        <w:rPr>
          <w:rFonts w:ascii="AvantGarde Bk BT" w:hAnsi="AvantGarde Bk BT"/>
          <w:sz w:val="22"/>
        </w:rPr>
        <w:t xml:space="preserve"> la </w:t>
      </w:r>
      <w:proofErr w:type="spellStart"/>
      <w:r w:rsidRPr="00FD07E5">
        <w:rPr>
          <w:rFonts w:ascii="AvantGarde Bk BT" w:hAnsi="AvantGarde Bk BT"/>
          <w:sz w:val="22"/>
        </w:rPr>
        <w:t>Concejalía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competente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materia</w:t>
      </w:r>
      <w:proofErr w:type="spellEnd"/>
      <w:r w:rsidRPr="00FD07E5">
        <w:rPr>
          <w:rFonts w:ascii="AvantGarde Bk BT" w:hAnsi="AvantGarde Bk BT"/>
          <w:sz w:val="22"/>
        </w:rPr>
        <w:t xml:space="preserve"> de Educación. La </w:t>
      </w:r>
      <w:proofErr w:type="spellStart"/>
      <w:r w:rsidRPr="00FD07E5">
        <w:rPr>
          <w:rFonts w:ascii="AvantGarde Bk BT" w:hAnsi="AvantGarde Bk BT"/>
          <w:sz w:val="22"/>
        </w:rPr>
        <w:t>baremación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corresponderá</w:t>
      </w:r>
      <w:proofErr w:type="spellEnd"/>
      <w:r w:rsidRPr="00FD07E5">
        <w:rPr>
          <w:rFonts w:ascii="AvantGarde Bk BT" w:hAnsi="AvantGarde Bk BT"/>
          <w:sz w:val="22"/>
        </w:rPr>
        <w:t xml:space="preserve"> a la Comisión de </w:t>
      </w:r>
      <w:proofErr w:type="spellStart"/>
      <w:r w:rsidRPr="00FD07E5">
        <w:rPr>
          <w:rFonts w:ascii="AvantGarde Bk BT" w:hAnsi="AvantGarde Bk BT"/>
          <w:sz w:val="22"/>
        </w:rPr>
        <w:t>Valoración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prevista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las bases.</w:t>
      </w:r>
    </w:p>
    <w:p w14:paraId="17EB0251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proofErr w:type="spellStart"/>
      <w:r w:rsidRPr="00FD07E5">
        <w:rPr>
          <w:rFonts w:ascii="AvantGarde Bk BT" w:hAnsi="AvantGarde Bk BT"/>
          <w:sz w:val="22"/>
          <w:szCs w:val="22"/>
        </w:rPr>
        <w:t>Noveno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. </w:t>
      </w:r>
      <w:proofErr w:type="spellStart"/>
      <w:r w:rsidRPr="00FD07E5">
        <w:rPr>
          <w:rFonts w:ascii="AvantGarde Bk BT" w:hAnsi="AvantGarde Bk BT"/>
          <w:sz w:val="22"/>
          <w:szCs w:val="22"/>
        </w:rPr>
        <w:t>Plazo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  <w:szCs w:val="22"/>
        </w:rPr>
        <w:t>presentación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de solicitudes.</w:t>
      </w:r>
    </w:p>
    <w:p w14:paraId="2DC497CC" w14:textId="5A3E822B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El </w:t>
      </w:r>
      <w:proofErr w:type="spellStart"/>
      <w:r w:rsidRPr="00FD07E5">
        <w:rPr>
          <w:rFonts w:ascii="AvantGarde Bk BT" w:hAnsi="AvantGarde Bk BT"/>
          <w:sz w:val="22"/>
        </w:rPr>
        <w:t>plazo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presentación</w:t>
      </w:r>
      <w:proofErr w:type="spellEnd"/>
      <w:r w:rsidRPr="00FD07E5">
        <w:rPr>
          <w:rFonts w:ascii="AvantGarde Bk BT" w:hAnsi="AvantGarde Bk BT"/>
          <w:sz w:val="22"/>
        </w:rPr>
        <w:t xml:space="preserve"> de solicitudes </w:t>
      </w:r>
      <w:proofErr w:type="spellStart"/>
      <w:r w:rsidRPr="00FD07E5">
        <w:rPr>
          <w:rFonts w:ascii="AvantGarde Bk BT" w:hAnsi="AvantGarde Bk BT"/>
          <w:sz w:val="22"/>
        </w:rPr>
        <w:t>será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="00EF25FD">
        <w:rPr>
          <w:rFonts w:ascii="AvantGarde Bk BT" w:hAnsi="AvantGarde Bk BT"/>
          <w:sz w:val="22"/>
        </w:rPr>
        <w:t>desde</w:t>
      </w:r>
      <w:proofErr w:type="spellEnd"/>
      <w:r w:rsidR="00EF25FD">
        <w:rPr>
          <w:rFonts w:ascii="AvantGarde Bk BT" w:hAnsi="AvantGarde Bk BT"/>
          <w:sz w:val="22"/>
        </w:rPr>
        <w:t xml:space="preserve"> </w:t>
      </w:r>
      <w:proofErr w:type="spellStart"/>
      <w:r w:rsidR="00EF25FD">
        <w:rPr>
          <w:rFonts w:ascii="AvantGarde Bk BT" w:hAnsi="AvantGarde Bk BT"/>
          <w:sz w:val="22"/>
        </w:rPr>
        <w:t>su</w:t>
      </w:r>
      <w:proofErr w:type="spellEnd"/>
      <w:r w:rsidR="00EF25FD">
        <w:rPr>
          <w:rFonts w:ascii="AvantGarde Bk BT" w:hAnsi="AvantGarde Bk BT"/>
          <w:sz w:val="22"/>
        </w:rPr>
        <w:t xml:space="preserve"> </w:t>
      </w:r>
      <w:proofErr w:type="spellStart"/>
      <w:r w:rsidR="00EF25FD">
        <w:rPr>
          <w:rFonts w:ascii="AvantGarde Bk BT" w:hAnsi="AvantGarde Bk BT"/>
          <w:sz w:val="22"/>
        </w:rPr>
        <w:t>publicación</w:t>
      </w:r>
      <w:proofErr w:type="spellEnd"/>
      <w:r w:rsidR="00EF25FD">
        <w:rPr>
          <w:rFonts w:ascii="AvantGarde Bk BT" w:hAnsi="AvantGarde Bk BT"/>
          <w:sz w:val="22"/>
        </w:rPr>
        <w:t xml:space="preserve"> </w:t>
      </w:r>
      <w:proofErr w:type="spellStart"/>
      <w:r w:rsidR="00EF25FD">
        <w:rPr>
          <w:rFonts w:ascii="AvantGarde Bk BT" w:hAnsi="AvantGarde Bk BT"/>
          <w:sz w:val="22"/>
        </w:rPr>
        <w:t>en</w:t>
      </w:r>
      <w:proofErr w:type="spellEnd"/>
      <w:r w:rsidR="00EF25FD">
        <w:rPr>
          <w:rFonts w:ascii="AvantGarde Bk BT" w:hAnsi="AvantGarde Bk BT"/>
          <w:sz w:val="22"/>
        </w:rPr>
        <w:t xml:space="preserve"> el </w:t>
      </w:r>
      <w:proofErr w:type="spellStart"/>
      <w:r w:rsidR="00EF25FD">
        <w:rPr>
          <w:rFonts w:ascii="AvantGarde Bk BT" w:hAnsi="AvantGarde Bk BT"/>
          <w:sz w:val="22"/>
        </w:rPr>
        <w:t>Boletin</w:t>
      </w:r>
      <w:proofErr w:type="spellEnd"/>
      <w:r w:rsidR="00EF25FD">
        <w:rPr>
          <w:rFonts w:ascii="AvantGarde Bk BT" w:hAnsi="AvantGarde Bk BT"/>
          <w:sz w:val="22"/>
        </w:rPr>
        <w:t xml:space="preserve"> </w:t>
      </w:r>
      <w:proofErr w:type="spellStart"/>
      <w:r w:rsidR="00EF25FD">
        <w:rPr>
          <w:rFonts w:ascii="AvantGarde Bk BT" w:hAnsi="AvantGarde Bk BT"/>
          <w:sz w:val="22"/>
        </w:rPr>
        <w:t>Oficial</w:t>
      </w:r>
      <w:proofErr w:type="spellEnd"/>
      <w:r w:rsidR="00EF25FD">
        <w:rPr>
          <w:rFonts w:ascii="AvantGarde Bk BT" w:hAnsi="AvantGarde Bk BT"/>
          <w:sz w:val="22"/>
        </w:rPr>
        <w:t xml:space="preserve"> de la Comunidad de Madrid </w:t>
      </w:r>
      <w:r w:rsidR="004D7F97">
        <w:rPr>
          <w:rFonts w:ascii="AvantGarde Bk BT" w:hAnsi="AvantGarde Bk BT"/>
          <w:sz w:val="22"/>
        </w:rPr>
        <w:t xml:space="preserve">hasta el 20 de </w:t>
      </w:r>
      <w:proofErr w:type="spellStart"/>
      <w:r w:rsidR="004D7F97">
        <w:rPr>
          <w:rFonts w:ascii="AvantGarde Bk BT" w:hAnsi="AvantGarde Bk BT"/>
          <w:sz w:val="22"/>
        </w:rPr>
        <w:t>julio</w:t>
      </w:r>
      <w:proofErr w:type="spellEnd"/>
      <w:r w:rsidR="004D7F97">
        <w:rPr>
          <w:rFonts w:ascii="AvantGarde Bk BT" w:hAnsi="AvantGarde Bk BT"/>
          <w:sz w:val="22"/>
        </w:rPr>
        <w:t xml:space="preserve"> de 2026.</w:t>
      </w:r>
    </w:p>
    <w:p w14:paraId="6A0033B1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r w:rsidRPr="00FD07E5">
        <w:rPr>
          <w:rFonts w:ascii="AvantGarde Bk BT" w:hAnsi="AvantGarde Bk BT"/>
          <w:sz w:val="22"/>
          <w:szCs w:val="22"/>
        </w:rPr>
        <w:t xml:space="preserve">Décimo. </w:t>
      </w:r>
      <w:proofErr w:type="spellStart"/>
      <w:r w:rsidRPr="00FD07E5">
        <w:rPr>
          <w:rFonts w:ascii="AvantGarde Bk BT" w:hAnsi="AvantGarde Bk BT"/>
          <w:sz w:val="22"/>
          <w:szCs w:val="22"/>
        </w:rPr>
        <w:t>Documentación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24CBEB30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La </w:t>
      </w:r>
      <w:proofErr w:type="spellStart"/>
      <w:r w:rsidRPr="00FD07E5">
        <w:rPr>
          <w:rFonts w:ascii="AvantGarde Bk BT" w:hAnsi="AvantGarde Bk BT"/>
          <w:sz w:val="22"/>
        </w:rPr>
        <w:t>solicitud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deberá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acompañarse</w:t>
      </w:r>
      <w:proofErr w:type="spellEnd"/>
      <w:r w:rsidRPr="00FD07E5">
        <w:rPr>
          <w:rFonts w:ascii="AvantGarde Bk BT" w:hAnsi="AvantGarde Bk BT"/>
          <w:sz w:val="22"/>
        </w:rPr>
        <w:t xml:space="preserve"> de la </w:t>
      </w:r>
      <w:proofErr w:type="spellStart"/>
      <w:r w:rsidRPr="00FD07E5">
        <w:rPr>
          <w:rFonts w:ascii="AvantGarde Bk BT" w:hAnsi="AvantGarde Bk BT"/>
          <w:sz w:val="22"/>
        </w:rPr>
        <w:t>documentación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prevista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las bases </w:t>
      </w:r>
      <w:proofErr w:type="spellStart"/>
      <w:r w:rsidRPr="00FD07E5">
        <w:rPr>
          <w:rFonts w:ascii="AvantGarde Bk BT" w:hAnsi="AvantGarde Bk BT"/>
          <w:sz w:val="22"/>
        </w:rPr>
        <w:t>reguladoras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incluyendo</w:t>
      </w:r>
      <w:proofErr w:type="spellEnd"/>
      <w:r w:rsidRPr="00FD07E5">
        <w:rPr>
          <w:rFonts w:ascii="AvantGarde Bk BT" w:hAnsi="AvantGarde Bk BT"/>
          <w:sz w:val="22"/>
        </w:rPr>
        <w:t xml:space="preserve"> DNI/NIE, volante de </w:t>
      </w:r>
      <w:proofErr w:type="spellStart"/>
      <w:r w:rsidRPr="00FD07E5">
        <w:rPr>
          <w:rFonts w:ascii="AvantGarde Bk BT" w:hAnsi="AvantGarde Bk BT"/>
          <w:sz w:val="22"/>
        </w:rPr>
        <w:t>empadronamiento</w:t>
      </w:r>
      <w:proofErr w:type="spellEnd"/>
      <w:r w:rsidRPr="00FD07E5">
        <w:rPr>
          <w:rFonts w:ascii="AvantGarde Bk BT" w:hAnsi="AvantGarde Bk BT"/>
          <w:sz w:val="22"/>
        </w:rPr>
        <w:t xml:space="preserve"> o </w:t>
      </w:r>
      <w:proofErr w:type="spellStart"/>
      <w:r w:rsidRPr="00FD07E5">
        <w:rPr>
          <w:rFonts w:ascii="AvantGarde Bk BT" w:hAnsi="AvantGarde Bk BT"/>
          <w:sz w:val="22"/>
        </w:rPr>
        <w:t>autorización</w:t>
      </w:r>
      <w:proofErr w:type="spellEnd"/>
      <w:r w:rsidRPr="00FD07E5">
        <w:rPr>
          <w:rFonts w:ascii="AvantGarde Bk BT" w:hAnsi="AvantGarde Bk BT"/>
          <w:sz w:val="22"/>
        </w:rPr>
        <w:t xml:space="preserve"> de consulta, </w:t>
      </w:r>
      <w:proofErr w:type="spellStart"/>
      <w:r w:rsidRPr="00FD07E5">
        <w:rPr>
          <w:rFonts w:ascii="AvantGarde Bk BT" w:hAnsi="AvantGarde Bk BT"/>
          <w:sz w:val="22"/>
        </w:rPr>
        <w:t>documentación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oficial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calificaciones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certificado</w:t>
      </w:r>
      <w:proofErr w:type="spellEnd"/>
      <w:r w:rsidRPr="00FD07E5">
        <w:rPr>
          <w:rFonts w:ascii="AvantGarde Bk BT" w:hAnsi="AvantGarde Bk BT"/>
          <w:sz w:val="22"/>
        </w:rPr>
        <w:t xml:space="preserve"> o </w:t>
      </w:r>
      <w:proofErr w:type="spellStart"/>
      <w:r w:rsidRPr="00FD07E5">
        <w:rPr>
          <w:rFonts w:ascii="AvantGarde Bk BT" w:hAnsi="AvantGarde Bk BT"/>
          <w:sz w:val="22"/>
        </w:rPr>
        <w:t>autorización</w:t>
      </w:r>
      <w:proofErr w:type="spellEnd"/>
      <w:r w:rsidRPr="00FD07E5">
        <w:rPr>
          <w:rFonts w:ascii="AvantGarde Bk BT" w:hAnsi="AvantGarde Bk BT"/>
          <w:sz w:val="22"/>
        </w:rPr>
        <w:t xml:space="preserve"> de consulta de </w:t>
      </w:r>
      <w:proofErr w:type="spellStart"/>
      <w:r w:rsidRPr="00FD07E5">
        <w:rPr>
          <w:rFonts w:ascii="AvantGarde Bk BT" w:hAnsi="AvantGarde Bk BT"/>
          <w:sz w:val="22"/>
        </w:rPr>
        <w:t>estar</w:t>
      </w:r>
      <w:proofErr w:type="spellEnd"/>
      <w:r w:rsidRPr="00FD07E5">
        <w:rPr>
          <w:rFonts w:ascii="AvantGarde Bk BT" w:hAnsi="AvantGarde Bk BT"/>
          <w:sz w:val="22"/>
        </w:rPr>
        <w:t xml:space="preserve"> al </w:t>
      </w:r>
      <w:proofErr w:type="spellStart"/>
      <w:r w:rsidRPr="00FD07E5">
        <w:rPr>
          <w:rFonts w:ascii="AvantGarde Bk BT" w:hAnsi="AvantGarde Bk BT"/>
          <w:sz w:val="22"/>
        </w:rPr>
        <w:t>corriente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obligaciones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tributarias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Seguridad</w:t>
      </w:r>
      <w:proofErr w:type="spellEnd"/>
      <w:r w:rsidRPr="00FD07E5">
        <w:rPr>
          <w:rFonts w:ascii="AvantGarde Bk BT" w:hAnsi="AvantGarde Bk BT"/>
          <w:sz w:val="22"/>
        </w:rPr>
        <w:t xml:space="preserve"> Social y Hacienda Local, </w:t>
      </w:r>
      <w:proofErr w:type="spellStart"/>
      <w:r w:rsidRPr="00FD07E5">
        <w:rPr>
          <w:rFonts w:ascii="AvantGarde Bk BT" w:hAnsi="AvantGarde Bk BT"/>
          <w:sz w:val="22"/>
        </w:rPr>
        <w:t>declaración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responsable</w:t>
      </w:r>
      <w:proofErr w:type="spellEnd"/>
      <w:r w:rsidRPr="00FD07E5">
        <w:rPr>
          <w:rFonts w:ascii="AvantGarde Bk BT" w:hAnsi="AvantGarde Bk BT"/>
          <w:sz w:val="22"/>
        </w:rPr>
        <w:t xml:space="preserve"> del </w:t>
      </w:r>
      <w:proofErr w:type="spellStart"/>
      <w:r w:rsidRPr="00FD07E5">
        <w:rPr>
          <w:rFonts w:ascii="AvantGarde Bk BT" w:hAnsi="AvantGarde Bk BT"/>
          <w:sz w:val="22"/>
        </w:rPr>
        <w:t>artículo</w:t>
      </w:r>
      <w:proofErr w:type="spellEnd"/>
      <w:r w:rsidRPr="00FD07E5">
        <w:rPr>
          <w:rFonts w:ascii="AvantGarde Bk BT" w:hAnsi="AvantGarde Bk BT"/>
          <w:sz w:val="22"/>
        </w:rPr>
        <w:t xml:space="preserve"> 13 de la Ley General de </w:t>
      </w:r>
      <w:proofErr w:type="spellStart"/>
      <w:r w:rsidRPr="00FD07E5">
        <w:rPr>
          <w:rFonts w:ascii="AvantGarde Bk BT" w:hAnsi="AvantGarde Bk BT"/>
          <w:sz w:val="22"/>
        </w:rPr>
        <w:t>Subvenciones</w:t>
      </w:r>
      <w:proofErr w:type="spellEnd"/>
      <w:r w:rsidRPr="00FD07E5">
        <w:rPr>
          <w:rFonts w:ascii="AvantGarde Bk BT" w:hAnsi="AvantGarde Bk BT"/>
          <w:sz w:val="22"/>
        </w:rPr>
        <w:t xml:space="preserve"> y </w:t>
      </w:r>
      <w:proofErr w:type="spellStart"/>
      <w:r w:rsidRPr="00FD07E5">
        <w:rPr>
          <w:rFonts w:ascii="AvantGarde Bk BT" w:hAnsi="AvantGarde Bk BT"/>
          <w:sz w:val="22"/>
        </w:rPr>
        <w:t>declaración</w:t>
      </w:r>
      <w:proofErr w:type="spellEnd"/>
      <w:r w:rsidRPr="00FD07E5">
        <w:rPr>
          <w:rFonts w:ascii="AvantGarde Bk BT" w:hAnsi="AvantGarde Bk BT"/>
          <w:sz w:val="22"/>
        </w:rPr>
        <w:t xml:space="preserve"> de no </w:t>
      </w:r>
      <w:proofErr w:type="spellStart"/>
      <w:r w:rsidRPr="00FD07E5">
        <w:rPr>
          <w:rFonts w:ascii="AvantGarde Bk BT" w:hAnsi="AvantGarde Bk BT"/>
          <w:sz w:val="22"/>
        </w:rPr>
        <w:t>poseer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titulación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universitaria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3E0A5AC4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proofErr w:type="spellStart"/>
      <w:r w:rsidRPr="00FD07E5">
        <w:rPr>
          <w:rFonts w:ascii="AvantGarde Bk BT" w:hAnsi="AvantGarde Bk BT"/>
          <w:sz w:val="22"/>
          <w:szCs w:val="22"/>
        </w:rPr>
        <w:t>Undécimo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. </w:t>
      </w:r>
      <w:proofErr w:type="spellStart"/>
      <w:r w:rsidRPr="00FD07E5">
        <w:rPr>
          <w:rFonts w:ascii="AvantGarde Bk BT" w:hAnsi="AvantGarde Bk BT"/>
          <w:sz w:val="22"/>
          <w:szCs w:val="22"/>
        </w:rPr>
        <w:t>Criterios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  <w:szCs w:val="22"/>
        </w:rPr>
        <w:t>valoración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2E48F23D" w14:textId="733D47F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Los </w:t>
      </w:r>
      <w:proofErr w:type="spellStart"/>
      <w:r w:rsidRPr="00FD07E5">
        <w:rPr>
          <w:rFonts w:ascii="AvantGarde Bk BT" w:hAnsi="AvantGarde Bk BT"/>
          <w:sz w:val="22"/>
        </w:rPr>
        <w:t>criterios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valoración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serán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establecidos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apartado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r w:rsidR="00DA5EB0">
        <w:rPr>
          <w:rFonts w:ascii="AvantGarde Bk BT" w:hAnsi="AvantGarde Bk BT"/>
          <w:sz w:val="22"/>
        </w:rPr>
        <w:t>6</w:t>
      </w:r>
      <w:r w:rsidRPr="00FD07E5">
        <w:rPr>
          <w:rFonts w:ascii="AvantGarde Bk BT" w:hAnsi="AvantGarde Bk BT"/>
          <w:sz w:val="22"/>
        </w:rPr>
        <w:t xml:space="preserve"> de las bases </w:t>
      </w:r>
      <w:proofErr w:type="spellStart"/>
      <w:r w:rsidRPr="00FD07E5">
        <w:rPr>
          <w:rFonts w:ascii="AvantGarde Bk BT" w:hAnsi="AvantGarde Bk BT"/>
          <w:sz w:val="22"/>
        </w:rPr>
        <w:t>reguladoras</w:t>
      </w:r>
      <w:proofErr w:type="spellEnd"/>
      <w:r w:rsidRPr="00FD07E5">
        <w:rPr>
          <w:rFonts w:ascii="AvantGarde Bk BT" w:hAnsi="AvantGarde Bk BT"/>
          <w:sz w:val="22"/>
        </w:rPr>
        <w:t xml:space="preserve">. La </w:t>
      </w:r>
      <w:proofErr w:type="spellStart"/>
      <w:r w:rsidRPr="00FD07E5">
        <w:rPr>
          <w:rFonts w:ascii="AvantGarde Bk BT" w:hAnsi="AvantGarde Bk BT"/>
          <w:sz w:val="22"/>
        </w:rPr>
        <w:t>adjudicación</w:t>
      </w:r>
      <w:proofErr w:type="spellEnd"/>
      <w:r w:rsidRPr="00FD07E5">
        <w:rPr>
          <w:rFonts w:ascii="AvantGarde Bk BT" w:hAnsi="AvantGarde Bk BT"/>
          <w:sz w:val="22"/>
        </w:rPr>
        <w:t xml:space="preserve"> se </w:t>
      </w:r>
      <w:proofErr w:type="spellStart"/>
      <w:r w:rsidRPr="00FD07E5">
        <w:rPr>
          <w:rFonts w:ascii="AvantGarde Bk BT" w:hAnsi="AvantGarde Bk BT"/>
          <w:sz w:val="22"/>
        </w:rPr>
        <w:t>realizará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función</w:t>
      </w:r>
      <w:proofErr w:type="spellEnd"/>
      <w:r w:rsidRPr="00FD07E5">
        <w:rPr>
          <w:rFonts w:ascii="AvantGarde Bk BT" w:hAnsi="AvantGarde Bk BT"/>
          <w:sz w:val="22"/>
        </w:rPr>
        <w:t xml:space="preserve"> de la nota </w:t>
      </w:r>
      <w:proofErr w:type="spellStart"/>
      <w:r w:rsidRPr="00FD07E5">
        <w:rPr>
          <w:rFonts w:ascii="AvantGarde Bk BT" w:hAnsi="AvantGarde Bk BT"/>
          <w:sz w:val="22"/>
        </w:rPr>
        <w:t>académica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oficial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acreditada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expresada</w:t>
      </w:r>
      <w:proofErr w:type="spellEnd"/>
      <w:r w:rsidRPr="00FD07E5">
        <w:rPr>
          <w:rFonts w:ascii="AvantGarde Bk BT" w:hAnsi="AvantGarde Bk BT"/>
          <w:sz w:val="22"/>
        </w:rPr>
        <w:t xml:space="preserve"> con </w:t>
      </w:r>
      <w:proofErr w:type="spellStart"/>
      <w:r w:rsidRPr="00FD07E5">
        <w:rPr>
          <w:rFonts w:ascii="AvantGarde Bk BT" w:hAnsi="AvantGarde Bk BT"/>
          <w:sz w:val="22"/>
        </w:rPr>
        <w:t>tres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decimales</w:t>
      </w:r>
      <w:proofErr w:type="spellEnd"/>
      <w:r w:rsidRPr="00FD07E5">
        <w:rPr>
          <w:rFonts w:ascii="AvantGarde Bk BT" w:hAnsi="AvantGarde Bk BT"/>
          <w:sz w:val="22"/>
        </w:rPr>
        <w:t xml:space="preserve">. Se </w:t>
      </w:r>
      <w:proofErr w:type="spellStart"/>
      <w:r w:rsidRPr="00FD07E5">
        <w:rPr>
          <w:rFonts w:ascii="AvantGarde Bk BT" w:hAnsi="AvantGarde Bk BT"/>
          <w:sz w:val="22"/>
        </w:rPr>
        <w:t>aplicará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una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bonificación</w:t>
      </w:r>
      <w:proofErr w:type="spellEnd"/>
      <w:r w:rsidRPr="00FD07E5">
        <w:rPr>
          <w:rFonts w:ascii="AvantGarde Bk BT" w:hAnsi="AvantGarde Bk BT"/>
          <w:sz w:val="22"/>
        </w:rPr>
        <w:t xml:space="preserve"> lineal de dos (2) puntos </w:t>
      </w:r>
      <w:proofErr w:type="spellStart"/>
      <w:r w:rsidRPr="00FD07E5">
        <w:rPr>
          <w:rFonts w:ascii="AvantGarde Bk BT" w:hAnsi="AvantGarde Bk BT"/>
          <w:sz w:val="22"/>
        </w:rPr>
        <w:t>adicionales</w:t>
      </w:r>
      <w:proofErr w:type="spellEnd"/>
      <w:r w:rsidRPr="00FD07E5">
        <w:rPr>
          <w:rFonts w:ascii="AvantGarde Bk BT" w:hAnsi="AvantGarde Bk BT"/>
          <w:sz w:val="22"/>
        </w:rPr>
        <w:t xml:space="preserve"> a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aspirantes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procedentes</w:t>
      </w:r>
      <w:proofErr w:type="spellEnd"/>
      <w:r w:rsidRPr="00FD07E5">
        <w:rPr>
          <w:rFonts w:ascii="AvantGarde Bk BT" w:hAnsi="AvantGarde Bk BT"/>
          <w:sz w:val="22"/>
        </w:rPr>
        <w:t xml:space="preserve"> del </w:t>
      </w:r>
      <w:proofErr w:type="spellStart"/>
      <w:r w:rsidRPr="00FD07E5">
        <w:rPr>
          <w:rFonts w:ascii="AvantGarde Bk BT" w:hAnsi="AvantGarde Bk BT"/>
          <w:sz w:val="22"/>
        </w:rPr>
        <w:t>Bachillerato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nacional</w:t>
      </w:r>
      <w:proofErr w:type="spellEnd"/>
      <w:r w:rsidRPr="00FD07E5">
        <w:rPr>
          <w:rFonts w:ascii="AvantGarde Bk BT" w:hAnsi="AvantGarde Bk BT"/>
          <w:sz w:val="22"/>
        </w:rPr>
        <w:t xml:space="preserve"> con PAU/EBAU </w:t>
      </w:r>
      <w:proofErr w:type="spellStart"/>
      <w:r w:rsidRPr="00FD07E5">
        <w:rPr>
          <w:rFonts w:ascii="AvantGarde Bk BT" w:hAnsi="AvantGarde Bk BT"/>
          <w:sz w:val="22"/>
        </w:rPr>
        <w:t>superada</w:t>
      </w:r>
      <w:proofErr w:type="spellEnd"/>
      <w:r w:rsidRPr="00FD07E5">
        <w:rPr>
          <w:rFonts w:ascii="AvantGarde Bk BT" w:hAnsi="AvantGarde Bk BT"/>
          <w:sz w:val="22"/>
        </w:rPr>
        <w:t xml:space="preserve"> y a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procedentes</w:t>
      </w:r>
      <w:proofErr w:type="spellEnd"/>
      <w:r w:rsidRPr="00FD07E5">
        <w:rPr>
          <w:rFonts w:ascii="AvantGarde Bk BT" w:hAnsi="AvantGarde Bk BT"/>
          <w:sz w:val="22"/>
        </w:rPr>
        <w:t xml:space="preserve"> del </w:t>
      </w:r>
      <w:proofErr w:type="spellStart"/>
      <w:r w:rsidRPr="00FD07E5">
        <w:rPr>
          <w:rFonts w:ascii="AvantGarde Bk BT" w:hAnsi="AvantGarde Bk BT"/>
          <w:sz w:val="22"/>
        </w:rPr>
        <w:t>Programa</w:t>
      </w:r>
      <w:proofErr w:type="spellEnd"/>
      <w:r w:rsidRPr="00FD07E5">
        <w:rPr>
          <w:rFonts w:ascii="AvantGarde Bk BT" w:hAnsi="AvantGarde Bk BT"/>
          <w:sz w:val="22"/>
        </w:rPr>
        <w:t xml:space="preserve"> del Diploma del </w:t>
      </w:r>
      <w:proofErr w:type="spellStart"/>
      <w:r w:rsidRPr="00FD07E5">
        <w:rPr>
          <w:rFonts w:ascii="AvantGarde Bk BT" w:hAnsi="AvantGarde Bk BT"/>
          <w:sz w:val="22"/>
        </w:rPr>
        <w:t>Bachillerato</w:t>
      </w:r>
      <w:proofErr w:type="spellEnd"/>
      <w:r w:rsidRPr="00FD07E5">
        <w:rPr>
          <w:rFonts w:ascii="AvantGarde Bk BT" w:hAnsi="AvantGarde Bk BT"/>
          <w:sz w:val="22"/>
        </w:rPr>
        <w:t xml:space="preserve"> Internacional (IB) con </w:t>
      </w:r>
      <w:proofErr w:type="spellStart"/>
      <w:r w:rsidRPr="00FD07E5">
        <w:rPr>
          <w:rFonts w:ascii="AvantGarde Bk BT" w:hAnsi="AvantGarde Bk BT"/>
          <w:sz w:val="22"/>
        </w:rPr>
        <w:t>credencial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oficial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acceso</w:t>
      </w:r>
      <w:proofErr w:type="spellEnd"/>
      <w:r w:rsidRPr="00FD07E5">
        <w:rPr>
          <w:rFonts w:ascii="AvantGarde Bk BT" w:hAnsi="AvantGarde Bk BT"/>
          <w:sz w:val="22"/>
        </w:rPr>
        <w:t xml:space="preserve">. En </w:t>
      </w:r>
      <w:proofErr w:type="spellStart"/>
      <w:r w:rsidRPr="00FD07E5">
        <w:rPr>
          <w:rFonts w:ascii="AvantGarde Bk BT" w:hAnsi="AvantGarde Bk BT"/>
          <w:sz w:val="22"/>
        </w:rPr>
        <w:t>caso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empate</w:t>
      </w:r>
      <w:proofErr w:type="spellEnd"/>
      <w:r w:rsidRPr="00FD07E5">
        <w:rPr>
          <w:rFonts w:ascii="AvantGarde Bk BT" w:hAnsi="AvantGarde Bk BT"/>
          <w:sz w:val="22"/>
        </w:rPr>
        <w:t xml:space="preserve"> se </w:t>
      </w:r>
      <w:proofErr w:type="spellStart"/>
      <w:r w:rsidRPr="00FD07E5">
        <w:rPr>
          <w:rFonts w:ascii="AvantGarde Bk BT" w:hAnsi="AvantGarde Bk BT"/>
          <w:sz w:val="22"/>
        </w:rPr>
        <w:t>aplicará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criterio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fecha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presentación</w:t>
      </w:r>
      <w:proofErr w:type="spellEnd"/>
      <w:r w:rsidRPr="00FD07E5">
        <w:rPr>
          <w:rFonts w:ascii="AvantGarde Bk BT" w:hAnsi="AvantGarde Bk BT"/>
          <w:sz w:val="22"/>
        </w:rPr>
        <w:t xml:space="preserve"> de la </w:t>
      </w:r>
      <w:proofErr w:type="spellStart"/>
      <w:r w:rsidRPr="00FD07E5">
        <w:rPr>
          <w:rFonts w:ascii="AvantGarde Bk BT" w:hAnsi="AvantGarde Bk BT"/>
          <w:sz w:val="22"/>
        </w:rPr>
        <w:t>solicitud</w:t>
      </w:r>
      <w:proofErr w:type="spellEnd"/>
      <w:r w:rsidRPr="00FD07E5">
        <w:rPr>
          <w:rFonts w:ascii="AvantGarde Bk BT" w:hAnsi="AvantGarde Bk BT"/>
          <w:sz w:val="22"/>
        </w:rPr>
        <w:t xml:space="preserve"> completa.</w:t>
      </w:r>
    </w:p>
    <w:p w14:paraId="3F81CA41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proofErr w:type="spellStart"/>
      <w:r w:rsidRPr="00FD07E5">
        <w:rPr>
          <w:rFonts w:ascii="AvantGarde Bk BT" w:hAnsi="AvantGarde Bk BT"/>
          <w:sz w:val="22"/>
          <w:szCs w:val="22"/>
        </w:rPr>
        <w:t>Duodécimo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. </w:t>
      </w:r>
      <w:proofErr w:type="spellStart"/>
      <w:r w:rsidRPr="00FD07E5">
        <w:rPr>
          <w:rFonts w:ascii="AvantGarde Bk BT" w:hAnsi="AvantGarde Bk BT"/>
          <w:sz w:val="22"/>
          <w:szCs w:val="22"/>
        </w:rPr>
        <w:t>Procedimiento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 y </w:t>
      </w:r>
      <w:proofErr w:type="spellStart"/>
      <w:r w:rsidRPr="00FD07E5">
        <w:rPr>
          <w:rFonts w:ascii="AvantGarde Bk BT" w:hAnsi="AvantGarde Bk BT"/>
          <w:sz w:val="22"/>
          <w:szCs w:val="22"/>
        </w:rPr>
        <w:t>alegaciones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7138ED03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Una </w:t>
      </w:r>
      <w:proofErr w:type="spellStart"/>
      <w:r w:rsidRPr="00FD07E5">
        <w:rPr>
          <w:rFonts w:ascii="AvantGarde Bk BT" w:hAnsi="AvantGarde Bk BT"/>
          <w:sz w:val="22"/>
        </w:rPr>
        <w:t>vez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baremadas</w:t>
      </w:r>
      <w:proofErr w:type="spellEnd"/>
      <w:r w:rsidRPr="00FD07E5">
        <w:rPr>
          <w:rFonts w:ascii="AvantGarde Bk BT" w:hAnsi="AvantGarde Bk BT"/>
          <w:sz w:val="22"/>
        </w:rPr>
        <w:t xml:space="preserve"> las solicitudes, se </w:t>
      </w:r>
      <w:proofErr w:type="spellStart"/>
      <w:r w:rsidRPr="00FD07E5">
        <w:rPr>
          <w:rFonts w:ascii="AvantGarde Bk BT" w:hAnsi="AvantGarde Bk BT"/>
          <w:sz w:val="22"/>
        </w:rPr>
        <w:t>publicará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listado</w:t>
      </w:r>
      <w:proofErr w:type="spellEnd"/>
      <w:r w:rsidRPr="00FD07E5">
        <w:rPr>
          <w:rFonts w:ascii="AvantGarde Bk BT" w:hAnsi="AvantGarde Bk BT"/>
          <w:sz w:val="22"/>
        </w:rPr>
        <w:t xml:space="preserve"> provisional de </w:t>
      </w:r>
      <w:proofErr w:type="spellStart"/>
      <w:r w:rsidRPr="00FD07E5">
        <w:rPr>
          <w:rFonts w:ascii="AvantGarde Bk BT" w:hAnsi="AvantGarde Bk BT"/>
          <w:sz w:val="22"/>
        </w:rPr>
        <w:t>admitidos</w:t>
      </w:r>
      <w:proofErr w:type="spellEnd"/>
      <w:r w:rsidRPr="00FD07E5">
        <w:rPr>
          <w:rFonts w:ascii="AvantGarde Bk BT" w:hAnsi="AvantGarde Bk BT"/>
          <w:sz w:val="22"/>
        </w:rPr>
        <w:t xml:space="preserve"> y </w:t>
      </w:r>
      <w:proofErr w:type="spellStart"/>
      <w:r w:rsidRPr="00FD07E5">
        <w:rPr>
          <w:rFonts w:ascii="AvantGarde Bk BT" w:hAnsi="AvantGarde Bk BT"/>
          <w:sz w:val="22"/>
        </w:rPr>
        <w:t>excluidos</w:t>
      </w:r>
      <w:proofErr w:type="spellEnd"/>
      <w:r w:rsidRPr="00FD07E5">
        <w:rPr>
          <w:rFonts w:ascii="AvantGarde Bk BT" w:hAnsi="AvantGarde Bk BT"/>
          <w:sz w:val="22"/>
        </w:rPr>
        <w:t xml:space="preserve">. Los </w:t>
      </w:r>
      <w:proofErr w:type="spellStart"/>
      <w:r w:rsidRPr="00FD07E5">
        <w:rPr>
          <w:rFonts w:ascii="AvantGarde Bk BT" w:hAnsi="AvantGarde Bk BT"/>
          <w:sz w:val="22"/>
        </w:rPr>
        <w:t>interesados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dispondrán</w:t>
      </w:r>
      <w:proofErr w:type="spellEnd"/>
      <w:r w:rsidRPr="00FD07E5">
        <w:rPr>
          <w:rFonts w:ascii="AvantGarde Bk BT" w:hAnsi="AvantGarde Bk BT"/>
          <w:sz w:val="22"/>
        </w:rPr>
        <w:t xml:space="preserve"> de 10 días </w:t>
      </w:r>
      <w:proofErr w:type="spellStart"/>
      <w:r w:rsidRPr="00FD07E5">
        <w:rPr>
          <w:rFonts w:ascii="AvantGarde Bk BT" w:hAnsi="AvantGarde Bk BT"/>
          <w:sz w:val="22"/>
        </w:rPr>
        <w:t>hábiles</w:t>
      </w:r>
      <w:proofErr w:type="spellEnd"/>
      <w:r w:rsidRPr="00FD07E5">
        <w:rPr>
          <w:rFonts w:ascii="AvantGarde Bk BT" w:hAnsi="AvantGarde Bk BT"/>
          <w:sz w:val="22"/>
        </w:rPr>
        <w:t xml:space="preserve"> para formular </w:t>
      </w:r>
      <w:proofErr w:type="spellStart"/>
      <w:r w:rsidRPr="00FD07E5">
        <w:rPr>
          <w:rFonts w:ascii="AvantGarde Bk BT" w:hAnsi="AvantGarde Bk BT"/>
          <w:sz w:val="22"/>
        </w:rPr>
        <w:t>alegaciones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pudiendo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reducirse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dicho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plazo</w:t>
      </w:r>
      <w:proofErr w:type="spellEnd"/>
      <w:r w:rsidRPr="00FD07E5">
        <w:rPr>
          <w:rFonts w:ascii="AvantGarde Bk BT" w:hAnsi="AvantGarde Bk BT"/>
          <w:sz w:val="22"/>
        </w:rPr>
        <w:t xml:space="preserve"> a 5 días </w:t>
      </w:r>
      <w:proofErr w:type="spellStart"/>
      <w:r w:rsidRPr="00FD07E5">
        <w:rPr>
          <w:rFonts w:ascii="AvantGarde Bk BT" w:hAnsi="AvantGarde Bk BT"/>
          <w:sz w:val="22"/>
        </w:rPr>
        <w:t>hábiles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razones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interés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público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debidamente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motivadas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conforme</w:t>
      </w:r>
      <w:proofErr w:type="spellEnd"/>
      <w:r w:rsidRPr="00FD07E5">
        <w:rPr>
          <w:rFonts w:ascii="AvantGarde Bk BT" w:hAnsi="AvantGarde Bk BT"/>
          <w:sz w:val="22"/>
        </w:rPr>
        <w:t xml:space="preserve"> al </w:t>
      </w:r>
      <w:proofErr w:type="spellStart"/>
      <w:r w:rsidRPr="00FD07E5">
        <w:rPr>
          <w:rFonts w:ascii="AvantGarde Bk BT" w:hAnsi="AvantGarde Bk BT"/>
          <w:sz w:val="22"/>
        </w:rPr>
        <w:t>artículo</w:t>
      </w:r>
      <w:proofErr w:type="spellEnd"/>
      <w:r w:rsidRPr="00FD07E5">
        <w:rPr>
          <w:rFonts w:ascii="AvantGarde Bk BT" w:hAnsi="AvantGarde Bk BT"/>
          <w:sz w:val="22"/>
        </w:rPr>
        <w:t xml:space="preserve"> 33 de la Ley 39/2015.</w:t>
      </w:r>
    </w:p>
    <w:p w14:paraId="2FE97E48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proofErr w:type="spellStart"/>
      <w:r w:rsidRPr="00FD07E5">
        <w:rPr>
          <w:rFonts w:ascii="AvantGarde Bk BT" w:hAnsi="AvantGarde Bk BT"/>
          <w:sz w:val="22"/>
          <w:szCs w:val="22"/>
        </w:rPr>
        <w:lastRenderedPageBreak/>
        <w:t>Decimotercero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. </w:t>
      </w:r>
      <w:proofErr w:type="spellStart"/>
      <w:r w:rsidRPr="00FD07E5">
        <w:rPr>
          <w:rFonts w:ascii="AvantGarde Bk BT" w:hAnsi="AvantGarde Bk BT"/>
          <w:sz w:val="22"/>
          <w:szCs w:val="22"/>
        </w:rPr>
        <w:t>Resolución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2B9E631A" w14:textId="15573B2D" w:rsidR="0064456C" w:rsidRPr="00FD07E5" w:rsidRDefault="001D43FC">
      <w:pPr>
        <w:rPr>
          <w:rFonts w:ascii="AvantGarde Bk BT" w:hAnsi="AvantGarde Bk BT"/>
          <w:sz w:val="22"/>
        </w:rPr>
      </w:pPr>
      <w:proofErr w:type="spellStart"/>
      <w:r w:rsidRPr="00FD07E5">
        <w:rPr>
          <w:rFonts w:ascii="AvantGarde Bk BT" w:hAnsi="AvantGarde Bk BT"/>
          <w:sz w:val="22"/>
        </w:rPr>
        <w:t>Finalizado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trámite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alegaciones</w:t>
      </w:r>
      <w:proofErr w:type="spellEnd"/>
      <w:r w:rsidRPr="00FD07E5">
        <w:rPr>
          <w:rFonts w:ascii="AvantGarde Bk BT" w:hAnsi="AvantGarde Bk BT"/>
          <w:sz w:val="22"/>
        </w:rPr>
        <w:t xml:space="preserve">, se </w:t>
      </w:r>
      <w:proofErr w:type="spellStart"/>
      <w:r w:rsidRPr="00FD07E5">
        <w:rPr>
          <w:rFonts w:ascii="AvantGarde Bk BT" w:hAnsi="AvantGarde Bk BT"/>
          <w:sz w:val="22"/>
        </w:rPr>
        <w:t>dictará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resolución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definitiva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por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órgano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competente</w:t>
      </w:r>
      <w:proofErr w:type="spellEnd"/>
      <w:r w:rsidRPr="00FD07E5">
        <w:rPr>
          <w:rFonts w:ascii="AvantGarde Bk BT" w:hAnsi="AvantGarde Bk BT"/>
          <w:sz w:val="22"/>
        </w:rPr>
        <w:t xml:space="preserve">, con </w:t>
      </w:r>
      <w:proofErr w:type="spellStart"/>
      <w:r w:rsidRPr="00FD07E5">
        <w:rPr>
          <w:rFonts w:ascii="AvantGarde Bk BT" w:hAnsi="AvantGarde Bk BT"/>
          <w:sz w:val="22"/>
        </w:rPr>
        <w:t>relación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adjudicatarios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puntuación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obtenida</w:t>
      </w:r>
      <w:proofErr w:type="spellEnd"/>
      <w:r w:rsidRPr="00FD07E5">
        <w:rPr>
          <w:rFonts w:ascii="AvantGarde Bk BT" w:hAnsi="AvantGarde Bk BT"/>
          <w:sz w:val="22"/>
        </w:rPr>
        <w:t xml:space="preserve"> y,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su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caso</w:t>
      </w:r>
      <w:proofErr w:type="spellEnd"/>
      <w:r w:rsidRPr="00FD07E5">
        <w:rPr>
          <w:rFonts w:ascii="AvantGarde Bk BT" w:hAnsi="AvantGarde Bk BT"/>
          <w:sz w:val="22"/>
        </w:rPr>
        <w:t xml:space="preserve">, solicitudes </w:t>
      </w:r>
      <w:proofErr w:type="spellStart"/>
      <w:r w:rsidRPr="00FD07E5">
        <w:rPr>
          <w:rFonts w:ascii="AvantGarde Bk BT" w:hAnsi="AvantGarde Bk BT"/>
          <w:sz w:val="22"/>
        </w:rPr>
        <w:t>excluidas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r w:rsidR="00DA5EB0">
        <w:rPr>
          <w:rFonts w:ascii="AvantGarde Bk BT" w:hAnsi="AvantGarde Bk BT"/>
          <w:sz w:val="22"/>
        </w:rPr>
        <w:t xml:space="preserve">o </w:t>
      </w:r>
      <w:proofErr w:type="spellStart"/>
      <w:r w:rsidRPr="00FD07E5">
        <w:rPr>
          <w:rFonts w:ascii="AvantGarde Bk BT" w:hAnsi="AvantGarde Bk BT"/>
          <w:sz w:val="22"/>
        </w:rPr>
        <w:t>desistidas</w:t>
      </w:r>
      <w:proofErr w:type="spellEnd"/>
      <w:r w:rsidRPr="00FD07E5">
        <w:rPr>
          <w:rFonts w:ascii="AvantGarde Bk BT" w:hAnsi="AvantGarde Bk BT"/>
          <w:sz w:val="22"/>
        </w:rPr>
        <w:t xml:space="preserve">. La </w:t>
      </w:r>
      <w:proofErr w:type="spellStart"/>
      <w:r w:rsidRPr="00FD07E5">
        <w:rPr>
          <w:rFonts w:ascii="AvantGarde Bk BT" w:hAnsi="AvantGarde Bk BT"/>
          <w:sz w:val="22"/>
        </w:rPr>
        <w:t>resolución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pondrá</w:t>
      </w:r>
      <w:proofErr w:type="spellEnd"/>
      <w:r w:rsidRPr="00FD07E5">
        <w:rPr>
          <w:rFonts w:ascii="AvantGarde Bk BT" w:hAnsi="AvantGarde Bk BT"/>
          <w:sz w:val="22"/>
        </w:rPr>
        <w:t xml:space="preserve"> fin a la </w:t>
      </w:r>
      <w:proofErr w:type="spellStart"/>
      <w:r w:rsidRPr="00FD07E5">
        <w:rPr>
          <w:rFonts w:ascii="AvantGarde Bk BT" w:hAnsi="AvantGarde Bk BT"/>
          <w:sz w:val="22"/>
        </w:rPr>
        <w:t>vía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administrativa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764CB934" w14:textId="77777777" w:rsidR="0064456C" w:rsidRPr="00FD07E5" w:rsidRDefault="001D43FC">
      <w:pPr>
        <w:pStyle w:val="Ttulo2"/>
        <w:rPr>
          <w:rFonts w:ascii="AvantGarde Bk BT" w:hAnsi="AvantGarde Bk BT"/>
          <w:sz w:val="22"/>
          <w:szCs w:val="22"/>
        </w:rPr>
      </w:pPr>
      <w:proofErr w:type="spellStart"/>
      <w:r w:rsidRPr="00FD07E5">
        <w:rPr>
          <w:rFonts w:ascii="AvantGarde Bk BT" w:hAnsi="AvantGarde Bk BT"/>
          <w:sz w:val="22"/>
          <w:szCs w:val="22"/>
        </w:rPr>
        <w:t>Decimocuarto</w:t>
      </w:r>
      <w:proofErr w:type="spellEnd"/>
      <w:r w:rsidRPr="00FD07E5">
        <w:rPr>
          <w:rFonts w:ascii="AvantGarde Bk BT" w:hAnsi="AvantGarde Bk BT"/>
          <w:sz w:val="22"/>
          <w:szCs w:val="22"/>
        </w:rPr>
        <w:t xml:space="preserve">. Medio de </w:t>
      </w:r>
      <w:proofErr w:type="spellStart"/>
      <w:r w:rsidRPr="00FD07E5">
        <w:rPr>
          <w:rFonts w:ascii="AvantGarde Bk BT" w:hAnsi="AvantGarde Bk BT"/>
          <w:sz w:val="22"/>
          <w:szCs w:val="22"/>
        </w:rPr>
        <w:t>publicación</w:t>
      </w:r>
      <w:proofErr w:type="spellEnd"/>
      <w:r w:rsidRPr="00FD07E5">
        <w:rPr>
          <w:rFonts w:ascii="AvantGarde Bk BT" w:hAnsi="AvantGarde Bk BT"/>
          <w:sz w:val="22"/>
          <w:szCs w:val="22"/>
        </w:rPr>
        <w:t>.</w:t>
      </w:r>
    </w:p>
    <w:p w14:paraId="7869FB25" w14:textId="77777777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t xml:space="preserve">La </w:t>
      </w:r>
      <w:proofErr w:type="spellStart"/>
      <w:r w:rsidRPr="00FD07E5">
        <w:rPr>
          <w:rFonts w:ascii="AvantGarde Bk BT" w:hAnsi="AvantGarde Bk BT"/>
          <w:sz w:val="22"/>
        </w:rPr>
        <w:t>convocatoria</w:t>
      </w:r>
      <w:proofErr w:type="spellEnd"/>
      <w:r w:rsidRPr="00FD07E5">
        <w:rPr>
          <w:rFonts w:ascii="AvantGarde Bk BT" w:hAnsi="AvantGarde Bk BT"/>
          <w:sz w:val="22"/>
        </w:rPr>
        <w:t xml:space="preserve">, </w:t>
      </w:r>
      <w:proofErr w:type="spellStart"/>
      <w:r w:rsidRPr="00FD07E5">
        <w:rPr>
          <w:rFonts w:ascii="AvantGarde Bk BT" w:hAnsi="AvantGarde Bk BT"/>
          <w:sz w:val="22"/>
        </w:rPr>
        <w:t>los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listados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provisionales</w:t>
      </w:r>
      <w:proofErr w:type="spellEnd"/>
      <w:r w:rsidRPr="00FD07E5">
        <w:rPr>
          <w:rFonts w:ascii="AvantGarde Bk BT" w:hAnsi="AvantGarde Bk BT"/>
          <w:sz w:val="22"/>
        </w:rPr>
        <w:t xml:space="preserve"> y la </w:t>
      </w:r>
      <w:proofErr w:type="spellStart"/>
      <w:r w:rsidRPr="00FD07E5">
        <w:rPr>
          <w:rFonts w:ascii="AvantGarde Bk BT" w:hAnsi="AvantGarde Bk BT"/>
          <w:sz w:val="22"/>
        </w:rPr>
        <w:t>resolución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definitiva</w:t>
      </w:r>
      <w:proofErr w:type="spellEnd"/>
      <w:r w:rsidRPr="00FD07E5">
        <w:rPr>
          <w:rFonts w:ascii="AvantGarde Bk BT" w:hAnsi="AvantGarde Bk BT"/>
          <w:sz w:val="22"/>
        </w:rPr>
        <w:t xml:space="preserve"> se </w:t>
      </w:r>
      <w:proofErr w:type="spellStart"/>
      <w:r w:rsidRPr="00FD07E5">
        <w:rPr>
          <w:rFonts w:ascii="AvantGarde Bk BT" w:hAnsi="AvantGarde Bk BT"/>
          <w:sz w:val="22"/>
        </w:rPr>
        <w:t>publicarán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la </w:t>
      </w:r>
      <w:proofErr w:type="spellStart"/>
      <w:r w:rsidRPr="00FD07E5">
        <w:rPr>
          <w:rFonts w:ascii="AvantGarde Bk BT" w:hAnsi="AvantGarde Bk BT"/>
          <w:sz w:val="22"/>
        </w:rPr>
        <w:t>página</w:t>
      </w:r>
      <w:proofErr w:type="spellEnd"/>
      <w:r w:rsidRPr="00FD07E5">
        <w:rPr>
          <w:rFonts w:ascii="AvantGarde Bk BT" w:hAnsi="AvantGarde Bk BT"/>
          <w:sz w:val="22"/>
        </w:rPr>
        <w:t xml:space="preserve"> web municipal y </w:t>
      </w:r>
      <w:proofErr w:type="spellStart"/>
      <w:r w:rsidRPr="00FD07E5">
        <w:rPr>
          <w:rFonts w:ascii="AvantGarde Bk BT" w:hAnsi="AvantGarde Bk BT"/>
          <w:sz w:val="22"/>
        </w:rPr>
        <w:t>en</w:t>
      </w:r>
      <w:proofErr w:type="spellEnd"/>
      <w:r w:rsidRPr="00FD07E5">
        <w:rPr>
          <w:rFonts w:ascii="AvantGarde Bk BT" w:hAnsi="AvantGarde Bk BT"/>
          <w:sz w:val="22"/>
        </w:rPr>
        <w:t xml:space="preserve"> el </w:t>
      </w:r>
      <w:proofErr w:type="spellStart"/>
      <w:r w:rsidRPr="00FD07E5">
        <w:rPr>
          <w:rFonts w:ascii="AvantGarde Bk BT" w:hAnsi="AvantGarde Bk BT"/>
          <w:sz w:val="22"/>
        </w:rPr>
        <w:t>tablón</w:t>
      </w:r>
      <w:proofErr w:type="spellEnd"/>
      <w:r w:rsidRPr="00FD07E5">
        <w:rPr>
          <w:rFonts w:ascii="AvantGarde Bk BT" w:hAnsi="AvantGarde Bk BT"/>
          <w:sz w:val="22"/>
        </w:rPr>
        <w:t xml:space="preserve"> edictal del Ayuntamiento, sin </w:t>
      </w:r>
      <w:proofErr w:type="spellStart"/>
      <w:r w:rsidRPr="00FD07E5">
        <w:rPr>
          <w:rFonts w:ascii="AvantGarde Bk BT" w:hAnsi="AvantGarde Bk BT"/>
          <w:sz w:val="22"/>
        </w:rPr>
        <w:t>perjuicio</w:t>
      </w:r>
      <w:proofErr w:type="spellEnd"/>
      <w:r w:rsidRPr="00FD07E5">
        <w:rPr>
          <w:rFonts w:ascii="AvantGarde Bk BT" w:hAnsi="AvantGarde Bk BT"/>
          <w:sz w:val="22"/>
        </w:rPr>
        <w:t xml:space="preserve"> de </w:t>
      </w:r>
      <w:proofErr w:type="spellStart"/>
      <w:r w:rsidRPr="00FD07E5">
        <w:rPr>
          <w:rFonts w:ascii="AvantGarde Bk BT" w:hAnsi="AvantGarde Bk BT"/>
          <w:sz w:val="22"/>
        </w:rPr>
        <w:t>cualquier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otro</w:t>
      </w:r>
      <w:proofErr w:type="spellEnd"/>
      <w:r w:rsidRPr="00FD07E5">
        <w:rPr>
          <w:rFonts w:ascii="AvantGarde Bk BT" w:hAnsi="AvantGarde Bk BT"/>
          <w:sz w:val="22"/>
        </w:rPr>
        <w:t xml:space="preserve"> medio </w:t>
      </w:r>
      <w:proofErr w:type="spellStart"/>
      <w:r w:rsidRPr="00FD07E5">
        <w:rPr>
          <w:rFonts w:ascii="AvantGarde Bk BT" w:hAnsi="AvantGarde Bk BT"/>
          <w:sz w:val="22"/>
        </w:rPr>
        <w:t>que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resulte</w:t>
      </w:r>
      <w:proofErr w:type="spellEnd"/>
      <w:r w:rsidRPr="00FD07E5">
        <w:rPr>
          <w:rFonts w:ascii="AvantGarde Bk BT" w:hAnsi="AvantGarde Bk BT"/>
          <w:sz w:val="22"/>
        </w:rPr>
        <w:t xml:space="preserve"> </w:t>
      </w:r>
      <w:proofErr w:type="spellStart"/>
      <w:r w:rsidRPr="00FD07E5">
        <w:rPr>
          <w:rFonts w:ascii="AvantGarde Bk BT" w:hAnsi="AvantGarde Bk BT"/>
          <w:sz w:val="22"/>
        </w:rPr>
        <w:t>procedente</w:t>
      </w:r>
      <w:proofErr w:type="spellEnd"/>
      <w:r w:rsidRPr="00FD07E5">
        <w:rPr>
          <w:rFonts w:ascii="AvantGarde Bk BT" w:hAnsi="AvantGarde Bk BT"/>
          <w:sz w:val="22"/>
        </w:rPr>
        <w:t>.</w:t>
      </w:r>
    </w:p>
    <w:p w14:paraId="52A2A092" w14:textId="77777777" w:rsidR="00DA5EB0" w:rsidRDefault="00DA5EB0">
      <w:pPr>
        <w:rPr>
          <w:rFonts w:ascii="AvantGarde Bk BT" w:hAnsi="AvantGarde Bk BT"/>
          <w:sz w:val="22"/>
        </w:rPr>
      </w:pPr>
    </w:p>
    <w:p w14:paraId="74A34991" w14:textId="77777777" w:rsidR="00DA5EB0" w:rsidRPr="00C65EEA" w:rsidRDefault="00DA5EB0" w:rsidP="00C65EEA">
      <w:pPr>
        <w:jc w:val="center"/>
        <w:rPr>
          <w:rFonts w:ascii="AvantGarde Bk BT" w:hAnsi="AvantGarde Bk BT"/>
          <w:b/>
          <w:bCs/>
          <w:sz w:val="32"/>
          <w:szCs w:val="32"/>
        </w:rPr>
      </w:pPr>
      <w:r w:rsidRPr="00C65EEA">
        <w:rPr>
          <w:rFonts w:ascii="AvantGarde Bk BT" w:hAnsi="AvantGarde Bk BT"/>
          <w:b/>
          <w:bCs/>
          <w:sz w:val="32"/>
          <w:szCs w:val="32"/>
        </w:rPr>
        <w:t>ANEXO I</w:t>
      </w:r>
    </w:p>
    <w:p w14:paraId="374A41FA" w14:textId="77777777" w:rsidR="00DA5EB0" w:rsidRPr="00C65EEA" w:rsidRDefault="00DA5EB0" w:rsidP="00DA5EB0">
      <w:pPr>
        <w:rPr>
          <w:rFonts w:ascii="AvantGarde Bk BT" w:hAnsi="AvantGarde Bk BT"/>
          <w:b/>
          <w:bCs/>
          <w:sz w:val="22"/>
        </w:rPr>
      </w:pPr>
    </w:p>
    <w:p w14:paraId="36D1E8DD" w14:textId="77777777" w:rsidR="00DA5EB0" w:rsidRPr="00C65EEA" w:rsidRDefault="00DA5EB0" w:rsidP="00DA5EB0">
      <w:pPr>
        <w:rPr>
          <w:rFonts w:ascii="AvantGarde Bk BT" w:hAnsi="AvantGarde Bk BT"/>
          <w:b/>
          <w:bCs/>
          <w:sz w:val="22"/>
        </w:rPr>
      </w:pPr>
      <w:r w:rsidRPr="00C65EEA">
        <w:rPr>
          <w:rFonts w:ascii="AvantGarde Bk BT" w:hAnsi="AvantGarde Bk BT"/>
          <w:b/>
          <w:bCs/>
          <w:sz w:val="22"/>
        </w:rPr>
        <w:t>BASES PARA LA ADJUDICACION DE BECAS DE ESTUDIOS PARA LA UNIVERSIDAD EUROPEA DE MADRID</w:t>
      </w:r>
    </w:p>
    <w:p w14:paraId="2DDF4658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699A729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Visto el </w:t>
      </w:r>
      <w:proofErr w:type="spellStart"/>
      <w:r w:rsidRPr="00DA5EB0">
        <w:rPr>
          <w:rFonts w:ascii="AvantGarde Bk BT" w:hAnsi="AvantGarde Bk BT"/>
          <w:sz w:val="22"/>
        </w:rPr>
        <w:t>Convenio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colaboración</w:t>
      </w:r>
      <w:proofErr w:type="spellEnd"/>
      <w:r w:rsidRPr="00DA5EB0">
        <w:rPr>
          <w:rFonts w:ascii="AvantGarde Bk BT" w:hAnsi="AvantGarde Bk BT"/>
          <w:sz w:val="22"/>
        </w:rPr>
        <w:t xml:space="preserve"> entre </w:t>
      </w:r>
      <w:proofErr w:type="spellStart"/>
      <w:r w:rsidRPr="00DA5EB0">
        <w:rPr>
          <w:rFonts w:ascii="AvantGarde Bk BT" w:hAnsi="AvantGarde Bk BT"/>
          <w:sz w:val="22"/>
        </w:rPr>
        <w:t>este</w:t>
      </w:r>
      <w:proofErr w:type="spellEnd"/>
      <w:r w:rsidRPr="00DA5EB0">
        <w:rPr>
          <w:rFonts w:ascii="AvantGarde Bk BT" w:hAnsi="AvantGarde Bk BT"/>
          <w:sz w:val="22"/>
        </w:rPr>
        <w:t xml:space="preserve"> Ayuntamiento y Pro </w:t>
      </w:r>
      <w:proofErr w:type="spellStart"/>
      <w:r w:rsidRPr="00DA5EB0">
        <w:rPr>
          <w:rFonts w:ascii="AvantGarde Bk BT" w:hAnsi="AvantGarde Bk BT"/>
          <w:sz w:val="22"/>
        </w:rPr>
        <w:t>universidad</w:t>
      </w:r>
      <w:proofErr w:type="spellEnd"/>
      <w:r w:rsidRPr="00DA5EB0">
        <w:rPr>
          <w:rFonts w:ascii="AvantGarde Bk BT" w:hAnsi="AvantGarde Bk BT"/>
          <w:sz w:val="22"/>
        </w:rPr>
        <w:t xml:space="preserve">, SS (CEES) -hoy Universidad Europea de Madrid- </w:t>
      </w:r>
      <w:proofErr w:type="spellStart"/>
      <w:r w:rsidRPr="00DA5EB0">
        <w:rPr>
          <w:rFonts w:ascii="AvantGarde Bk BT" w:hAnsi="AvantGarde Bk BT"/>
          <w:sz w:val="22"/>
        </w:rPr>
        <w:t>aprobado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acuerdo</w:t>
      </w:r>
      <w:proofErr w:type="spellEnd"/>
      <w:r w:rsidRPr="00DA5EB0">
        <w:rPr>
          <w:rFonts w:ascii="AvantGarde Bk BT" w:hAnsi="AvantGarde Bk BT"/>
          <w:sz w:val="22"/>
        </w:rPr>
        <w:t xml:space="preserve"> del Pleno Municipal, de 5 de </w:t>
      </w:r>
      <w:proofErr w:type="spellStart"/>
      <w:r w:rsidRPr="00DA5EB0">
        <w:rPr>
          <w:rFonts w:ascii="AvantGarde Bk BT" w:hAnsi="AvantGarde Bk BT"/>
          <w:sz w:val="22"/>
        </w:rPr>
        <w:t>abril</w:t>
      </w:r>
      <w:proofErr w:type="spellEnd"/>
      <w:r w:rsidRPr="00DA5EB0">
        <w:rPr>
          <w:rFonts w:ascii="AvantGarde Bk BT" w:hAnsi="AvantGarde Bk BT"/>
          <w:sz w:val="22"/>
        </w:rPr>
        <w:t xml:space="preserve"> de 1991, </w:t>
      </w:r>
      <w:proofErr w:type="spellStart"/>
      <w:r w:rsidRPr="00DA5EB0">
        <w:rPr>
          <w:rFonts w:ascii="AvantGarde Bk BT" w:hAnsi="AvantGarde Bk BT"/>
          <w:sz w:val="22"/>
        </w:rPr>
        <w:t>modificado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Adenda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aprobada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Junta de </w:t>
      </w:r>
      <w:proofErr w:type="spellStart"/>
      <w:r w:rsidRPr="00DA5EB0">
        <w:rPr>
          <w:rFonts w:ascii="AvantGarde Bk BT" w:hAnsi="AvantGarde Bk BT"/>
          <w:sz w:val="22"/>
        </w:rPr>
        <w:t>Gobierno</w:t>
      </w:r>
      <w:proofErr w:type="spellEnd"/>
      <w:r w:rsidRPr="00DA5EB0">
        <w:rPr>
          <w:rFonts w:ascii="AvantGarde Bk BT" w:hAnsi="AvantGarde Bk BT"/>
          <w:sz w:val="22"/>
        </w:rPr>
        <w:t xml:space="preserve"> con </w:t>
      </w:r>
      <w:proofErr w:type="spellStart"/>
      <w:r w:rsidRPr="00DA5EB0">
        <w:rPr>
          <w:rFonts w:ascii="AvantGarde Bk BT" w:hAnsi="AvantGarde Bk BT"/>
          <w:sz w:val="22"/>
        </w:rPr>
        <w:t>fecha</w:t>
      </w:r>
      <w:proofErr w:type="spellEnd"/>
      <w:r w:rsidRPr="00DA5EB0">
        <w:rPr>
          <w:rFonts w:ascii="AvantGarde Bk BT" w:hAnsi="AvantGarde Bk BT"/>
          <w:sz w:val="22"/>
        </w:rPr>
        <w:t xml:space="preserve"> 30 de mayo de 2012,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establece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disposición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jóvenes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estudiantes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empadronados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Villaviciosa de Odón, </w:t>
      </w:r>
      <w:proofErr w:type="spellStart"/>
      <w:r w:rsidRPr="00DA5EB0">
        <w:rPr>
          <w:rFonts w:ascii="AvantGarde Bk BT" w:hAnsi="AvantGarde Bk BT"/>
          <w:sz w:val="22"/>
        </w:rPr>
        <w:t>procede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elevar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siguientes</w:t>
      </w:r>
      <w:proofErr w:type="spellEnd"/>
      <w:r w:rsidRPr="00DA5EB0">
        <w:rPr>
          <w:rFonts w:ascii="AvantGarde Bk BT" w:hAnsi="AvantGarde Bk BT"/>
          <w:sz w:val="22"/>
        </w:rPr>
        <w:t xml:space="preserve"> Bases de </w:t>
      </w:r>
      <w:proofErr w:type="spellStart"/>
      <w:r w:rsidRPr="00DA5EB0">
        <w:rPr>
          <w:rFonts w:ascii="AvantGarde Bk BT" w:hAnsi="AvantGarde Bk BT"/>
          <w:sz w:val="22"/>
        </w:rPr>
        <w:t>aplicación</w:t>
      </w:r>
      <w:proofErr w:type="spellEnd"/>
      <w:r w:rsidRPr="00DA5EB0">
        <w:rPr>
          <w:rFonts w:ascii="AvantGarde Bk BT" w:hAnsi="AvantGarde Bk BT"/>
          <w:sz w:val="22"/>
        </w:rPr>
        <w:t xml:space="preserve"> al </w:t>
      </w:r>
      <w:proofErr w:type="spellStart"/>
      <w:r w:rsidRPr="00DA5EB0">
        <w:rPr>
          <w:rFonts w:ascii="AvantGarde Bk BT" w:hAnsi="AvantGarde Bk BT"/>
          <w:sz w:val="22"/>
        </w:rPr>
        <w:t>procedimiento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adjudicación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de la UEM:</w:t>
      </w:r>
    </w:p>
    <w:p w14:paraId="6529DAEC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1.</w:t>
      </w:r>
      <w:r w:rsidRPr="00DA5EB0">
        <w:rPr>
          <w:rFonts w:ascii="AvantGarde Bk BT" w:hAnsi="AvantGarde Bk BT"/>
          <w:sz w:val="22"/>
        </w:rPr>
        <w:tab/>
      </w:r>
      <w:proofErr w:type="gramStart"/>
      <w:r w:rsidRPr="00DA5EB0">
        <w:rPr>
          <w:rFonts w:ascii="AvantGarde Bk BT" w:hAnsi="AvantGarde Bk BT"/>
          <w:sz w:val="22"/>
        </w:rPr>
        <w:t>OBJETO.-</w:t>
      </w:r>
      <w:proofErr w:type="gram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presentes</w:t>
      </w:r>
      <w:proofErr w:type="spellEnd"/>
      <w:r w:rsidRPr="00DA5EB0">
        <w:rPr>
          <w:rFonts w:ascii="AvantGarde Bk BT" w:hAnsi="AvantGarde Bk BT"/>
          <w:sz w:val="22"/>
        </w:rPr>
        <w:t xml:space="preserve"> bases </w:t>
      </w:r>
      <w:proofErr w:type="spellStart"/>
      <w:r w:rsidRPr="00DA5EB0">
        <w:rPr>
          <w:rFonts w:ascii="AvantGarde Bk BT" w:hAnsi="AvantGarde Bk BT"/>
          <w:sz w:val="22"/>
        </w:rPr>
        <w:t>tienen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objeto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establecer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normas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reguladoras</w:t>
      </w:r>
      <w:proofErr w:type="spellEnd"/>
      <w:r w:rsidRPr="00DA5EB0">
        <w:rPr>
          <w:rFonts w:ascii="AvantGarde Bk BT" w:hAnsi="AvantGarde Bk BT"/>
          <w:sz w:val="22"/>
        </w:rPr>
        <w:t xml:space="preserve"> para la </w:t>
      </w:r>
      <w:proofErr w:type="spellStart"/>
      <w:r w:rsidRPr="00DA5EB0">
        <w:rPr>
          <w:rFonts w:ascii="AvantGarde Bk BT" w:hAnsi="AvantGarde Bk BT"/>
          <w:sz w:val="22"/>
        </w:rPr>
        <w:t>concesión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cursar</w:t>
      </w:r>
      <w:proofErr w:type="spellEnd"/>
      <w:r w:rsidRPr="00DA5EB0">
        <w:rPr>
          <w:rFonts w:ascii="AvantGarde Bk BT" w:hAnsi="AvantGarde Bk BT"/>
          <w:sz w:val="22"/>
        </w:rPr>
        <w:t xml:space="preserve"> estudios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Universidad Europea de Madrid.</w:t>
      </w:r>
    </w:p>
    <w:p w14:paraId="11C07D0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2.</w:t>
      </w:r>
      <w:r w:rsidRPr="00DA5EB0">
        <w:rPr>
          <w:rFonts w:ascii="AvantGarde Bk BT" w:hAnsi="AvantGarde Bk BT"/>
          <w:sz w:val="22"/>
        </w:rPr>
        <w:tab/>
        <w:t xml:space="preserve">DURACIÓN DE LA </w:t>
      </w:r>
      <w:proofErr w:type="gramStart"/>
      <w:r w:rsidRPr="00DA5EB0">
        <w:rPr>
          <w:rFonts w:ascii="AvantGarde Bk BT" w:hAnsi="AvantGarde Bk BT"/>
          <w:sz w:val="22"/>
        </w:rPr>
        <w:t>BECA.-</w:t>
      </w:r>
      <w:proofErr w:type="gram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beca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tendrá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duración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correspondiente</w:t>
      </w:r>
      <w:proofErr w:type="spellEnd"/>
      <w:r w:rsidRPr="00DA5EB0">
        <w:rPr>
          <w:rFonts w:ascii="AvantGarde Bk BT" w:hAnsi="AvantGarde Bk BT"/>
          <w:sz w:val="22"/>
        </w:rPr>
        <w:t xml:space="preserve"> al </w:t>
      </w:r>
      <w:proofErr w:type="spellStart"/>
      <w:r w:rsidRPr="00DA5EB0">
        <w:rPr>
          <w:rFonts w:ascii="AvantGarde Bk BT" w:hAnsi="AvantGarde Bk BT"/>
          <w:sz w:val="22"/>
        </w:rPr>
        <w:t>grado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elegido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208A5C7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3.</w:t>
      </w:r>
      <w:r w:rsidRPr="00DA5EB0">
        <w:rPr>
          <w:rFonts w:ascii="AvantGarde Bk BT" w:hAnsi="AvantGarde Bk BT"/>
          <w:sz w:val="22"/>
        </w:rPr>
        <w:tab/>
        <w:t xml:space="preserve">ÁMBITO DE </w:t>
      </w:r>
      <w:proofErr w:type="gramStart"/>
      <w:r w:rsidRPr="00DA5EB0">
        <w:rPr>
          <w:rFonts w:ascii="AvantGarde Bk BT" w:hAnsi="AvantGarde Bk BT"/>
          <w:sz w:val="22"/>
        </w:rPr>
        <w:t>APLICACIÓN.-</w:t>
      </w:r>
      <w:proofErr w:type="gram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ámbito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actuación</w:t>
      </w:r>
      <w:proofErr w:type="spellEnd"/>
      <w:r w:rsidRPr="00DA5EB0">
        <w:rPr>
          <w:rFonts w:ascii="AvantGarde Bk BT" w:hAnsi="AvantGarde Bk BT"/>
          <w:sz w:val="22"/>
        </w:rPr>
        <w:t xml:space="preserve"> es el municipio de Villaviciosa de Odón.</w:t>
      </w:r>
    </w:p>
    <w:p w14:paraId="770983DC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4.</w:t>
      </w:r>
      <w:r w:rsidRPr="00DA5EB0">
        <w:rPr>
          <w:rFonts w:ascii="AvantGarde Bk BT" w:hAnsi="AvantGarde Bk BT"/>
          <w:sz w:val="22"/>
        </w:rPr>
        <w:tab/>
        <w:t xml:space="preserve">REQUISITOS y CONDICIONES para la </w:t>
      </w:r>
      <w:proofErr w:type="spellStart"/>
      <w:r w:rsidRPr="00DA5EB0">
        <w:rPr>
          <w:rFonts w:ascii="AvantGarde Bk BT" w:hAnsi="AvantGarde Bk BT"/>
          <w:sz w:val="22"/>
        </w:rPr>
        <w:t>solicitud</w:t>
      </w:r>
      <w:proofErr w:type="spellEnd"/>
      <w:r w:rsidRPr="00DA5EB0">
        <w:rPr>
          <w:rFonts w:ascii="AvantGarde Bk BT" w:hAnsi="AvantGarde Bk BT"/>
          <w:sz w:val="22"/>
        </w:rPr>
        <w:t xml:space="preserve"> de Becas de la Universidad Europea de </w:t>
      </w:r>
      <w:proofErr w:type="gramStart"/>
      <w:r w:rsidRPr="00DA5EB0">
        <w:rPr>
          <w:rFonts w:ascii="AvantGarde Bk BT" w:hAnsi="AvantGarde Bk BT"/>
          <w:sz w:val="22"/>
        </w:rPr>
        <w:t>Madrid.-</w:t>
      </w:r>
      <w:proofErr w:type="gramEnd"/>
      <w:r w:rsidRPr="00DA5EB0">
        <w:rPr>
          <w:rFonts w:ascii="AvantGarde Bk BT" w:hAnsi="AvantGarde Bk BT"/>
          <w:sz w:val="22"/>
        </w:rPr>
        <w:t xml:space="preserve"> </w:t>
      </w:r>
    </w:p>
    <w:p w14:paraId="43149831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81F60A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1.</w:t>
      </w:r>
      <w:r w:rsidRPr="00DA5EB0">
        <w:rPr>
          <w:rFonts w:ascii="AvantGarde Bk BT" w:hAnsi="AvantGarde Bk BT"/>
          <w:sz w:val="22"/>
        </w:rPr>
        <w:tab/>
        <w:t xml:space="preserve">Se </w:t>
      </w:r>
      <w:proofErr w:type="spellStart"/>
      <w:r w:rsidRPr="00DA5EB0">
        <w:rPr>
          <w:rFonts w:ascii="AvantGarde Bk BT" w:hAnsi="AvantGarde Bk BT"/>
          <w:sz w:val="22"/>
        </w:rPr>
        <w:t>valorará</w:t>
      </w:r>
      <w:proofErr w:type="spellEnd"/>
      <w:r w:rsidRPr="00DA5EB0">
        <w:rPr>
          <w:rFonts w:ascii="AvantGarde Bk BT" w:hAnsi="AvantGarde Bk BT"/>
          <w:sz w:val="22"/>
        </w:rPr>
        <w:t xml:space="preserve"> la nota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aparezca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TARJETA DE CALIFICACIONES DEFINITIVAS, </w:t>
      </w:r>
      <w:proofErr w:type="spellStart"/>
      <w:r w:rsidRPr="00DA5EB0">
        <w:rPr>
          <w:rFonts w:ascii="AvantGarde Bk BT" w:hAnsi="AvantGarde Bk BT"/>
          <w:sz w:val="22"/>
        </w:rPr>
        <w:t>documento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oficial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acredita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calificaciones</w:t>
      </w:r>
      <w:proofErr w:type="spellEnd"/>
      <w:r w:rsidRPr="00DA5EB0">
        <w:rPr>
          <w:rFonts w:ascii="AvantGarde Bk BT" w:hAnsi="AvantGarde Bk BT"/>
          <w:sz w:val="22"/>
        </w:rPr>
        <w:t xml:space="preserve"> de la PAU*, </w:t>
      </w:r>
      <w:proofErr w:type="spellStart"/>
      <w:r w:rsidRPr="00DA5EB0">
        <w:rPr>
          <w:rFonts w:ascii="AvantGarde Bk BT" w:hAnsi="AvantGarde Bk BT"/>
          <w:sz w:val="22"/>
        </w:rPr>
        <w:t>asi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como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calificaciones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obtenidas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internacional</w:t>
      </w:r>
      <w:proofErr w:type="spellEnd"/>
      <w:r w:rsidRPr="00DA5EB0">
        <w:rPr>
          <w:rFonts w:ascii="AvantGarde Bk BT" w:hAnsi="AvantGarde Bk BT"/>
          <w:sz w:val="22"/>
        </w:rPr>
        <w:t>, Formación Profesional de Grado Medio (</w:t>
      </w:r>
      <w:proofErr w:type="gramStart"/>
      <w:r w:rsidRPr="00DA5EB0">
        <w:rPr>
          <w:rFonts w:ascii="AvantGarde Bk BT" w:hAnsi="AvantGarde Bk BT"/>
          <w:sz w:val="22"/>
        </w:rPr>
        <w:t>para acceder</w:t>
      </w:r>
      <w:proofErr w:type="gramEnd"/>
      <w:r w:rsidRPr="00DA5EB0">
        <w:rPr>
          <w:rFonts w:ascii="AvantGarde Bk BT" w:hAnsi="AvantGarde Bk BT"/>
          <w:sz w:val="22"/>
        </w:rPr>
        <w:t xml:space="preserve"> a FPGS) o Formación Profesional de Grado Superior. </w:t>
      </w:r>
    </w:p>
    <w:p w14:paraId="36CB99C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2.</w:t>
      </w:r>
      <w:r w:rsidRPr="00DA5EB0">
        <w:rPr>
          <w:rFonts w:ascii="AvantGarde Bk BT" w:hAnsi="AvantGarde Bk BT"/>
          <w:sz w:val="22"/>
        </w:rPr>
        <w:tab/>
        <w:t xml:space="preserve">Las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destinarán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gramStart"/>
      <w:r w:rsidRPr="00DA5EB0">
        <w:rPr>
          <w:rFonts w:ascii="AvantGarde Bk BT" w:hAnsi="AvantGarde Bk BT"/>
          <w:sz w:val="22"/>
        </w:rPr>
        <w:t>a</w:t>
      </w:r>
      <w:proofErr w:type="gram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alumnos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vayan</w:t>
      </w:r>
      <w:proofErr w:type="spellEnd"/>
      <w:r w:rsidRPr="00DA5EB0">
        <w:rPr>
          <w:rFonts w:ascii="AvantGarde Bk BT" w:hAnsi="AvantGarde Bk BT"/>
          <w:sz w:val="22"/>
        </w:rPr>
        <w:t xml:space="preserve"> a </w:t>
      </w:r>
      <w:proofErr w:type="spellStart"/>
      <w:r w:rsidRPr="00DA5EB0">
        <w:rPr>
          <w:rFonts w:ascii="AvantGarde Bk BT" w:hAnsi="AvantGarde Bk BT"/>
          <w:sz w:val="22"/>
        </w:rPr>
        <w:t>cursar</w:t>
      </w:r>
      <w:proofErr w:type="spellEnd"/>
      <w:r w:rsidRPr="00DA5EB0">
        <w:rPr>
          <w:rFonts w:ascii="AvantGarde Bk BT" w:hAnsi="AvantGarde Bk BT"/>
          <w:sz w:val="22"/>
        </w:rPr>
        <w:t xml:space="preserve"> el Primer </w:t>
      </w:r>
      <w:proofErr w:type="spellStart"/>
      <w:r w:rsidRPr="00DA5EB0">
        <w:rPr>
          <w:rFonts w:ascii="AvantGarde Bk BT" w:hAnsi="AvantGarde Bk BT"/>
          <w:sz w:val="22"/>
        </w:rPr>
        <w:t>Curso</w:t>
      </w:r>
      <w:proofErr w:type="spellEnd"/>
      <w:r w:rsidRPr="00DA5EB0">
        <w:rPr>
          <w:rFonts w:ascii="AvantGarde Bk BT" w:hAnsi="AvantGarde Bk BT"/>
          <w:sz w:val="22"/>
        </w:rPr>
        <w:t xml:space="preserve"> de estudios </w:t>
      </w:r>
      <w:proofErr w:type="spellStart"/>
      <w:r w:rsidRPr="00DA5EB0">
        <w:rPr>
          <w:rFonts w:ascii="AvantGarde Bk BT" w:hAnsi="AvantGarde Bk BT"/>
          <w:sz w:val="22"/>
        </w:rPr>
        <w:t>oficiales</w:t>
      </w:r>
      <w:proofErr w:type="spellEnd"/>
    </w:p>
    <w:p w14:paraId="3BD6EFC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FB8D37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lastRenderedPageBreak/>
        <w:t xml:space="preserve">- Se </w:t>
      </w:r>
      <w:proofErr w:type="spellStart"/>
      <w:r w:rsidRPr="00DA5EB0">
        <w:rPr>
          <w:rFonts w:ascii="AvantGarde Bk BT" w:hAnsi="AvantGarde Bk BT"/>
          <w:sz w:val="22"/>
        </w:rPr>
        <w:t>excluyen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expresamente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citadas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titulaciones</w:t>
      </w:r>
      <w:proofErr w:type="spellEnd"/>
      <w:r w:rsidRPr="00DA5EB0">
        <w:rPr>
          <w:rFonts w:ascii="AvantGarde Bk BT" w:hAnsi="AvantGarde Bk BT"/>
          <w:sz w:val="22"/>
        </w:rPr>
        <w:t xml:space="preserve"> de Grado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Medicina y Grado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Piloto y </w:t>
      </w:r>
      <w:proofErr w:type="spellStart"/>
      <w:r w:rsidRPr="00DA5EB0">
        <w:rPr>
          <w:rFonts w:ascii="AvantGarde Bk BT" w:hAnsi="AvantGarde Bk BT"/>
          <w:sz w:val="22"/>
        </w:rPr>
        <w:t>Dirección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Operaciones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Aéreas</w:t>
      </w:r>
      <w:proofErr w:type="spellEnd"/>
      <w:r w:rsidRPr="00DA5EB0">
        <w:rPr>
          <w:rFonts w:ascii="AvantGarde Bk BT" w:hAnsi="AvantGarde Bk BT"/>
          <w:sz w:val="22"/>
        </w:rPr>
        <w:t xml:space="preserve">. No obstante lo anterior, la </w:t>
      </w:r>
      <w:proofErr w:type="spellStart"/>
      <w:r w:rsidRPr="00DA5EB0">
        <w:rPr>
          <w:rFonts w:ascii="AvantGarde Bk BT" w:hAnsi="AvantGarde Bk BT"/>
          <w:sz w:val="22"/>
        </w:rPr>
        <w:t>Rectora</w:t>
      </w:r>
      <w:proofErr w:type="spellEnd"/>
      <w:r w:rsidRPr="00DA5EB0">
        <w:rPr>
          <w:rFonts w:ascii="AvantGarde Bk BT" w:hAnsi="AvantGarde Bk BT"/>
          <w:sz w:val="22"/>
        </w:rPr>
        <w:t xml:space="preserve"> de la Universidad Europea de Madrid,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atención</w:t>
      </w:r>
      <w:proofErr w:type="spellEnd"/>
      <w:r w:rsidRPr="00DA5EB0">
        <w:rPr>
          <w:rFonts w:ascii="AvantGarde Bk BT" w:hAnsi="AvantGarde Bk BT"/>
          <w:sz w:val="22"/>
        </w:rPr>
        <w:t xml:space="preserve"> al </w:t>
      </w:r>
      <w:proofErr w:type="spellStart"/>
      <w:r w:rsidRPr="00DA5EB0">
        <w:rPr>
          <w:rFonts w:ascii="AvantGarde Bk BT" w:hAnsi="AvantGarde Bk BT"/>
          <w:sz w:val="22"/>
        </w:rPr>
        <w:t>excelente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expediente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académico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alumnos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queda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facultada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conceder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dentro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proofErr w:type="gramStart"/>
      <w:r w:rsidRPr="00DA5EB0">
        <w:rPr>
          <w:rFonts w:ascii="AvantGarde Bk BT" w:hAnsi="AvantGarde Bk BT"/>
          <w:sz w:val="22"/>
        </w:rPr>
        <w:t>esas</w:t>
      </w:r>
      <w:proofErr w:type="spellEnd"/>
      <w:r w:rsidRPr="00DA5EB0">
        <w:rPr>
          <w:rFonts w:ascii="AvantGarde Bk BT" w:hAnsi="AvantGarde Bk BT"/>
          <w:sz w:val="22"/>
        </w:rPr>
        <w:t xml:space="preserve"> 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proofErr w:type="gram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beca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estudiar</w:t>
      </w:r>
      <w:proofErr w:type="spellEnd"/>
      <w:r w:rsidRPr="00DA5EB0">
        <w:rPr>
          <w:rFonts w:ascii="AvantGarde Bk BT" w:hAnsi="AvantGarde Bk BT"/>
          <w:sz w:val="22"/>
        </w:rPr>
        <w:t xml:space="preserve"> el Grado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Medicina. </w:t>
      </w:r>
    </w:p>
    <w:p w14:paraId="3095954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- En el </w:t>
      </w:r>
      <w:proofErr w:type="spellStart"/>
      <w:r w:rsidRPr="00DA5EB0">
        <w:rPr>
          <w:rFonts w:ascii="AvantGarde Bk BT" w:hAnsi="AvantGarde Bk BT"/>
          <w:sz w:val="22"/>
        </w:rPr>
        <w:t>supuesto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dobles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titulaciones</w:t>
      </w:r>
      <w:proofErr w:type="spellEnd"/>
      <w:r w:rsidRPr="00DA5EB0">
        <w:rPr>
          <w:rFonts w:ascii="AvantGarde Bk BT" w:hAnsi="AvantGarde Bk BT"/>
          <w:sz w:val="22"/>
        </w:rPr>
        <w:t xml:space="preserve">, la </w:t>
      </w:r>
      <w:proofErr w:type="spellStart"/>
      <w:r w:rsidRPr="00DA5EB0">
        <w:rPr>
          <w:rFonts w:ascii="AvantGarde Bk BT" w:hAnsi="AvantGarde Bk BT"/>
          <w:sz w:val="22"/>
        </w:rPr>
        <w:t>beca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cubrirá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importe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titulaciones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pagando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estudiante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créditos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adicionales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matricule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758DD50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5D3386BA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- </w:t>
      </w:r>
      <w:proofErr w:type="spellStart"/>
      <w:r w:rsidRPr="00DA5EB0">
        <w:rPr>
          <w:rFonts w:ascii="AvantGarde Bk BT" w:hAnsi="AvantGarde Bk BT"/>
          <w:sz w:val="22"/>
        </w:rPr>
        <w:t>Cualquiera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grados</w:t>
      </w:r>
      <w:proofErr w:type="spellEnd"/>
      <w:r w:rsidRPr="00DA5EB0">
        <w:rPr>
          <w:rFonts w:ascii="AvantGarde Bk BT" w:hAnsi="AvantGarde Bk BT"/>
          <w:sz w:val="22"/>
        </w:rPr>
        <w:t xml:space="preserve"> de Formación Profesional de Grado Superior.</w:t>
      </w:r>
    </w:p>
    <w:p w14:paraId="1CC4652A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569BCB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- Las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únicamente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podrán</w:t>
      </w:r>
      <w:proofErr w:type="spellEnd"/>
      <w:r w:rsidRPr="00DA5EB0">
        <w:rPr>
          <w:rFonts w:ascii="AvantGarde Bk BT" w:hAnsi="AvantGarde Bk BT"/>
          <w:sz w:val="22"/>
        </w:rPr>
        <w:t xml:space="preserve"> ser </w:t>
      </w:r>
      <w:proofErr w:type="spellStart"/>
      <w:r w:rsidRPr="00DA5EB0">
        <w:rPr>
          <w:rFonts w:ascii="AvantGarde Bk BT" w:hAnsi="AvantGarde Bk BT"/>
          <w:sz w:val="22"/>
        </w:rPr>
        <w:t>renovadas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si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alumnos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superan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todas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asignaturas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hubieran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matriculado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académico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correspondiente</w:t>
      </w:r>
      <w:proofErr w:type="spellEnd"/>
      <w:r w:rsidRPr="00DA5EB0">
        <w:rPr>
          <w:rFonts w:ascii="AvantGarde Bk BT" w:hAnsi="AvantGarde Bk BT"/>
          <w:sz w:val="22"/>
        </w:rPr>
        <w:t xml:space="preserve">. </w:t>
      </w:r>
    </w:p>
    <w:p w14:paraId="3478DA9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1B66E29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-El </w:t>
      </w:r>
      <w:proofErr w:type="spellStart"/>
      <w:r w:rsidRPr="00DA5EB0">
        <w:rPr>
          <w:rFonts w:ascii="AvantGarde Bk BT" w:hAnsi="AvantGarde Bk BT"/>
          <w:sz w:val="22"/>
        </w:rPr>
        <w:t>importe</w:t>
      </w:r>
      <w:proofErr w:type="spellEnd"/>
      <w:r w:rsidRPr="00DA5EB0">
        <w:rPr>
          <w:rFonts w:ascii="AvantGarde Bk BT" w:hAnsi="AvantGarde Bk BT"/>
          <w:sz w:val="22"/>
        </w:rPr>
        <w:t xml:space="preserve"> de la Beca </w:t>
      </w:r>
      <w:proofErr w:type="spellStart"/>
      <w:r w:rsidRPr="00DA5EB0">
        <w:rPr>
          <w:rFonts w:ascii="AvantGarde Bk BT" w:hAnsi="AvantGarde Bk BT"/>
          <w:sz w:val="22"/>
        </w:rPr>
        <w:t>cubre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gastos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pruebas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ingreso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reserva</w:t>
      </w:r>
      <w:proofErr w:type="spellEnd"/>
      <w:r w:rsidRPr="00DA5EB0">
        <w:rPr>
          <w:rFonts w:ascii="AvantGarde Bk BT" w:hAnsi="AvantGarde Bk BT"/>
          <w:sz w:val="22"/>
        </w:rPr>
        <w:t xml:space="preserve"> de plaza, apertura de </w:t>
      </w:r>
      <w:proofErr w:type="spellStart"/>
      <w:r w:rsidRPr="00DA5EB0">
        <w:rPr>
          <w:rFonts w:ascii="AvantGarde Bk BT" w:hAnsi="AvantGarde Bk BT"/>
          <w:sz w:val="22"/>
        </w:rPr>
        <w:t>expediente</w:t>
      </w:r>
      <w:proofErr w:type="spellEnd"/>
      <w:r w:rsidRPr="00DA5EB0">
        <w:rPr>
          <w:rFonts w:ascii="AvantGarde Bk BT" w:hAnsi="AvantGarde Bk BT"/>
          <w:sz w:val="22"/>
        </w:rPr>
        <w:t xml:space="preserve"> y </w:t>
      </w:r>
      <w:proofErr w:type="spellStart"/>
      <w:r w:rsidRPr="00DA5EB0">
        <w:rPr>
          <w:rFonts w:ascii="AvantGarde Bk BT" w:hAnsi="AvantGarde Bk BT"/>
          <w:sz w:val="22"/>
        </w:rPr>
        <w:t>docencia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quedando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excluidos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cualesquiera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otros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gastos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pudieran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conllevar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titulaciones</w:t>
      </w:r>
      <w:proofErr w:type="spellEnd"/>
      <w:r w:rsidRPr="00DA5EB0">
        <w:rPr>
          <w:rFonts w:ascii="AvantGarde Bk BT" w:hAnsi="AvantGarde Bk BT"/>
          <w:sz w:val="22"/>
        </w:rPr>
        <w:t xml:space="preserve"> (estancias </w:t>
      </w:r>
      <w:proofErr w:type="spellStart"/>
      <w:r w:rsidRPr="00DA5EB0">
        <w:rPr>
          <w:rFonts w:ascii="AvantGarde Bk BT" w:hAnsi="AvantGarde Bk BT"/>
          <w:sz w:val="22"/>
        </w:rPr>
        <w:t>internacionales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proofErr w:type="gramStart"/>
      <w:r w:rsidRPr="00DA5EB0">
        <w:rPr>
          <w:rFonts w:ascii="AvantGarde Bk BT" w:hAnsi="AvantGarde Bk BT"/>
          <w:sz w:val="22"/>
        </w:rPr>
        <w:t>viajes</w:t>
      </w:r>
      <w:proofErr w:type="spellEnd"/>
      <w:r w:rsidRPr="00DA5EB0">
        <w:rPr>
          <w:rFonts w:ascii="AvantGarde Bk BT" w:hAnsi="AvantGarde Bk BT"/>
          <w:sz w:val="22"/>
        </w:rPr>
        <w:t>,...</w:t>
      </w:r>
      <w:proofErr w:type="gramEnd"/>
      <w:r w:rsidRPr="00DA5EB0">
        <w:rPr>
          <w:rFonts w:ascii="AvantGarde Bk BT" w:hAnsi="AvantGarde Bk BT"/>
          <w:sz w:val="22"/>
        </w:rPr>
        <w:t xml:space="preserve">).   </w:t>
      </w:r>
    </w:p>
    <w:p w14:paraId="550EBD5A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182F60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-Las Becas </w:t>
      </w:r>
      <w:proofErr w:type="spellStart"/>
      <w:r w:rsidRPr="00DA5EB0">
        <w:rPr>
          <w:rFonts w:ascii="AvantGarde Bk BT" w:hAnsi="AvantGarde Bk BT"/>
          <w:sz w:val="22"/>
        </w:rPr>
        <w:t>llevan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aparejada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retención</w:t>
      </w:r>
      <w:proofErr w:type="spellEnd"/>
      <w:r w:rsidRPr="00DA5EB0">
        <w:rPr>
          <w:rFonts w:ascii="AvantGarde Bk BT" w:hAnsi="AvantGarde Bk BT"/>
          <w:sz w:val="22"/>
        </w:rPr>
        <w:t xml:space="preserve"> fiscal </w:t>
      </w:r>
      <w:proofErr w:type="spellStart"/>
      <w:r w:rsidRPr="00DA5EB0">
        <w:rPr>
          <w:rFonts w:ascii="AvantGarde Bk BT" w:hAnsi="AvantGarde Bk BT"/>
          <w:sz w:val="22"/>
        </w:rPr>
        <w:t>correspondiente</w:t>
      </w:r>
      <w:proofErr w:type="spellEnd"/>
      <w:r w:rsidRPr="00DA5EB0">
        <w:rPr>
          <w:rFonts w:ascii="AvantGarde Bk BT" w:hAnsi="AvantGarde Bk BT"/>
          <w:sz w:val="22"/>
        </w:rPr>
        <w:t xml:space="preserve">, de </w:t>
      </w:r>
      <w:proofErr w:type="spellStart"/>
      <w:r w:rsidRPr="00DA5EB0">
        <w:rPr>
          <w:rFonts w:ascii="AvantGarde Bk BT" w:hAnsi="AvantGarde Bk BT"/>
          <w:sz w:val="22"/>
        </w:rPr>
        <w:t>conformidad</w:t>
      </w:r>
      <w:proofErr w:type="spellEnd"/>
      <w:r w:rsidRPr="00DA5EB0">
        <w:rPr>
          <w:rFonts w:ascii="AvantGarde Bk BT" w:hAnsi="AvantGarde Bk BT"/>
          <w:sz w:val="22"/>
        </w:rPr>
        <w:t xml:space="preserve"> a la </w:t>
      </w:r>
      <w:proofErr w:type="spellStart"/>
      <w:r w:rsidRPr="00DA5EB0">
        <w:rPr>
          <w:rFonts w:ascii="AvantGarde Bk BT" w:hAnsi="AvantGarde Bk BT"/>
          <w:sz w:val="22"/>
        </w:rPr>
        <w:t>legislación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vigente</w:t>
      </w:r>
      <w:proofErr w:type="spellEnd"/>
      <w:r w:rsidRPr="00DA5EB0">
        <w:rPr>
          <w:rFonts w:ascii="AvantGarde Bk BT" w:hAnsi="AvantGarde Bk BT"/>
          <w:sz w:val="22"/>
        </w:rPr>
        <w:t xml:space="preserve">. </w:t>
      </w:r>
    </w:p>
    <w:p w14:paraId="0824ECD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B9FCC5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C6E778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3.</w:t>
      </w:r>
      <w:r w:rsidRPr="00DA5EB0">
        <w:rPr>
          <w:rFonts w:ascii="AvantGarde Bk BT" w:hAnsi="AvantGarde Bk BT"/>
          <w:sz w:val="22"/>
        </w:rPr>
        <w:tab/>
        <w:t xml:space="preserve">No </w:t>
      </w:r>
      <w:proofErr w:type="spellStart"/>
      <w:r w:rsidRPr="00DA5EB0">
        <w:rPr>
          <w:rFonts w:ascii="AvantGarde Bk BT" w:hAnsi="AvantGarde Bk BT"/>
          <w:sz w:val="22"/>
        </w:rPr>
        <w:t>poseer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titulación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universitaria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04EC34B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4ADF1B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4.</w:t>
      </w:r>
      <w:r w:rsidRPr="00DA5EB0">
        <w:rPr>
          <w:rFonts w:ascii="AvantGarde Bk BT" w:hAnsi="AvantGarde Bk BT"/>
          <w:sz w:val="22"/>
        </w:rPr>
        <w:tab/>
        <w:t xml:space="preserve">No </w:t>
      </w:r>
      <w:proofErr w:type="spellStart"/>
      <w:r w:rsidRPr="00DA5EB0">
        <w:rPr>
          <w:rFonts w:ascii="AvantGarde Bk BT" w:hAnsi="AvantGarde Bk BT"/>
          <w:sz w:val="22"/>
        </w:rPr>
        <w:t>haber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tenido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interrupción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académica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más</w:t>
      </w:r>
      <w:proofErr w:type="spellEnd"/>
      <w:r w:rsidRPr="00DA5EB0">
        <w:rPr>
          <w:rFonts w:ascii="AvantGarde Bk BT" w:hAnsi="AvantGarde Bk BT"/>
          <w:sz w:val="22"/>
        </w:rPr>
        <w:t xml:space="preserve"> de un </w:t>
      </w:r>
      <w:proofErr w:type="spellStart"/>
      <w:r w:rsidRPr="00DA5EB0">
        <w:rPr>
          <w:rFonts w:ascii="AvantGarde Bk BT" w:hAnsi="AvantGarde Bk BT"/>
          <w:sz w:val="22"/>
        </w:rPr>
        <w:t>año</w:t>
      </w:r>
      <w:proofErr w:type="spellEnd"/>
      <w:r w:rsidRPr="00DA5EB0">
        <w:rPr>
          <w:rFonts w:ascii="AvantGarde Bk BT" w:hAnsi="AvantGarde Bk BT"/>
          <w:sz w:val="22"/>
        </w:rPr>
        <w:t xml:space="preserve">, salvo </w:t>
      </w:r>
      <w:proofErr w:type="spellStart"/>
      <w:r w:rsidRPr="00DA5EB0">
        <w:rPr>
          <w:rFonts w:ascii="AvantGarde Bk BT" w:hAnsi="AvantGarde Bk BT"/>
          <w:sz w:val="22"/>
        </w:rPr>
        <w:t>casos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carácter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excepcional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valorados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el Equipo Técnico de Educación.</w:t>
      </w:r>
    </w:p>
    <w:p w14:paraId="501EF90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4F43A18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5.</w:t>
      </w:r>
      <w:r w:rsidRPr="00DA5EB0">
        <w:rPr>
          <w:rFonts w:ascii="AvantGarde Bk BT" w:hAnsi="AvantGarde Bk BT"/>
          <w:sz w:val="22"/>
        </w:rPr>
        <w:tab/>
        <w:t xml:space="preserve">Estar </w:t>
      </w:r>
      <w:proofErr w:type="spellStart"/>
      <w:r w:rsidRPr="00DA5EB0">
        <w:rPr>
          <w:rFonts w:ascii="AvantGarde Bk BT" w:hAnsi="AvantGarde Bk BT"/>
          <w:sz w:val="22"/>
        </w:rPr>
        <w:t>empadronado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Villaviciosa de Odón, con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antigüedad</w:t>
      </w:r>
      <w:proofErr w:type="spellEnd"/>
      <w:r w:rsidRPr="00DA5EB0">
        <w:rPr>
          <w:rFonts w:ascii="AvantGarde Bk BT" w:hAnsi="AvantGarde Bk BT"/>
          <w:sz w:val="22"/>
        </w:rPr>
        <w:t xml:space="preserve"> al </w:t>
      </w:r>
      <w:proofErr w:type="spellStart"/>
      <w:r w:rsidRPr="00DA5EB0">
        <w:rPr>
          <w:rFonts w:ascii="AvantGarde Bk BT" w:hAnsi="AvantGarde Bk BT"/>
          <w:sz w:val="22"/>
        </w:rPr>
        <w:t>menos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tres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años</w:t>
      </w:r>
      <w:proofErr w:type="spellEnd"/>
      <w:r w:rsidRPr="00DA5EB0">
        <w:rPr>
          <w:rFonts w:ascii="AvantGarde Bk BT" w:hAnsi="AvantGarde Bk BT"/>
          <w:sz w:val="22"/>
        </w:rPr>
        <w:t xml:space="preserve">, a la </w:t>
      </w:r>
      <w:proofErr w:type="spellStart"/>
      <w:r w:rsidRPr="00DA5EB0">
        <w:rPr>
          <w:rFonts w:ascii="AvantGarde Bk BT" w:hAnsi="AvantGarde Bk BT"/>
          <w:sz w:val="22"/>
        </w:rPr>
        <w:t>fecha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finalización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solicitud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situación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deberá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acreditar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durante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años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continúe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disfrutando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beca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7099D10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57F3D5F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6.</w:t>
      </w:r>
      <w:r w:rsidRPr="00DA5EB0">
        <w:rPr>
          <w:rFonts w:ascii="AvantGarde Bk BT" w:hAnsi="AvantGarde Bk BT"/>
          <w:sz w:val="22"/>
        </w:rPr>
        <w:tab/>
        <w:t xml:space="preserve">Declaración de no </w:t>
      </w:r>
      <w:proofErr w:type="spellStart"/>
      <w:r w:rsidRPr="00DA5EB0">
        <w:rPr>
          <w:rFonts w:ascii="AvantGarde Bk BT" w:hAnsi="AvantGarde Bk BT"/>
          <w:sz w:val="22"/>
        </w:rPr>
        <w:t>encontrarse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incursos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ninguna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prohibiciones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previstas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13 de Ley 38/2003, de 17 de </w:t>
      </w:r>
      <w:proofErr w:type="spellStart"/>
      <w:r w:rsidRPr="00DA5EB0">
        <w:rPr>
          <w:rFonts w:ascii="AvantGarde Bk BT" w:hAnsi="AvantGarde Bk BT"/>
          <w:sz w:val="22"/>
        </w:rPr>
        <w:t>noviembre</w:t>
      </w:r>
      <w:proofErr w:type="spellEnd"/>
      <w:r w:rsidRPr="00DA5EB0">
        <w:rPr>
          <w:rFonts w:ascii="AvantGarde Bk BT" w:hAnsi="AvantGarde Bk BT"/>
          <w:sz w:val="22"/>
        </w:rPr>
        <w:t xml:space="preserve">, General de </w:t>
      </w:r>
      <w:proofErr w:type="spellStart"/>
      <w:r w:rsidRPr="00DA5EB0">
        <w:rPr>
          <w:rFonts w:ascii="AvantGarde Bk BT" w:hAnsi="AvantGarde Bk BT"/>
          <w:sz w:val="22"/>
        </w:rPr>
        <w:t>Subvenciones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40649DBB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6F03D47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lastRenderedPageBreak/>
        <w:t>7.</w:t>
      </w:r>
      <w:r w:rsidRPr="00DA5EB0">
        <w:rPr>
          <w:rFonts w:ascii="AvantGarde Bk BT" w:hAnsi="AvantGarde Bk BT"/>
          <w:sz w:val="22"/>
        </w:rPr>
        <w:tab/>
        <w:t xml:space="preserve">Estar al </w:t>
      </w:r>
      <w:proofErr w:type="spellStart"/>
      <w:r w:rsidRPr="00DA5EB0">
        <w:rPr>
          <w:rFonts w:ascii="AvantGarde Bk BT" w:hAnsi="AvantGarde Bk BT"/>
          <w:sz w:val="22"/>
        </w:rPr>
        <w:t>corriente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pago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Agencia </w:t>
      </w:r>
      <w:proofErr w:type="spellStart"/>
      <w:r w:rsidRPr="00DA5EB0">
        <w:rPr>
          <w:rFonts w:ascii="AvantGarde Bk BT" w:hAnsi="AvantGarde Bk BT"/>
          <w:sz w:val="22"/>
        </w:rPr>
        <w:t>tributaria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Seguridad</w:t>
      </w:r>
      <w:proofErr w:type="spellEnd"/>
      <w:r w:rsidRPr="00DA5EB0">
        <w:rPr>
          <w:rFonts w:ascii="AvantGarde Bk BT" w:hAnsi="AvantGarde Bk BT"/>
          <w:sz w:val="22"/>
        </w:rPr>
        <w:t xml:space="preserve"> social y hacienda local del Ayuntamiento de Villaviciosa de Odón.</w:t>
      </w:r>
    </w:p>
    <w:p w14:paraId="00FAC8A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2FF0660B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5.</w:t>
      </w:r>
      <w:r w:rsidRPr="00DA5EB0">
        <w:rPr>
          <w:rFonts w:ascii="AvantGarde Bk BT" w:hAnsi="AvantGarde Bk BT"/>
          <w:sz w:val="22"/>
        </w:rPr>
        <w:tab/>
        <w:t xml:space="preserve">ÓRGANOS COMPETENTES PARA LA INSTRUCCIÓN Y RESOLUCIÓN DEL </w:t>
      </w:r>
      <w:proofErr w:type="gramStart"/>
      <w:r w:rsidRPr="00DA5EB0">
        <w:rPr>
          <w:rFonts w:ascii="AvantGarde Bk BT" w:hAnsi="AvantGarde Bk BT"/>
          <w:sz w:val="22"/>
        </w:rPr>
        <w:t>PROCEDIMIENTO.-</w:t>
      </w:r>
      <w:proofErr w:type="gramEnd"/>
      <w:r w:rsidRPr="00DA5EB0">
        <w:rPr>
          <w:rFonts w:ascii="AvantGarde Bk BT" w:hAnsi="AvantGarde Bk BT"/>
          <w:sz w:val="22"/>
        </w:rPr>
        <w:t xml:space="preserve"> </w:t>
      </w:r>
    </w:p>
    <w:p w14:paraId="3487706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4AEF7ABE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En </w:t>
      </w:r>
      <w:proofErr w:type="spellStart"/>
      <w:r w:rsidRPr="00DA5EB0">
        <w:rPr>
          <w:rFonts w:ascii="AvantGarde Bk BT" w:hAnsi="AvantGarde Bk BT"/>
          <w:sz w:val="22"/>
        </w:rPr>
        <w:t>cuanto</w:t>
      </w:r>
      <w:proofErr w:type="spellEnd"/>
      <w:r w:rsidRPr="00DA5EB0">
        <w:rPr>
          <w:rFonts w:ascii="AvantGarde Bk BT" w:hAnsi="AvantGarde Bk BT"/>
          <w:sz w:val="22"/>
        </w:rPr>
        <w:t xml:space="preserve"> al </w:t>
      </w:r>
      <w:proofErr w:type="spellStart"/>
      <w:r w:rsidRPr="00DA5EB0">
        <w:rPr>
          <w:rFonts w:ascii="AvantGarde Bk BT" w:hAnsi="AvantGarde Bk BT"/>
          <w:sz w:val="22"/>
        </w:rPr>
        <w:t>órgano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competente</w:t>
      </w:r>
      <w:proofErr w:type="spellEnd"/>
      <w:r w:rsidRPr="00DA5EB0">
        <w:rPr>
          <w:rFonts w:ascii="AvantGarde Bk BT" w:hAnsi="AvantGarde Bk BT"/>
          <w:sz w:val="22"/>
        </w:rPr>
        <w:t xml:space="preserve"> para la </w:t>
      </w:r>
      <w:proofErr w:type="spellStart"/>
      <w:r w:rsidRPr="00DA5EB0">
        <w:rPr>
          <w:rFonts w:ascii="AvantGarde Bk BT" w:hAnsi="AvantGarde Bk BT"/>
          <w:sz w:val="22"/>
        </w:rPr>
        <w:t>adopción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correspondiente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acuerdo</w:t>
      </w:r>
      <w:proofErr w:type="spellEnd"/>
      <w:r w:rsidRPr="00DA5EB0">
        <w:rPr>
          <w:rFonts w:ascii="AvantGarde Bk BT" w:hAnsi="AvantGarde Bk BT"/>
          <w:sz w:val="22"/>
        </w:rPr>
        <w:t xml:space="preserve">,  ha de </w:t>
      </w:r>
      <w:proofErr w:type="spellStart"/>
      <w:r w:rsidRPr="00DA5EB0">
        <w:rPr>
          <w:rFonts w:ascii="AvantGarde Bk BT" w:hAnsi="AvantGarde Bk BT"/>
          <w:sz w:val="22"/>
        </w:rPr>
        <w:t>acudirse</w:t>
      </w:r>
      <w:proofErr w:type="spellEnd"/>
      <w:r w:rsidRPr="00DA5EB0">
        <w:rPr>
          <w:rFonts w:ascii="AvantGarde Bk BT" w:hAnsi="AvantGarde Bk BT"/>
          <w:sz w:val="22"/>
        </w:rPr>
        <w:t xml:space="preserve"> a lo </w:t>
      </w:r>
      <w:proofErr w:type="spellStart"/>
      <w:r w:rsidRPr="00DA5EB0">
        <w:rPr>
          <w:rFonts w:ascii="AvantGarde Bk BT" w:hAnsi="AvantGarde Bk BT"/>
          <w:sz w:val="22"/>
        </w:rPr>
        <w:t>estipulado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9 de la Ordenanza </w:t>
      </w:r>
      <w:proofErr w:type="spellStart"/>
      <w:r w:rsidRPr="00DA5EB0">
        <w:rPr>
          <w:rFonts w:ascii="AvantGarde Bk BT" w:hAnsi="AvantGarde Bk BT"/>
          <w:sz w:val="22"/>
        </w:rPr>
        <w:t>Reguladora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Concesión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Subvenciones</w:t>
      </w:r>
      <w:proofErr w:type="spellEnd"/>
      <w:r w:rsidRPr="00DA5EB0">
        <w:rPr>
          <w:rFonts w:ascii="AvantGarde Bk BT" w:hAnsi="AvantGarde Bk BT"/>
          <w:sz w:val="22"/>
        </w:rPr>
        <w:t xml:space="preserve"> (BOCM, 21 de </w:t>
      </w:r>
      <w:proofErr w:type="spellStart"/>
      <w:r w:rsidRPr="00DA5EB0">
        <w:rPr>
          <w:rFonts w:ascii="AvantGarde Bk BT" w:hAnsi="AvantGarde Bk BT"/>
          <w:sz w:val="22"/>
        </w:rPr>
        <w:t>marzo</w:t>
      </w:r>
      <w:proofErr w:type="spellEnd"/>
      <w:r w:rsidRPr="00DA5EB0">
        <w:rPr>
          <w:rFonts w:ascii="AvantGarde Bk BT" w:hAnsi="AvantGarde Bk BT"/>
          <w:sz w:val="22"/>
        </w:rPr>
        <w:t xml:space="preserve"> de 2016) del Ayuntamiento de Villaviciosa de Odón,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recoge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concesión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subvenciones</w:t>
      </w:r>
      <w:proofErr w:type="spellEnd"/>
      <w:r w:rsidRPr="00DA5EB0">
        <w:rPr>
          <w:rFonts w:ascii="AvantGarde Bk BT" w:hAnsi="AvantGarde Bk BT"/>
          <w:sz w:val="22"/>
        </w:rPr>
        <w:t xml:space="preserve"> es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competencia</w:t>
      </w:r>
      <w:proofErr w:type="spellEnd"/>
      <w:r w:rsidRPr="00DA5EB0">
        <w:rPr>
          <w:rFonts w:ascii="AvantGarde Bk BT" w:hAnsi="AvantGarde Bk BT"/>
          <w:sz w:val="22"/>
        </w:rPr>
        <w:t xml:space="preserve"> de Alcaldía Presidencia, </w:t>
      </w:r>
      <w:proofErr w:type="spellStart"/>
      <w:r w:rsidRPr="00DA5EB0">
        <w:rPr>
          <w:rFonts w:ascii="AvantGarde Bk BT" w:hAnsi="AvantGarde Bk BT"/>
          <w:sz w:val="22"/>
        </w:rPr>
        <w:t>si</w:t>
      </w:r>
      <w:proofErr w:type="spellEnd"/>
      <w:r w:rsidRPr="00DA5EB0">
        <w:rPr>
          <w:rFonts w:ascii="AvantGarde Bk BT" w:hAnsi="AvantGarde Bk BT"/>
          <w:sz w:val="22"/>
        </w:rPr>
        <w:t xml:space="preserve"> bien </w:t>
      </w:r>
      <w:proofErr w:type="spellStart"/>
      <w:r w:rsidRPr="00DA5EB0">
        <w:rPr>
          <w:rFonts w:ascii="AvantGarde Bk BT" w:hAnsi="AvantGarde Bk BT"/>
          <w:sz w:val="22"/>
        </w:rPr>
        <w:t>prevé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expresamente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dicha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competencia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puede</w:t>
      </w:r>
      <w:proofErr w:type="spellEnd"/>
      <w:r w:rsidRPr="00DA5EB0">
        <w:rPr>
          <w:rFonts w:ascii="AvantGarde Bk BT" w:hAnsi="AvantGarde Bk BT"/>
          <w:sz w:val="22"/>
        </w:rPr>
        <w:t xml:space="preserve"> ser </w:t>
      </w:r>
      <w:proofErr w:type="spellStart"/>
      <w:r w:rsidRPr="00DA5EB0">
        <w:rPr>
          <w:rFonts w:ascii="AvantGarde Bk BT" w:hAnsi="AvantGarde Bk BT"/>
          <w:sz w:val="22"/>
        </w:rPr>
        <w:t>delegada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términos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establecidos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apartado</w:t>
      </w:r>
      <w:proofErr w:type="spellEnd"/>
      <w:r w:rsidRPr="00DA5EB0">
        <w:rPr>
          <w:rFonts w:ascii="AvantGarde Bk BT" w:hAnsi="AvantGarde Bk BT"/>
          <w:sz w:val="22"/>
        </w:rPr>
        <w:t xml:space="preserve"> 3º del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21 de la Ley 7/1985, de 2 de </w:t>
      </w:r>
      <w:proofErr w:type="spellStart"/>
      <w:r w:rsidRPr="00DA5EB0">
        <w:rPr>
          <w:rFonts w:ascii="AvantGarde Bk BT" w:hAnsi="AvantGarde Bk BT"/>
          <w:sz w:val="22"/>
        </w:rPr>
        <w:t>abril</w:t>
      </w:r>
      <w:proofErr w:type="spellEnd"/>
      <w:r w:rsidRPr="00DA5EB0">
        <w:rPr>
          <w:rFonts w:ascii="AvantGarde Bk BT" w:hAnsi="AvantGarde Bk BT"/>
          <w:sz w:val="22"/>
        </w:rPr>
        <w:t xml:space="preserve">. </w:t>
      </w:r>
    </w:p>
    <w:p w14:paraId="6044950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42158F46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Por </w:t>
      </w:r>
      <w:proofErr w:type="spellStart"/>
      <w:r w:rsidRPr="00DA5EB0">
        <w:rPr>
          <w:rFonts w:ascii="AvantGarde Bk BT" w:hAnsi="AvantGarde Bk BT"/>
          <w:sz w:val="22"/>
        </w:rPr>
        <w:t>Resolución</w:t>
      </w:r>
      <w:proofErr w:type="spellEnd"/>
      <w:r w:rsidRPr="00DA5EB0">
        <w:rPr>
          <w:rFonts w:ascii="AvantGarde Bk BT" w:hAnsi="AvantGarde Bk BT"/>
          <w:sz w:val="22"/>
        </w:rPr>
        <w:t xml:space="preserve"> nº 1906, de 20 de </w:t>
      </w:r>
      <w:proofErr w:type="spellStart"/>
      <w:r w:rsidRPr="00DA5EB0">
        <w:rPr>
          <w:rFonts w:ascii="AvantGarde Bk BT" w:hAnsi="AvantGarde Bk BT"/>
          <w:sz w:val="22"/>
        </w:rPr>
        <w:t>junio</w:t>
      </w:r>
      <w:proofErr w:type="spellEnd"/>
      <w:r w:rsidRPr="00DA5EB0">
        <w:rPr>
          <w:rFonts w:ascii="AvantGarde Bk BT" w:hAnsi="AvantGarde Bk BT"/>
          <w:sz w:val="22"/>
        </w:rPr>
        <w:t xml:space="preserve"> de 2023, se </w:t>
      </w:r>
      <w:proofErr w:type="spellStart"/>
      <w:r w:rsidRPr="00DA5EB0">
        <w:rPr>
          <w:rFonts w:ascii="AvantGarde Bk BT" w:hAnsi="AvantGarde Bk BT"/>
          <w:sz w:val="22"/>
        </w:rPr>
        <w:t>encuentra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delegada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Junta de </w:t>
      </w:r>
      <w:proofErr w:type="spellStart"/>
      <w:r w:rsidRPr="00DA5EB0">
        <w:rPr>
          <w:rFonts w:ascii="AvantGarde Bk BT" w:hAnsi="AvantGarde Bk BT"/>
          <w:sz w:val="22"/>
        </w:rPr>
        <w:t>Gobierno</w:t>
      </w:r>
      <w:proofErr w:type="spellEnd"/>
      <w:r w:rsidRPr="00DA5EB0">
        <w:rPr>
          <w:rFonts w:ascii="AvantGarde Bk BT" w:hAnsi="AvantGarde Bk BT"/>
          <w:sz w:val="22"/>
        </w:rPr>
        <w:t xml:space="preserve"> Local la </w:t>
      </w:r>
      <w:proofErr w:type="spellStart"/>
      <w:r w:rsidRPr="00DA5EB0">
        <w:rPr>
          <w:rFonts w:ascii="AvantGarde Bk BT" w:hAnsi="AvantGarde Bk BT"/>
          <w:sz w:val="22"/>
        </w:rPr>
        <w:t>competencia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dictar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resoluciones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procedimientos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concesión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directa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subvenciones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según</w:t>
      </w:r>
      <w:proofErr w:type="spellEnd"/>
      <w:r w:rsidRPr="00DA5EB0">
        <w:rPr>
          <w:rFonts w:ascii="AvantGarde Bk BT" w:hAnsi="AvantGarde Bk BT"/>
          <w:sz w:val="22"/>
        </w:rPr>
        <w:t xml:space="preserve"> lo </w:t>
      </w:r>
      <w:proofErr w:type="spellStart"/>
      <w:r w:rsidRPr="00DA5EB0">
        <w:rPr>
          <w:rFonts w:ascii="AvantGarde Bk BT" w:hAnsi="AvantGarde Bk BT"/>
          <w:sz w:val="22"/>
        </w:rPr>
        <w:t>previsto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Presupuesto</w:t>
      </w:r>
      <w:proofErr w:type="spellEnd"/>
      <w:r w:rsidRPr="00DA5EB0">
        <w:rPr>
          <w:rFonts w:ascii="AvantGarde Bk BT" w:hAnsi="AvantGarde Bk BT"/>
          <w:sz w:val="22"/>
        </w:rPr>
        <w:t xml:space="preserve"> municipal y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restantes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supuestos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enumerados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25 de las Ordenanza municipal de </w:t>
      </w:r>
      <w:proofErr w:type="spellStart"/>
      <w:r w:rsidRPr="00DA5EB0">
        <w:rPr>
          <w:rFonts w:ascii="AvantGarde Bk BT" w:hAnsi="AvantGarde Bk BT"/>
          <w:sz w:val="22"/>
        </w:rPr>
        <w:t>Subvenciones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incluyendo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aprobación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convenios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reguladores</w:t>
      </w:r>
      <w:proofErr w:type="spellEnd"/>
      <w:r w:rsidRPr="00DA5EB0">
        <w:rPr>
          <w:rFonts w:ascii="AvantGarde Bk BT" w:hAnsi="AvantGarde Bk BT"/>
          <w:sz w:val="22"/>
        </w:rPr>
        <w:t xml:space="preserve">, salvo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actos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trámite</w:t>
      </w:r>
      <w:proofErr w:type="spellEnd"/>
      <w:r w:rsidRPr="00DA5EB0">
        <w:rPr>
          <w:rFonts w:ascii="AvantGarde Bk BT" w:hAnsi="AvantGarde Bk BT"/>
          <w:sz w:val="22"/>
        </w:rPr>
        <w:t xml:space="preserve"> no </w:t>
      </w:r>
      <w:proofErr w:type="spellStart"/>
      <w:r w:rsidRPr="00DA5EB0">
        <w:rPr>
          <w:rFonts w:ascii="AvantGarde Bk BT" w:hAnsi="AvantGarde Bk BT"/>
          <w:sz w:val="22"/>
        </w:rPr>
        <w:t>cualificados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50263B9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65C8A416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6.</w:t>
      </w:r>
      <w:r w:rsidRPr="00DA5EB0">
        <w:rPr>
          <w:rFonts w:ascii="AvantGarde Bk BT" w:hAnsi="AvantGarde Bk BT"/>
          <w:sz w:val="22"/>
        </w:rPr>
        <w:tab/>
        <w:t xml:space="preserve">DOCUMENTACIÓN ACREDITATIVA DE LOS REQUISITOS QUE DEBEN CUMPLIR LOS </w:t>
      </w:r>
      <w:proofErr w:type="gramStart"/>
      <w:r w:rsidRPr="00DA5EB0">
        <w:rPr>
          <w:rFonts w:ascii="AvantGarde Bk BT" w:hAnsi="AvantGarde Bk BT"/>
          <w:sz w:val="22"/>
        </w:rPr>
        <w:t>PARTICIPANTES.-</w:t>
      </w:r>
      <w:proofErr w:type="gramEnd"/>
    </w:p>
    <w:p w14:paraId="5D4BBB7A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D642F3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  <w:t xml:space="preserve">DNI/NIE del </w:t>
      </w:r>
      <w:proofErr w:type="spellStart"/>
      <w:r w:rsidRPr="00DA5EB0">
        <w:rPr>
          <w:rFonts w:ascii="AvantGarde Bk BT" w:hAnsi="AvantGarde Bk BT"/>
          <w:sz w:val="22"/>
        </w:rPr>
        <w:t>solicitante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Tarjeta</w:t>
      </w:r>
      <w:proofErr w:type="spellEnd"/>
      <w:r w:rsidRPr="00DA5EB0">
        <w:rPr>
          <w:rFonts w:ascii="AvantGarde Bk BT" w:hAnsi="AvantGarde Bk BT"/>
          <w:sz w:val="22"/>
        </w:rPr>
        <w:t xml:space="preserve"> de residencia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caso</w:t>
      </w:r>
      <w:proofErr w:type="spellEnd"/>
      <w:r w:rsidRPr="00DA5EB0">
        <w:rPr>
          <w:rFonts w:ascii="AvantGarde Bk BT" w:hAnsi="AvantGarde Bk BT"/>
          <w:sz w:val="22"/>
        </w:rPr>
        <w:t xml:space="preserve"> de ser </w:t>
      </w:r>
      <w:proofErr w:type="spellStart"/>
      <w:r w:rsidRPr="00DA5EB0">
        <w:rPr>
          <w:rFonts w:ascii="AvantGarde Bk BT" w:hAnsi="AvantGarde Bk BT"/>
          <w:sz w:val="22"/>
        </w:rPr>
        <w:t>extranjero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4773CFB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  <w:t xml:space="preserve">Volante de </w:t>
      </w:r>
      <w:proofErr w:type="spellStart"/>
      <w:r w:rsidRPr="00DA5EB0">
        <w:rPr>
          <w:rFonts w:ascii="AvantGarde Bk BT" w:hAnsi="AvantGarde Bk BT"/>
          <w:sz w:val="22"/>
        </w:rPr>
        <w:t>empadronamiento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autorizaci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el ayuntamiento lo </w:t>
      </w:r>
      <w:proofErr w:type="spellStart"/>
      <w:r w:rsidRPr="00DA5EB0">
        <w:rPr>
          <w:rFonts w:ascii="AvantGarde Bk BT" w:hAnsi="AvantGarde Bk BT"/>
          <w:sz w:val="22"/>
        </w:rPr>
        <w:t>consulte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nombre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40F4293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Fotocopia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Tarjeta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calificaciones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definitivas</w:t>
      </w:r>
      <w:proofErr w:type="spellEnd"/>
      <w:r w:rsidRPr="00DA5EB0">
        <w:rPr>
          <w:rFonts w:ascii="AvantGarde Bk BT" w:hAnsi="AvantGarde Bk BT"/>
          <w:sz w:val="22"/>
        </w:rPr>
        <w:t xml:space="preserve"> de la PAU,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internacional</w:t>
      </w:r>
      <w:proofErr w:type="spellEnd"/>
      <w:r w:rsidRPr="00DA5EB0">
        <w:rPr>
          <w:rFonts w:ascii="AvantGarde Bk BT" w:hAnsi="AvantGarde Bk BT"/>
          <w:sz w:val="22"/>
        </w:rPr>
        <w:t>, Formaci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 xml:space="preserve">n </w:t>
      </w:r>
      <w:proofErr w:type="spellStart"/>
      <w:r w:rsidRPr="00DA5EB0">
        <w:rPr>
          <w:rFonts w:ascii="AvantGarde Bk BT" w:hAnsi="AvantGarde Bk BT"/>
          <w:sz w:val="22"/>
        </w:rPr>
        <w:t>profesional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grado</w:t>
      </w:r>
      <w:proofErr w:type="spellEnd"/>
      <w:r w:rsidRPr="00DA5EB0">
        <w:rPr>
          <w:rFonts w:ascii="AvantGarde Bk BT" w:hAnsi="AvantGarde Bk BT"/>
          <w:sz w:val="22"/>
        </w:rPr>
        <w:t xml:space="preserve"> medio o Formaci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 xml:space="preserve">n </w:t>
      </w:r>
      <w:proofErr w:type="spellStart"/>
      <w:r w:rsidRPr="00DA5EB0">
        <w:rPr>
          <w:rFonts w:ascii="AvantGarde Bk BT" w:hAnsi="AvantGarde Bk BT"/>
          <w:sz w:val="22"/>
        </w:rPr>
        <w:t>profesional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grado</w:t>
      </w:r>
      <w:proofErr w:type="spellEnd"/>
      <w:r w:rsidRPr="00DA5EB0">
        <w:rPr>
          <w:rFonts w:ascii="AvantGarde Bk BT" w:hAnsi="AvantGarde Bk BT"/>
          <w:sz w:val="22"/>
        </w:rPr>
        <w:t xml:space="preserve"> superior. </w:t>
      </w:r>
    </w:p>
    <w:p w14:paraId="71DE3AB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Certificado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hallarse</w:t>
      </w:r>
      <w:proofErr w:type="spellEnd"/>
      <w:r w:rsidRPr="00DA5EB0">
        <w:rPr>
          <w:rFonts w:ascii="AvantGarde Bk BT" w:hAnsi="AvantGarde Bk BT"/>
          <w:sz w:val="22"/>
        </w:rPr>
        <w:t xml:space="preserve"> al </w:t>
      </w:r>
      <w:proofErr w:type="spellStart"/>
      <w:r w:rsidRPr="00DA5EB0">
        <w:rPr>
          <w:rFonts w:ascii="AvantGarde Bk BT" w:hAnsi="AvantGarde Bk BT"/>
          <w:sz w:val="22"/>
        </w:rPr>
        <w:t>corriente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cumplimiento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obligaciones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tributarias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Seguridad</w:t>
      </w:r>
      <w:proofErr w:type="spellEnd"/>
      <w:r w:rsidRPr="00DA5EB0">
        <w:rPr>
          <w:rFonts w:ascii="AvantGarde Bk BT" w:hAnsi="AvantGarde Bk BT"/>
          <w:sz w:val="22"/>
        </w:rPr>
        <w:t xml:space="preserve"> Social o hacienda local del Ayuntamiento de Villaviciosa de Od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 xml:space="preserve">n o </w:t>
      </w:r>
      <w:proofErr w:type="spellStart"/>
      <w:r w:rsidRPr="00DA5EB0">
        <w:rPr>
          <w:rFonts w:ascii="AvantGarde Bk BT" w:hAnsi="AvantGarde Bk BT"/>
          <w:sz w:val="22"/>
        </w:rPr>
        <w:t>autorizaci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el ayuntamiento lo </w:t>
      </w:r>
      <w:proofErr w:type="spellStart"/>
      <w:r w:rsidRPr="00DA5EB0">
        <w:rPr>
          <w:rFonts w:ascii="AvantGarde Bk BT" w:hAnsi="AvantGarde Bk BT"/>
          <w:sz w:val="22"/>
        </w:rPr>
        <w:t>consulte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nombre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757F2B2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  <w:t>Declaraci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 xml:space="preserve">n </w:t>
      </w:r>
      <w:proofErr w:type="spellStart"/>
      <w:r w:rsidRPr="00DA5EB0">
        <w:rPr>
          <w:rFonts w:ascii="AvantGarde Bk BT" w:hAnsi="AvantGarde Bk BT"/>
          <w:sz w:val="22"/>
        </w:rPr>
        <w:t>responsable</w:t>
      </w:r>
      <w:proofErr w:type="spellEnd"/>
      <w:r w:rsidRPr="00DA5EB0">
        <w:rPr>
          <w:rFonts w:ascii="AvantGarde Bk BT" w:hAnsi="AvantGarde Bk BT"/>
          <w:sz w:val="22"/>
        </w:rPr>
        <w:t xml:space="preserve"> de no </w:t>
      </w:r>
      <w:proofErr w:type="spellStart"/>
      <w:r w:rsidRPr="00DA5EB0">
        <w:rPr>
          <w:rFonts w:ascii="AvantGarde Bk BT" w:hAnsi="AvantGarde Bk BT"/>
          <w:sz w:val="22"/>
        </w:rPr>
        <w:t>encontrarse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incursos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ninguna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prohibiciones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previstas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culo</w:t>
      </w:r>
      <w:proofErr w:type="spellEnd"/>
      <w:r w:rsidRPr="00DA5EB0">
        <w:rPr>
          <w:rFonts w:ascii="AvantGarde Bk BT" w:hAnsi="AvantGarde Bk BT"/>
          <w:sz w:val="22"/>
        </w:rPr>
        <w:t xml:space="preserve"> 13 de Ley 38/2003, de 17 de </w:t>
      </w:r>
      <w:proofErr w:type="spellStart"/>
      <w:r w:rsidRPr="00DA5EB0">
        <w:rPr>
          <w:rFonts w:ascii="AvantGarde Bk BT" w:hAnsi="AvantGarde Bk BT"/>
          <w:sz w:val="22"/>
        </w:rPr>
        <w:t>noviembre</w:t>
      </w:r>
      <w:proofErr w:type="spellEnd"/>
      <w:r w:rsidRPr="00DA5EB0">
        <w:rPr>
          <w:rFonts w:ascii="AvantGarde Bk BT" w:hAnsi="AvantGarde Bk BT"/>
          <w:sz w:val="22"/>
        </w:rPr>
        <w:t xml:space="preserve">, General de </w:t>
      </w:r>
      <w:proofErr w:type="spellStart"/>
      <w:r w:rsidRPr="00DA5EB0">
        <w:rPr>
          <w:rFonts w:ascii="AvantGarde Bk BT" w:hAnsi="AvantGarde Bk BT"/>
          <w:sz w:val="22"/>
        </w:rPr>
        <w:t>Subvenciones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2AA6C17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5A58034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D81FAC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1.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Expediente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académico</w:t>
      </w:r>
      <w:proofErr w:type="spellEnd"/>
    </w:p>
    <w:p w14:paraId="7E7F860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D45A89C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lastRenderedPageBreak/>
        <w:t xml:space="preserve">Se </w:t>
      </w:r>
      <w:proofErr w:type="spellStart"/>
      <w:r w:rsidRPr="00DA5EB0">
        <w:rPr>
          <w:rFonts w:ascii="AvantGarde Bk BT" w:hAnsi="AvantGarde Bk BT"/>
          <w:sz w:val="22"/>
        </w:rPr>
        <w:t>valorará</w:t>
      </w:r>
      <w:proofErr w:type="spellEnd"/>
      <w:r w:rsidRPr="00DA5EB0">
        <w:rPr>
          <w:rFonts w:ascii="AvantGarde Bk BT" w:hAnsi="AvantGarde Bk BT"/>
          <w:sz w:val="22"/>
        </w:rPr>
        <w:t xml:space="preserve"> la nota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aparezca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TARJETA DE CALIFICACIONES DEFINITIVAS, </w:t>
      </w:r>
      <w:proofErr w:type="spellStart"/>
      <w:r w:rsidRPr="00DA5EB0">
        <w:rPr>
          <w:rFonts w:ascii="AvantGarde Bk BT" w:hAnsi="AvantGarde Bk BT"/>
          <w:sz w:val="22"/>
        </w:rPr>
        <w:t>documento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oficial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acredita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calificaciones</w:t>
      </w:r>
      <w:proofErr w:type="spellEnd"/>
      <w:r w:rsidRPr="00DA5EB0">
        <w:rPr>
          <w:rFonts w:ascii="AvantGarde Bk BT" w:hAnsi="AvantGarde Bk BT"/>
          <w:sz w:val="22"/>
        </w:rPr>
        <w:t xml:space="preserve"> de la PAU*, </w:t>
      </w:r>
      <w:proofErr w:type="spellStart"/>
      <w:r w:rsidRPr="00DA5EB0">
        <w:rPr>
          <w:rFonts w:ascii="AvantGarde Bk BT" w:hAnsi="AvantGarde Bk BT"/>
          <w:sz w:val="22"/>
        </w:rPr>
        <w:t>asi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como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calificaciones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obtenidas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internacional</w:t>
      </w:r>
      <w:proofErr w:type="spellEnd"/>
      <w:r w:rsidRPr="00DA5EB0">
        <w:rPr>
          <w:rFonts w:ascii="AvantGarde Bk BT" w:hAnsi="AvantGarde Bk BT"/>
          <w:sz w:val="22"/>
        </w:rPr>
        <w:t>, Formación Profesional de Grado Medio (</w:t>
      </w:r>
      <w:proofErr w:type="gramStart"/>
      <w:r w:rsidRPr="00DA5EB0">
        <w:rPr>
          <w:rFonts w:ascii="AvantGarde Bk BT" w:hAnsi="AvantGarde Bk BT"/>
          <w:sz w:val="22"/>
        </w:rPr>
        <w:t>para acceder</w:t>
      </w:r>
      <w:proofErr w:type="gramEnd"/>
      <w:r w:rsidRPr="00DA5EB0">
        <w:rPr>
          <w:rFonts w:ascii="AvantGarde Bk BT" w:hAnsi="AvantGarde Bk BT"/>
          <w:sz w:val="22"/>
        </w:rPr>
        <w:t xml:space="preserve"> a FPGS) o Formación Profesional de Grado Superior. </w:t>
      </w:r>
    </w:p>
    <w:p w14:paraId="7462626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D66F63E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*A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efectos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garantizar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principios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mérito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concurrencia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competitiva</w:t>
      </w:r>
      <w:proofErr w:type="spellEnd"/>
      <w:r w:rsidRPr="00DA5EB0">
        <w:rPr>
          <w:rFonts w:ascii="AvantGarde Bk BT" w:hAnsi="AvantGarde Bk BT"/>
          <w:sz w:val="22"/>
        </w:rPr>
        <w:t xml:space="preserve"> y </w:t>
      </w:r>
      <w:proofErr w:type="spellStart"/>
      <w:r w:rsidRPr="00DA5EB0">
        <w:rPr>
          <w:rFonts w:ascii="AvantGarde Bk BT" w:hAnsi="AvantGarde Bk BT"/>
          <w:sz w:val="22"/>
        </w:rPr>
        <w:t>objetividad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ordenación</w:t>
      </w:r>
      <w:proofErr w:type="spellEnd"/>
      <w:r w:rsidRPr="00DA5EB0">
        <w:rPr>
          <w:rFonts w:ascii="AvantGarde Bk BT" w:hAnsi="AvantGarde Bk BT"/>
          <w:sz w:val="22"/>
        </w:rPr>
        <w:t xml:space="preserve"> y </w:t>
      </w:r>
      <w:proofErr w:type="spellStart"/>
      <w:r w:rsidRPr="00DA5EB0">
        <w:rPr>
          <w:rFonts w:ascii="AvantGarde Bk BT" w:hAnsi="AvantGarde Bk BT"/>
          <w:sz w:val="22"/>
        </w:rPr>
        <w:t>baremación</w:t>
      </w:r>
      <w:proofErr w:type="spellEnd"/>
      <w:r w:rsidRPr="00DA5EB0">
        <w:rPr>
          <w:rFonts w:ascii="AvantGarde Bk BT" w:hAnsi="AvantGarde Bk BT"/>
          <w:sz w:val="22"/>
        </w:rPr>
        <w:t xml:space="preserve"> de las solicitudes, la </w:t>
      </w:r>
      <w:proofErr w:type="spellStart"/>
      <w:r w:rsidRPr="00DA5EB0">
        <w:rPr>
          <w:rFonts w:ascii="AvantGarde Bk BT" w:hAnsi="AvantGarde Bk BT"/>
          <w:sz w:val="22"/>
        </w:rPr>
        <w:t>determinación</w:t>
      </w:r>
      <w:proofErr w:type="spellEnd"/>
      <w:r w:rsidRPr="00DA5EB0">
        <w:rPr>
          <w:rFonts w:ascii="AvantGarde Bk BT" w:hAnsi="AvantGarde Bk BT"/>
          <w:sz w:val="22"/>
        </w:rPr>
        <w:t xml:space="preserve"> de la nota de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servirá</w:t>
      </w:r>
      <w:proofErr w:type="spellEnd"/>
      <w:r w:rsidRPr="00DA5EB0">
        <w:rPr>
          <w:rFonts w:ascii="AvantGarde Bk BT" w:hAnsi="AvantGarde Bk BT"/>
          <w:sz w:val="22"/>
        </w:rPr>
        <w:t xml:space="preserve"> de base para la </w:t>
      </w:r>
      <w:proofErr w:type="spellStart"/>
      <w:r w:rsidRPr="00DA5EB0">
        <w:rPr>
          <w:rFonts w:ascii="AvantGarde Bk BT" w:hAnsi="AvantGarde Bk BT"/>
          <w:sz w:val="22"/>
        </w:rPr>
        <w:t>adjudicación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presentes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calculará</w:t>
      </w:r>
      <w:proofErr w:type="spellEnd"/>
      <w:r w:rsidRPr="00DA5EB0">
        <w:rPr>
          <w:rFonts w:ascii="AvantGarde Bk BT" w:hAnsi="AvantGarde Bk BT"/>
          <w:sz w:val="22"/>
        </w:rPr>
        <w:t xml:space="preserve"> con </w:t>
      </w:r>
      <w:proofErr w:type="spellStart"/>
      <w:r w:rsidRPr="00DA5EB0">
        <w:rPr>
          <w:rFonts w:ascii="AvantGarde Bk BT" w:hAnsi="AvantGarde Bk BT"/>
          <w:sz w:val="22"/>
        </w:rPr>
        <w:t>estricta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sujeción</w:t>
      </w:r>
      <w:proofErr w:type="spellEnd"/>
      <w:r w:rsidRPr="00DA5EB0">
        <w:rPr>
          <w:rFonts w:ascii="AvantGarde Bk BT" w:hAnsi="AvantGarde Bk BT"/>
          <w:sz w:val="22"/>
        </w:rPr>
        <w:t xml:space="preserve"> a las </w:t>
      </w:r>
      <w:proofErr w:type="spellStart"/>
      <w:r w:rsidRPr="00DA5EB0">
        <w:rPr>
          <w:rFonts w:ascii="AvantGarde Bk BT" w:hAnsi="AvantGarde Bk BT"/>
          <w:sz w:val="22"/>
        </w:rPr>
        <w:t>siguientes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reglas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institucionales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ordenadas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según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vía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procedencia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solicitante</w:t>
      </w:r>
      <w:proofErr w:type="spellEnd"/>
      <w:r w:rsidRPr="00DA5EB0">
        <w:rPr>
          <w:rFonts w:ascii="AvantGarde Bk BT" w:hAnsi="AvantGarde Bk BT"/>
          <w:sz w:val="22"/>
        </w:rPr>
        <w:t>:</w:t>
      </w:r>
    </w:p>
    <w:p w14:paraId="72019218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  <w:t xml:space="preserve">Para la </w:t>
      </w:r>
      <w:proofErr w:type="spellStart"/>
      <w:r w:rsidRPr="00DA5EB0">
        <w:rPr>
          <w:rFonts w:ascii="AvantGarde Bk BT" w:hAnsi="AvantGarde Bk BT"/>
          <w:sz w:val="22"/>
        </w:rPr>
        <w:t>v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Prueba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a la Universidad (PAU): </w:t>
      </w:r>
      <w:proofErr w:type="spellStart"/>
      <w:r w:rsidRPr="00DA5EB0">
        <w:rPr>
          <w:rFonts w:ascii="AvantGarde Bk BT" w:hAnsi="AvantGarde Bk BT" w:cs="AvantGarde Bk BT"/>
          <w:sz w:val="22"/>
        </w:rPr>
        <w:t>Ú</w:t>
      </w:r>
      <w:r w:rsidRPr="00DA5EB0">
        <w:rPr>
          <w:rFonts w:ascii="AvantGarde Bk BT" w:hAnsi="AvantGarde Bk BT"/>
          <w:sz w:val="22"/>
        </w:rPr>
        <w:t>nicamente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considerar</w:t>
      </w:r>
      <w:r w:rsidRPr="00DA5EB0">
        <w:rPr>
          <w:rFonts w:ascii="AvantGarde Bk BT" w:hAnsi="AvantGarde Bk BT" w:cs="AvantGarde Bk BT"/>
          <w:sz w:val="22"/>
        </w:rPr>
        <w:t>á</w:t>
      </w:r>
      <w:proofErr w:type="spellEnd"/>
      <w:r w:rsidRPr="00DA5EB0">
        <w:rPr>
          <w:rFonts w:ascii="AvantGarde Bk BT" w:hAnsi="AvantGarde Bk BT"/>
          <w:sz w:val="22"/>
        </w:rPr>
        <w:t xml:space="preserve"> la nota </w:t>
      </w:r>
      <w:proofErr w:type="spellStart"/>
      <w:r w:rsidRPr="00DA5EB0">
        <w:rPr>
          <w:rFonts w:ascii="AvantGarde Bk BT" w:hAnsi="AvantGarde Bk BT"/>
          <w:sz w:val="22"/>
        </w:rPr>
        <w:t>obtenida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fase</w:t>
      </w:r>
      <w:proofErr w:type="spellEnd"/>
      <w:r w:rsidRPr="00DA5EB0">
        <w:rPr>
          <w:rFonts w:ascii="AvantGarde Bk BT" w:hAnsi="AvantGarde Bk BT"/>
          <w:sz w:val="22"/>
        </w:rPr>
        <w:t xml:space="preserve"> general de la </w:t>
      </w:r>
      <w:proofErr w:type="spellStart"/>
      <w:r w:rsidRPr="00DA5EB0">
        <w:rPr>
          <w:rFonts w:ascii="AvantGarde Bk BT" w:hAnsi="AvantGarde Bk BT"/>
          <w:sz w:val="22"/>
        </w:rPr>
        <w:t>prueba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excluy</w:t>
      </w:r>
      <w:r w:rsidRPr="00DA5EB0">
        <w:rPr>
          <w:rFonts w:ascii="AvantGarde Bk BT" w:hAnsi="AvantGarde Bk BT" w:cs="AvantGarde Bk BT"/>
          <w:sz w:val="22"/>
        </w:rPr>
        <w:t>é</w:t>
      </w:r>
      <w:r w:rsidRPr="00DA5EB0">
        <w:rPr>
          <w:rFonts w:ascii="AvantGarde Bk BT" w:hAnsi="AvantGarde Bk BT"/>
          <w:sz w:val="22"/>
        </w:rPr>
        <w:t>ndose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todo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caso</w:t>
      </w:r>
      <w:proofErr w:type="spellEnd"/>
      <w:r w:rsidRPr="00DA5EB0">
        <w:rPr>
          <w:rFonts w:ascii="AvantGarde Bk BT" w:hAnsi="AvantGarde Bk BT"/>
          <w:sz w:val="22"/>
        </w:rPr>
        <w:t xml:space="preserve"> y sin </w:t>
      </w:r>
      <w:proofErr w:type="spellStart"/>
      <w:r w:rsidRPr="00DA5EB0">
        <w:rPr>
          <w:rFonts w:ascii="AvantGarde Bk BT" w:hAnsi="AvantGarde Bk BT"/>
          <w:sz w:val="22"/>
        </w:rPr>
        <w:t>excepci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calificaci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fase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espec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fica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414EA06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  <w:t xml:space="preserve">Para la </w:t>
      </w:r>
      <w:proofErr w:type="spellStart"/>
      <w:r w:rsidRPr="00DA5EB0">
        <w:rPr>
          <w:rFonts w:ascii="AvantGarde Bk BT" w:hAnsi="AvantGarde Bk BT"/>
          <w:sz w:val="22"/>
        </w:rPr>
        <w:t>v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Internacional (IB): </w:t>
      </w:r>
      <w:proofErr w:type="spellStart"/>
      <w:r w:rsidRPr="00DA5EB0">
        <w:rPr>
          <w:rFonts w:ascii="AvantGarde Bk BT" w:hAnsi="AvantGarde Bk BT" w:cs="AvantGarde Bk BT"/>
          <w:sz w:val="22"/>
        </w:rPr>
        <w:t>Ú</w:t>
      </w:r>
      <w:r w:rsidRPr="00DA5EB0">
        <w:rPr>
          <w:rFonts w:ascii="AvantGarde Bk BT" w:hAnsi="AvantGarde Bk BT"/>
          <w:sz w:val="22"/>
        </w:rPr>
        <w:t>nicamente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considerar</w:t>
      </w:r>
      <w:r w:rsidRPr="00DA5EB0">
        <w:rPr>
          <w:rFonts w:ascii="AvantGarde Bk BT" w:hAnsi="AvantGarde Bk BT" w:cs="AvantGarde Bk BT"/>
          <w:sz w:val="22"/>
        </w:rPr>
        <w:t>á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calificaci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base </w:t>
      </w:r>
      <w:proofErr w:type="spellStart"/>
      <w:r w:rsidRPr="00DA5EB0">
        <w:rPr>
          <w:rFonts w:ascii="AvantGarde Bk BT" w:hAnsi="AvantGarde Bk BT"/>
          <w:sz w:val="22"/>
        </w:rPr>
        <w:t>obtenida</w:t>
      </w:r>
      <w:proofErr w:type="spellEnd"/>
      <w:r w:rsidRPr="00DA5EB0">
        <w:rPr>
          <w:rFonts w:ascii="AvantGarde Bk BT" w:hAnsi="AvantGarde Bk BT"/>
          <w:sz w:val="22"/>
        </w:rPr>
        <w:t xml:space="preserve"> a </w:t>
      </w:r>
      <w:proofErr w:type="spellStart"/>
      <w:r w:rsidRPr="00DA5EB0">
        <w:rPr>
          <w:rFonts w:ascii="AvantGarde Bk BT" w:hAnsi="AvantGarde Bk BT"/>
          <w:sz w:val="22"/>
        </w:rPr>
        <w:t>trav</w:t>
      </w:r>
      <w:r w:rsidRPr="00DA5EB0">
        <w:rPr>
          <w:rFonts w:ascii="AvantGarde Bk BT" w:hAnsi="AvantGarde Bk BT" w:cs="AvantGarde Bk BT"/>
          <w:sz w:val="22"/>
        </w:rPr>
        <w:t>é</w:t>
      </w:r>
      <w:r w:rsidRPr="00DA5EB0">
        <w:rPr>
          <w:rFonts w:ascii="AvantGarde Bk BT" w:hAnsi="AvantGarde Bk BT"/>
          <w:sz w:val="22"/>
        </w:rPr>
        <w:t>s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conversi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oficial</w:t>
      </w:r>
      <w:proofErr w:type="spellEnd"/>
      <w:r w:rsidRPr="00DA5EB0">
        <w:rPr>
          <w:rFonts w:ascii="AvantGarde Bk BT" w:hAnsi="AvantGarde Bk BT"/>
          <w:sz w:val="22"/>
        </w:rPr>
        <w:t xml:space="preserve"> de la UNED, </w:t>
      </w:r>
      <w:proofErr w:type="spellStart"/>
      <w:r w:rsidRPr="00DA5EB0">
        <w:rPr>
          <w:rFonts w:ascii="AvantGarde Bk BT" w:hAnsi="AvantGarde Bk BT"/>
          <w:sz w:val="22"/>
        </w:rPr>
        <w:t>quedando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expresamente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excluidas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c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mputo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puntuaciones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adicionales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extraordinarias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derivadas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Monograf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a</w:t>
      </w:r>
      <w:proofErr w:type="spellEnd"/>
      <w:r w:rsidRPr="00DA5EB0">
        <w:rPr>
          <w:rFonts w:ascii="AvantGarde Bk BT" w:hAnsi="AvantGarde Bk BT"/>
          <w:sz w:val="22"/>
        </w:rPr>
        <w:t xml:space="preserve"> y de la Teor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 xml:space="preserve">a del </w:t>
      </w:r>
      <w:proofErr w:type="spellStart"/>
      <w:r w:rsidRPr="00DA5EB0">
        <w:rPr>
          <w:rFonts w:ascii="AvantGarde Bk BT" w:hAnsi="AvantGarde Bk BT"/>
          <w:sz w:val="22"/>
        </w:rPr>
        <w:t>Conocimiento</w:t>
      </w:r>
      <w:proofErr w:type="spellEnd"/>
      <w:r w:rsidRPr="00DA5EB0">
        <w:rPr>
          <w:rFonts w:ascii="AvantGarde Bk BT" w:hAnsi="AvantGarde Bk BT"/>
          <w:sz w:val="22"/>
        </w:rPr>
        <w:t xml:space="preserve"> (</w:t>
      </w:r>
      <w:proofErr w:type="spellStart"/>
      <w:r w:rsidRPr="00DA5EB0">
        <w:rPr>
          <w:rFonts w:ascii="AvantGarde Bk BT" w:hAnsi="AvantGarde Bk BT"/>
          <w:sz w:val="22"/>
        </w:rPr>
        <w:t>componentes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n</w:t>
      </w:r>
      <w:r w:rsidRPr="00DA5EB0">
        <w:rPr>
          <w:rFonts w:ascii="AvantGarde Bk BT" w:hAnsi="AvantGarde Bk BT" w:cs="AvantGarde Bk BT"/>
          <w:sz w:val="22"/>
        </w:rPr>
        <w:t>ú</w:t>
      </w:r>
      <w:r w:rsidRPr="00DA5EB0">
        <w:rPr>
          <w:rFonts w:ascii="AvantGarde Bk BT" w:hAnsi="AvantGarde Bk BT"/>
          <w:sz w:val="22"/>
        </w:rPr>
        <w:t>cleo</w:t>
      </w:r>
      <w:proofErr w:type="spellEnd"/>
      <w:r w:rsidRPr="00DA5EB0">
        <w:rPr>
          <w:rFonts w:ascii="AvantGarde Bk BT" w:hAnsi="AvantGarde Bk BT"/>
          <w:sz w:val="22"/>
        </w:rPr>
        <w:t xml:space="preserve"> del diploma).</w:t>
      </w:r>
    </w:p>
    <w:p w14:paraId="006B4DE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  <w:t xml:space="preserve">Para la </w:t>
      </w:r>
      <w:proofErr w:type="spellStart"/>
      <w:r w:rsidRPr="00DA5EB0">
        <w:rPr>
          <w:rFonts w:ascii="AvantGarde Bk BT" w:hAnsi="AvantGarde Bk BT"/>
          <w:sz w:val="22"/>
        </w:rPr>
        <w:t>v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de Formaci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 xml:space="preserve">n Profesional (tanto </w:t>
      </w:r>
      <w:proofErr w:type="spellStart"/>
      <w:r w:rsidRPr="00DA5EB0">
        <w:rPr>
          <w:rFonts w:ascii="AvantGarde Bk BT" w:hAnsi="AvantGarde Bk BT"/>
          <w:sz w:val="22"/>
        </w:rPr>
        <w:t>Ciclos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Formativos</w:t>
      </w:r>
      <w:proofErr w:type="spellEnd"/>
      <w:r w:rsidRPr="00DA5EB0">
        <w:rPr>
          <w:rFonts w:ascii="AvantGarde Bk BT" w:hAnsi="AvantGarde Bk BT"/>
          <w:sz w:val="22"/>
        </w:rPr>
        <w:t xml:space="preserve"> de Grado Medio </w:t>
      </w:r>
      <w:proofErr w:type="spellStart"/>
      <w:r w:rsidRPr="00DA5EB0">
        <w:rPr>
          <w:rFonts w:ascii="AvantGarde Bk BT" w:hAnsi="AvantGarde Bk BT"/>
          <w:sz w:val="22"/>
        </w:rPr>
        <w:t>como</w:t>
      </w:r>
      <w:proofErr w:type="spellEnd"/>
      <w:r w:rsidRPr="00DA5EB0">
        <w:rPr>
          <w:rFonts w:ascii="AvantGarde Bk BT" w:hAnsi="AvantGarde Bk BT"/>
          <w:sz w:val="22"/>
        </w:rPr>
        <w:t xml:space="preserve"> de Grado Superior): </w:t>
      </w:r>
      <w:proofErr w:type="spellStart"/>
      <w:r w:rsidRPr="00DA5EB0">
        <w:rPr>
          <w:rFonts w:ascii="AvantGarde Bk BT" w:hAnsi="AvantGarde Bk BT" w:cs="AvantGarde Bk BT"/>
          <w:sz w:val="22"/>
        </w:rPr>
        <w:t>Ú</w:t>
      </w:r>
      <w:r w:rsidRPr="00DA5EB0">
        <w:rPr>
          <w:rFonts w:ascii="AvantGarde Bk BT" w:hAnsi="AvantGarde Bk BT"/>
          <w:sz w:val="22"/>
        </w:rPr>
        <w:t>nicamente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considerar</w:t>
      </w:r>
      <w:r w:rsidRPr="00DA5EB0">
        <w:rPr>
          <w:rFonts w:ascii="AvantGarde Bk BT" w:hAnsi="AvantGarde Bk BT" w:cs="AvantGarde Bk BT"/>
          <w:sz w:val="22"/>
        </w:rPr>
        <w:t>á</w:t>
      </w:r>
      <w:proofErr w:type="spellEnd"/>
      <w:r w:rsidRPr="00DA5EB0">
        <w:rPr>
          <w:rFonts w:ascii="AvantGarde Bk BT" w:hAnsi="AvantGarde Bk BT"/>
          <w:sz w:val="22"/>
        </w:rPr>
        <w:t xml:space="preserve"> la nota media final </w:t>
      </w:r>
      <w:proofErr w:type="spellStart"/>
      <w:r w:rsidRPr="00DA5EB0">
        <w:rPr>
          <w:rFonts w:ascii="AvantGarde Bk BT" w:hAnsi="AvantGarde Bk BT"/>
          <w:sz w:val="22"/>
        </w:rPr>
        <w:t>reflejada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expediente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oficial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ciclo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formativo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excluy</w:t>
      </w:r>
      <w:r w:rsidRPr="00DA5EB0">
        <w:rPr>
          <w:rFonts w:ascii="AvantGarde Bk BT" w:hAnsi="AvantGarde Bk BT" w:cs="AvantGarde Bk BT"/>
          <w:sz w:val="22"/>
        </w:rPr>
        <w:t>é</w:t>
      </w:r>
      <w:r w:rsidRPr="00DA5EB0">
        <w:rPr>
          <w:rFonts w:ascii="AvantGarde Bk BT" w:hAnsi="AvantGarde Bk BT"/>
          <w:sz w:val="22"/>
        </w:rPr>
        <w:t>ndose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todo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caso</w:t>
      </w:r>
      <w:proofErr w:type="spellEnd"/>
      <w:r w:rsidRPr="00DA5EB0">
        <w:rPr>
          <w:rFonts w:ascii="AvantGarde Bk BT" w:hAnsi="AvantGarde Bk BT"/>
          <w:sz w:val="22"/>
        </w:rPr>
        <w:t xml:space="preserve"> y sin </w:t>
      </w:r>
      <w:proofErr w:type="spellStart"/>
      <w:r w:rsidRPr="00DA5EB0">
        <w:rPr>
          <w:rFonts w:ascii="AvantGarde Bk BT" w:hAnsi="AvantGarde Bk BT"/>
          <w:sz w:val="22"/>
        </w:rPr>
        <w:t>excepci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cualesquiera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calificaciones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derivadas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fases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espec</w:t>
      </w:r>
      <w:r w:rsidRPr="00DA5EB0">
        <w:rPr>
          <w:rFonts w:ascii="AvantGarde Bk BT" w:hAnsi="AvantGarde Bk BT" w:cs="AvantGarde Bk BT"/>
          <w:sz w:val="22"/>
        </w:rPr>
        <w:t>í</w:t>
      </w:r>
      <w:r w:rsidRPr="00DA5EB0">
        <w:rPr>
          <w:rFonts w:ascii="AvantGarde Bk BT" w:hAnsi="AvantGarde Bk BT"/>
          <w:sz w:val="22"/>
        </w:rPr>
        <w:t>ficas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complementos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m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dulos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adicionales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2F9783C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Bonificaci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lineal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itinerario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acad</w:t>
      </w:r>
      <w:r w:rsidRPr="00DA5EB0">
        <w:rPr>
          <w:rFonts w:ascii="AvantGarde Bk BT" w:hAnsi="AvantGarde Bk BT" w:cs="AvantGarde Bk BT"/>
          <w:sz w:val="22"/>
        </w:rPr>
        <w:t>é</w:t>
      </w:r>
      <w:r w:rsidRPr="00DA5EB0">
        <w:rPr>
          <w:rFonts w:ascii="AvantGarde Bk BT" w:hAnsi="AvantGarde Bk BT"/>
          <w:sz w:val="22"/>
        </w:rPr>
        <w:t>mico</w:t>
      </w:r>
      <w:proofErr w:type="spellEnd"/>
    </w:p>
    <w:p w14:paraId="62A68D3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proofErr w:type="spellStart"/>
      <w:r w:rsidRPr="00DA5EB0">
        <w:rPr>
          <w:rFonts w:ascii="AvantGarde Bk BT" w:hAnsi="AvantGarde Bk BT"/>
          <w:sz w:val="22"/>
        </w:rPr>
        <w:t>Gozarán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bonificación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directa</w:t>
      </w:r>
      <w:proofErr w:type="spellEnd"/>
      <w:r w:rsidRPr="00DA5EB0">
        <w:rPr>
          <w:rFonts w:ascii="AvantGarde Bk BT" w:hAnsi="AvantGarde Bk BT"/>
          <w:sz w:val="22"/>
        </w:rPr>
        <w:t xml:space="preserve"> de dos (2) puntos </w:t>
      </w:r>
      <w:proofErr w:type="spellStart"/>
      <w:r w:rsidRPr="00DA5EB0">
        <w:rPr>
          <w:rFonts w:ascii="AvantGarde Bk BT" w:hAnsi="AvantGarde Bk BT"/>
          <w:sz w:val="22"/>
        </w:rPr>
        <w:t>adicionales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baremación</w:t>
      </w:r>
      <w:proofErr w:type="spellEnd"/>
      <w:r w:rsidRPr="00DA5EB0">
        <w:rPr>
          <w:rFonts w:ascii="AvantGarde Bk BT" w:hAnsi="AvantGarde Bk BT"/>
          <w:sz w:val="22"/>
        </w:rPr>
        <w:t xml:space="preserve"> final </w:t>
      </w:r>
      <w:proofErr w:type="spellStart"/>
      <w:r w:rsidRPr="00DA5EB0">
        <w:rPr>
          <w:rFonts w:ascii="AvantGarde Bk BT" w:hAnsi="AvantGarde Bk BT"/>
          <w:sz w:val="22"/>
        </w:rPr>
        <w:t>todos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aquellos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aspirantes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accedan</w:t>
      </w:r>
      <w:proofErr w:type="spellEnd"/>
      <w:r w:rsidRPr="00DA5EB0">
        <w:rPr>
          <w:rFonts w:ascii="AvantGarde Bk BT" w:hAnsi="AvantGarde Bk BT"/>
          <w:sz w:val="22"/>
        </w:rPr>
        <w:t xml:space="preserve"> a la </w:t>
      </w:r>
      <w:proofErr w:type="spellStart"/>
      <w:r w:rsidRPr="00DA5EB0">
        <w:rPr>
          <w:rFonts w:ascii="AvantGarde Bk BT" w:hAnsi="AvantGarde Bk BT"/>
          <w:sz w:val="22"/>
        </w:rPr>
        <w:t>condición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solicitantes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habiendo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cursado</w:t>
      </w:r>
      <w:proofErr w:type="spellEnd"/>
      <w:r w:rsidRPr="00DA5EB0">
        <w:rPr>
          <w:rFonts w:ascii="AvantGarde Bk BT" w:hAnsi="AvantGarde Bk BT"/>
          <w:sz w:val="22"/>
        </w:rPr>
        <w:t xml:space="preserve"> y </w:t>
      </w:r>
      <w:proofErr w:type="spellStart"/>
      <w:r w:rsidRPr="00DA5EB0">
        <w:rPr>
          <w:rFonts w:ascii="AvantGarde Bk BT" w:hAnsi="AvantGarde Bk BT"/>
          <w:sz w:val="22"/>
        </w:rPr>
        <w:t>superado</w:t>
      </w:r>
      <w:proofErr w:type="spellEnd"/>
      <w:r w:rsidRPr="00DA5EB0">
        <w:rPr>
          <w:rFonts w:ascii="AvantGarde Bk BT" w:hAnsi="AvantGarde Bk BT"/>
          <w:sz w:val="22"/>
        </w:rPr>
        <w:t xml:space="preserve"> de forma </w:t>
      </w:r>
      <w:proofErr w:type="spellStart"/>
      <w:r w:rsidRPr="00DA5EB0">
        <w:rPr>
          <w:rFonts w:ascii="AvantGarde Bk BT" w:hAnsi="AvantGarde Bk BT"/>
          <w:sz w:val="22"/>
        </w:rPr>
        <w:t>íntegra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cualquiera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siguientes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modalidades</w:t>
      </w:r>
      <w:proofErr w:type="spellEnd"/>
      <w:r w:rsidRPr="00DA5EB0">
        <w:rPr>
          <w:rFonts w:ascii="AvantGarde Bk BT" w:hAnsi="AvantGarde Bk BT"/>
          <w:sz w:val="22"/>
        </w:rPr>
        <w:t>:</w:t>
      </w:r>
    </w:p>
    <w:p w14:paraId="2A840688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Itinerario</w:t>
      </w:r>
      <w:proofErr w:type="spellEnd"/>
      <w:r w:rsidRPr="00DA5EB0">
        <w:rPr>
          <w:rFonts w:ascii="AvantGarde Bk BT" w:hAnsi="AvantGarde Bk BT"/>
          <w:sz w:val="22"/>
        </w:rPr>
        <w:t xml:space="preserve"> Nacional: </w:t>
      </w:r>
      <w:proofErr w:type="spellStart"/>
      <w:r w:rsidRPr="00DA5EB0">
        <w:rPr>
          <w:rFonts w:ascii="AvantGarde Bk BT" w:hAnsi="AvantGarde Bk BT"/>
          <w:sz w:val="22"/>
        </w:rPr>
        <w:t>Estudiantes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procedentes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sistema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educativo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espa</w:t>
      </w:r>
      <w:r w:rsidRPr="00DA5EB0">
        <w:rPr>
          <w:rFonts w:ascii="AvantGarde Bk BT" w:hAnsi="AvantGarde Bk BT" w:cs="AvantGarde Bk BT"/>
          <w:sz w:val="22"/>
        </w:rPr>
        <w:t>ñ</w:t>
      </w:r>
      <w:r w:rsidRPr="00DA5EB0">
        <w:rPr>
          <w:rFonts w:ascii="AvantGarde Bk BT" w:hAnsi="AvantGarde Bk BT"/>
          <w:sz w:val="22"/>
        </w:rPr>
        <w:t>ol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acrediten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superaci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Evaluaci</w:t>
      </w:r>
      <w:r w:rsidRPr="00DA5EB0">
        <w:rPr>
          <w:rFonts w:ascii="AvantGarde Bk BT" w:hAnsi="AvantGarde Bk BT" w:cs="AvantGarde Bk BT"/>
          <w:sz w:val="22"/>
        </w:rPr>
        <w:t>ó</w:t>
      </w:r>
      <w:r w:rsidRPr="00DA5EB0">
        <w:rPr>
          <w:rFonts w:ascii="AvantGarde Bk BT" w:hAnsi="AvantGarde Bk BT"/>
          <w:sz w:val="22"/>
        </w:rPr>
        <w:t>n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para el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a la Universidad (EBAU / PAU).</w:t>
      </w:r>
    </w:p>
    <w:p w14:paraId="25FB4A2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cs="Arial"/>
          <w:sz w:val="22"/>
        </w:rPr>
        <w:t>●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Itinerario</w:t>
      </w:r>
      <w:proofErr w:type="spellEnd"/>
      <w:r w:rsidRPr="00DA5EB0">
        <w:rPr>
          <w:rFonts w:ascii="AvantGarde Bk BT" w:hAnsi="AvantGarde Bk BT"/>
          <w:sz w:val="22"/>
        </w:rPr>
        <w:t xml:space="preserve"> Internacional: </w:t>
      </w:r>
      <w:proofErr w:type="spellStart"/>
      <w:r w:rsidRPr="00DA5EB0">
        <w:rPr>
          <w:rFonts w:ascii="AvantGarde Bk BT" w:hAnsi="AvantGarde Bk BT"/>
          <w:sz w:val="22"/>
        </w:rPr>
        <w:t>Estudiantes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procedentes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Programa</w:t>
      </w:r>
      <w:proofErr w:type="spellEnd"/>
      <w:r w:rsidRPr="00DA5EB0">
        <w:rPr>
          <w:rFonts w:ascii="AvantGarde Bk BT" w:hAnsi="AvantGarde Bk BT"/>
          <w:sz w:val="22"/>
        </w:rPr>
        <w:t xml:space="preserve"> del Diploma del </w:t>
      </w:r>
      <w:proofErr w:type="spellStart"/>
      <w:r w:rsidRPr="00DA5EB0">
        <w:rPr>
          <w:rFonts w:ascii="AvantGarde Bk BT" w:hAnsi="AvantGarde Bk BT"/>
          <w:sz w:val="22"/>
        </w:rPr>
        <w:t>Bachillerato</w:t>
      </w:r>
      <w:proofErr w:type="spellEnd"/>
      <w:r w:rsidRPr="00DA5EB0">
        <w:rPr>
          <w:rFonts w:ascii="AvantGarde Bk BT" w:hAnsi="AvantGarde Bk BT"/>
          <w:sz w:val="22"/>
        </w:rPr>
        <w:t xml:space="preserve"> Internacional (IB)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dispongan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correspondiente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credencial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acceso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oficial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34587D3B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41C909B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7.</w:t>
      </w:r>
      <w:r w:rsidRPr="00DA5EB0">
        <w:rPr>
          <w:rFonts w:ascii="AvantGarde Bk BT" w:hAnsi="AvantGarde Bk BT"/>
          <w:sz w:val="22"/>
        </w:rPr>
        <w:tab/>
        <w:t xml:space="preserve">MODIFICACIONES Y </w:t>
      </w:r>
      <w:proofErr w:type="gramStart"/>
      <w:r w:rsidRPr="00DA5EB0">
        <w:rPr>
          <w:rFonts w:ascii="AvantGarde Bk BT" w:hAnsi="AvantGarde Bk BT"/>
          <w:sz w:val="22"/>
        </w:rPr>
        <w:t>EMPATE.-</w:t>
      </w:r>
      <w:proofErr w:type="gramEnd"/>
      <w:r w:rsidRPr="00DA5EB0">
        <w:rPr>
          <w:rFonts w:ascii="AvantGarde Bk BT" w:hAnsi="AvantGarde Bk BT"/>
          <w:sz w:val="22"/>
        </w:rPr>
        <w:t xml:space="preserve"> Si </w:t>
      </w:r>
      <w:proofErr w:type="spellStart"/>
      <w:r w:rsidRPr="00DA5EB0">
        <w:rPr>
          <w:rFonts w:ascii="AvantGarde Bk BT" w:hAnsi="AvantGarde Bk BT"/>
          <w:sz w:val="22"/>
        </w:rPr>
        <w:t>cualquiera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documentos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aportados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presentación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solicitud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sufriese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alguna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modificación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deberá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ponerse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conocimiento</w:t>
      </w:r>
      <w:proofErr w:type="spellEnd"/>
      <w:r w:rsidRPr="00DA5EB0">
        <w:rPr>
          <w:rFonts w:ascii="AvantGarde Bk BT" w:hAnsi="AvantGarde Bk BT"/>
          <w:sz w:val="22"/>
        </w:rPr>
        <w:t xml:space="preserve"> del Ayuntamiento </w:t>
      </w:r>
      <w:proofErr w:type="spellStart"/>
      <w:r w:rsidRPr="00DA5EB0">
        <w:rPr>
          <w:rFonts w:ascii="AvantGarde Bk BT" w:hAnsi="AvantGarde Bk BT"/>
          <w:sz w:val="22"/>
        </w:rPr>
        <w:t>aportando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documentación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pertinente</w:t>
      </w:r>
      <w:proofErr w:type="spellEnd"/>
      <w:r w:rsidRPr="00DA5EB0">
        <w:rPr>
          <w:rFonts w:ascii="AvantGarde Bk BT" w:hAnsi="AvantGarde Bk BT"/>
          <w:sz w:val="22"/>
        </w:rPr>
        <w:t xml:space="preserve">. En </w:t>
      </w:r>
      <w:proofErr w:type="spellStart"/>
      <w:r w:rsidRPr="00DA5EB0">
        <w:rPr>
          <w:rFonts w:ascii="AvantGarde Bk BT" w:hAnsi="AvantGarde Bk BT"/>
          <w:sz w:val="22"/>
        </w:rPr>
        <w:t>caso</w:t>
      </w:r>
      <w:proofErr w:type="spellEnd"/>
      <w:r w:rsidRPr="00DA5EB0">
        <w:rPr>
          <w:rFonts w:ascii="AvantGarde Bk BT" w:hAnsi="AvantGarde Bk BT"/>
          <w:sz w:val="22"/>
        </w:rPr>
        <w:t xml:space="preserve"> de no </w:t>
      </w:r>
      <w:proofErr w:type="spellStart"/>
      <w:r w:rsidRPr="00DA5EB0">
        <w:rPr>
          <w:rFonts w:ascii="AvantGarde Bk BT" w:hAnsi="AvantGarde Bk BT"/>
          <w:sz w:val="22"/>
        </w:rPr>
        <w:t>hacerlo</w:t>
      </w:r>
      <w:proofErr w:type="spellEnd"/>
      <w:r w:rsidRPr="00DA5EB0">
        <w:rPr>
          <w:rFonts w:ascii="AvantGarde Bk BT" w:hAnsi="AvantGarde Bk BT"/>
          <w:sz w:val="22"/>
        </w:rPr>
        <w:t xml:space="preserve">, se </w:t>
      </w:r>
      <w:proofErr w:type="spellStart"/>
      <w:r w:rsidRPr="00DA5EB0">
        <w:rPr>
          <w:rFonts w:ascii="AvantGarde Bk BT" w:hAnsi="AvantGarde Bk BT"/>
          <w:sz w:val="22"/>
        </w:rPr>
        <w:t>derivarán</w:t>
      </w:r>
      <w:proofErr w:type="spell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responsabilidades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correspondientes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58867DAE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A90720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lastRenderedPageBreak/>
        <w:t xml:space="preserve">La </w:t>
      </w:r>
      <w:proofErr w:type="spellStart"/>
      <w:r w:rsidRPr="00DA5EB0">
        <w:rPr>
          <w:rFonts w:ascii="AvantGarde Bk BT" w:hAnsi="AvantGarde Bk BT"/>
          <w:sz w:val="22"/>
        </w:rPr>
        <w:t>puntuación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numérica</w:t>
      </w:r>
      <w:proofErr w:type="spellEnd"/>
      <w:r w:rsidRPr="00DA5EB0">
        <w:rPr>
          <w:rFonts w:ascii="AvantGarde Bk BT" w:hAnsi="AvantGarde Bk BT"/>
          <w:sz w:val="22"/>
        </w:rPr>
        <w:t xml:space="preserve"> con </w:t>
      </w:r>
      <w:proofErr w:type="spellStart"/>
      <w:r w:rsidRPr="00DA5EB0">
        <w:rPr>
          <w:rFonts w:ascii="AvantGarde Bk BT" w:hAnsi="AvantGarde Bk BT"/>
          <w:sz w:val="22"/>
        </w:rPr>
        <w:t>tres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decimales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caso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empate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priorizaría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fecha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presentación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solicitud</w:t>
      </w:r>
      <w:proofErr w:type="spellEnd"/>
      <w:r w:rsidRPr="00DA5EB0">
        <w:rPr>
          <w:rFonts w:ascii="AvantGarde Bk BT" w:hAnsi="AvantGarde Bk BT"/>
          <w:sz w:val="22"/>
        </w:rPr>
        <w:t xml:space="preserve"> completa </w:t>
      </w:r>
    </w:p>
    <w:p w14:paraId="52723228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1FAFF4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8.</w:t>
      </w:r>
      <w:r w:rsidRPr="00DA5EB0">
        <w:rPr>
          <w:rFonts w:ascii="AvantGarde Bk BT" w:hAnsi="AvantGarde Bk BT"/>
          <w:sz w:val="22"/>
        </w:rPr>
        <w:tab/>
        <w:t xml:space="preserve">COMISIÓN DE </w:t>
      </w:r>
      <w:proofErr w:type="gramStart"/>
      <w:r w:rsidRPr="00DA5EB0">
        <w:rPr>
          <w:rFonts w:ascii="AvantGarde Bk BT" w:hAnsi="AvantGarde Bk BT"/>
          <w:sz w:val="22"/>
        </w:rPr>
        <w:t>VALORACIÓN.-</w:t>
      </w:r>
      <w:proofErr w:type="gram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baremación</w:t>
      </w:r>
      <w:proofErr w:type="spellEnd"/>
      <w:r w:rsidRPr="00DA5EB0">
        <w:rPr>
          <w:rFonts w:ascii="AvantGarde Bk BT" w:hAnsi="AvantGarde Bk BT"/>
          <w:sz w:val="22"/>
        </w:rPr>
        <w:t xml:space="preserve"> de las solicitudes </w:t>
      </w:r>
      <w:proofErr w:type="spellStart"/>
      <w:r w:rsidRPr="00DA5EB0">
        <w:rPr>
          <w:rFonts w:ascii="AvantGarde Bk BT" w:hAnsi="AvantGarde Bk BT"/>
          <w:sz w:val="22"/>
        </w:rPr>
        <w:t>corresponderá</w:t>
      </w:r>
      <w:proofErr w:type="spellEnd"/>
      <w:r w:rsidRPr="00DA5EB0">
        <w:rPr>
          <w:rFonts w:ascii="AvantGarde Bk BT" w:hAnsi="AvantGarde Bk BT"/>
          <w:sz w:val="22"/>
        </w:rPr>
        <w:t xml:space="preserve"> a la Comisión de </w:t>
      </w:r>
      <w:proofErr w:type="spellStart"/>
      <w:r w:rsidRPr="00DA5EB0">
        <w:rPr>
          <w:rFonts w:ascii="AvantGarde Bk BT" w:hAnsi="AvantGarde Bk BT"/>
          <w:sz w:val="22"/>
        </w:rPr>
        <w:t>Valoración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emitirá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informe-propuesta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baremación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correspondiente</w:t>
      </w:r>
      <w:proofErr w:type="spellEnd"/>
      <w:r w:rsidRPr="00DA5EB0">
        <w:rPr>
          <w:rFonts w:ascii="AvantGarde Bk BT" w:hAnsi="AvantGarde Bk BT"/>
          <w:sz w:val="22"/>
        </w:rPr>
        <w:t xml:space="preserve"> y </w:t>
      </w:r>
      <w:proofErr w:type="spellStart"/>
      <w:r w:rsidRPr="00DA5EB0">
        <w:rPr>
          <w:rFonts w:ascii="AvantGarde Bk BT" w:hAnsi="AvantGarde Bk BT"/>
          <w:sz w:val="22"/>
        </w:rPr>
        <w:t>estará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formada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el Técnico Superior </w:t>
      </w:r>
      <w:proofErr w:type="spellStart"/>
      <w:r w:rsidRPr="00DA5EB0">
        <w:rPr>
          <w:rFonts w:ascii="AvantGarde Bk BT" w:hAnsi="AvantGarde Bk BT"/>
          <w:sz w:val="22"/>
        </w:rPr>
        <w:t>adscrito</w:t>
      </w:r>
      <w:proofErr w:type="spellEnd"/>
      <w:r w:rsidRPr="00DA5EB0">
        <w:rPr>
          <w:rFonts w:ascii="AvantGarde Bk BT" w:hAnsi="AvantGarde Bk BT"/>
          <w:sz w:val="22"/>
        </w:rPr>
        <w:t xml:space="preserve"> a la </w:t>
      </w:r>
      <w:proofErr w:type="spellStart"/>
      <w:r w:rsidRPr="00DA5EB0">
        <w:rPr>
          <w:rFonts w:ascii="AvantGarde Bk BT" w:hAnsi="AvantGarde Bk BT"/>
          <w:sz w:val="22"/>
        </w:rPr>
        <w:t>Concejalía</w:t>
      </w:r>
      <w:proofErr w:type="spellEnd"/>
      <w:r w:rsidRPr="00DA5EB0">
        <w:rPr>
          <w:rFonts w:ascii="AvantGarde Bk BT" w:hAnsi="AvantGarde Bk BT"/>
          <w:sz w:val="22"/>
        </w:rPr>
        <w:t xml:space="preserve"> de Educación y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unidad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administrativa</w:t>
      </w:r>
      <w:proofErr w:type="spellEnd"/>
      <w:r w:rsidRPr="00DA5EB0">
        <w:rPr>
          <w:rFonts w:ascii="AvantGarde Bk BT" w:hAnsi="AvantGarde Bk BT"/>
          <w:sz w:val="22"/>
        </w:rPr>
        <w:t xml:space="preserve">, o personas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les </w:t>
      </w:r>
      <w:proofErr w:type="spellStart"/>
      <w:r w:rsidRPr="00DA5EB0">
        <w:rPr>
          <w:rFonts w:ascii="AvantGarde Bk BT" w:hAnsi="AvantGarde Bk BT"/>
          <w:sz w:val="22"/>
        </w:rPr>
        <w:t>sustituyan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1520ED7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2B4396F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9.</w:t>
      </w:r>
      <w:r w:rsidRPr="00DA5EB0">
        <w:rPr>
          <w:rFonts w:ascii="AvantGarde Bk BT" w:hAnsi="AvantGarde Bk BT"/>
          <w:sz w:val="22"/>
        </w:rPr>
        <w:tab/>
        <w:t xml:space="preserve">NUMERO DE </w:t>
      </w:r>
      <w:proofErr w:type="gramStart"/>
      <w:r w:rsidRPr="00DA5EB0">
        <w:rPr>
          <w:rFonts w:ascii="AvantGarde Bk BT" w:hAnsi="AvantGarde Bk BT"/>
          <w:sz w:val="22"/>
        </w:rPr>
        <w:t>BECAS.-</w:t>
      </w:r>
      <w:proofErr w:type="gram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número</w:t>
      </w:r>
      <w:proofErr w:type="spellEnd"/>
      <w:r w:rsidRPr="00DA5EB0">
        <w:rPr>
          <w:rFonts w:ascii="AvantGarde Bk BT" w:hAnsi="AvantGarde Bk BT"/>
          <w:sz w:val="22"/>
        </w:rPr>
        <w:t xml:space="preserve"> total de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establecidas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Convenio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suscrito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limitado</w:t>
      </w:r>
      <w:proofErr w:type="spellEnd"/>
      <w:r w:rsidRPr="00DA5EB0">
        <w:rPr>
          <w:rFonts w:ascii="AvantGarde Bk BT" w:hAnsi="AvantGarde Bk BT"/>
          <w:sz w:val="22"/>
        </w:rPr>
        <w:t xml:space="preserve"> a 25, </w:t>
      </w:r>
      <w:proofErr w:type="spellStart"/>
      <w:r w:rsidRPr="00DA5EB0">
        <w:rPr>
          <w:rFonts w:ascii="AvantGarde Bk BT" w:hAnsi="AvantGarde Bk BT"/>
          <w:sz w:val="22"/>
        </w:rPr>
        <w:t>considerando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adjudicadas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otros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años</w:t>
      </w:r>
      <w:proofErr w:type="spellEnd"/>
      <w:r w:rsidRPr="00DA5EB0">
        <w:rPr>
          <w:rFonts w:ascii="AvantGarde Bk BT" w:hAnsi="AvantGarde Bk BT"/>
          <w:sz w:val="22"/>
        </w:rPr>
        <w:t xml:space="preserve">, las </w:t>
      </w:r>
      <w:proofErr w:type="spellStart"/>
      <w:r w:rsidRPr="00DA5EB0">
        <w:rPr>
          <w:rFonts w:ascii="AvantGarde Bk BT" w:hAnsi="AvantGarde Bk BT"/>
          <w:sz w:val="22"/>
        </w:rPr>
        <w:t>disponibles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adjudicación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convocatoria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comunicadas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la Secretaría de la Universidad Europea de Madrid el 31 de </w:t>
      </w:r>
      <w:proofErr w:type="spellStart"/>
      <w:r w:rsidRPr="00DA5EB0">
        <w:rPr>
          <w:rFonts w:ascii="AvantGarde Bk BT" w:hAnsi="AvantGarde Bk BT"/>
          <w:sz w:val="22"/>
        </w:rPr>
        <w:t>julio</w:t>
      </w:r>
      <w:proofErr w:type="spellEnd"/>
      <w:r w:rsidRPr="00DA5EB0">
        <w:rPr>
          <w:rFonts w:ascii="AvantGarde Bk BT" w:hAnsi="AvantGarde Bk BT"/>
          <w:sz w:val="22"/>
        </w:rPr>
        <w:t xml:space="preserve">. </w:t>
      </w:r>
    </w:p>
    <w:p w14:paraId="5B02BE25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1345716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10.</w:t>
      </w:r>
      <w:r w:rsidRPr="00DA5EB0">
        <w:rPr>
          <w:rFonts w:ascii="AvantGarde Bk BT" w:hAnsi="AvantGarde Bk BT"/>
          <w:sz w:val="22"/>
        </w:rPr>
        <w:tab/>
        <w:t xml:space="preserve">FORMA Y LUGAR PARA LA PRESENTACIÓN DE LAS SOLICITUDES.- Las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solicitarán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mediante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impreso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encontrará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Web municipal y se </w:t>
      </w:r>
      <w:proofErr w:type="spellStart"/>
      <w:r w:rsidRPr="00DA5EB0">
        <w:rPr>
          <w:rFonts w:ascii="AvantGarde Bk BT" w:hAnsi="AvantGarde Bk BT"/>
          <w:sz w:val="22"/>
        </w:rPr>
        <w:t>presentarán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Sede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Electrónica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Registro General del Ayuntamiento de Villaviciosa de Odón, de lunes a </w:t>
      </w:r>
      <w:proofErr w:type="spellStart"/>
      <w:r w:rsidRPr="00DA5EB0">
        <w:rPr>
          <w:rFonts w:ascii="AvantGarde Bk BT" w:hAnsi="AvantGarde Bk BT"/>
          <w:sz w:val="22"/>
        </w:rPr>
        <w:t>viernes</w:t>
      </w:r>
      <w:proofErr w:type="spellEnd"/>
      <w:r w:rsidRPr="00DA5EB0">
        <w:rPr>
          <w:rFonts w:ascii="AvantGarde Bk BT" w:hAnsi="AvantGarde Bk BT"/>
          <w:sz w:val="22"/>
        </w:rPr>
        <w:t xml:space="preserve"> de 09.00h a 14:00 horas, </w:t>
      </w:r>
      <w:proofErr w:type="spellStart"/>
      <w:r w:rsidRPr="00DA5EB0">
        <w:rPr>
          <w:rFonts w:ascii="AvantGarde Bk BT" w:hAnsi="AvantGarde Bk BT"/>
          <w:sz w:val="22"/>
        </w:rPr>
        <w:t>situado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Plaza de la Constitución, 1. Todo </w:t>
      </w:r>
      <w:proofErr w:type="spellStart"/>
      <w:r w:rsidRPr="00DA5EB0">
        <w:rPr>
          <w:rFonts w:ascii="AvantGarde Bk BT" w:hAnsi="AvantGarde Bk BT"/>
          <w:sz w:val="22"/>
        </w:rPr>
        <w:t>ello</w:t>
      </w:r>
      <w:proofErr w:type="spellEnd"/>
      <w:r w:rsidRPr="00DA5EB0">
        <w:rPr>
          <w:rFonts w:ascii="AvantGarde Bk BT" w:hAnsi="AvantGarde Bk BT"/>
          <w:sz w:val="22"/>
        </w:rPr>
        <w:t xml:space="preserve"> sin </w:t>
      </w:r>
      <w:proofErr w:type="spellStart"/>
      <w:r w:rsidRPr="00DA5EB0">
        <w:rPr>
          <w:rFonts w:ascii="AvantGarde Bk BT" w:hAnsi="AvantGarde Bk BT"/>
          <w:sz w:val="22"/>
        </w:rPr>
        <w:t>perjuicio</w:t>
      </w:r>
      <w:proofErr w:type="spellEnd"/>
      <w:r w:rsidRPr="00DA5EB0">
        <w:rPr>
          <w:rFonts w:ascii="AvantGarde Bk BT" w:hAnsi="AvantGarde Bk BT"/>
          <w:sz w:val="22"/>
        </w:rPr>
        <w:t xml:space="preserve"> de lo </w:t>
      </w:r>
      <w:proofErr w:type="spellStart"/>
      <w:r w:rsidRPr="00DA5EB0">
        <w:rPr>
          <w:rFonts w:ascii="AvantGarde Bk BT" w:hAnsi="AvantGarde Bk BT"/>
          <w:sz w:val="22"/>
        </w:rPr>
        <w:t>previsto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16.4 de la Ley 39/2015, de 1 de </w:t>
      </w:r>
      <w:proofErr w:type="spellStart"/>
      <w:r w:rsidRPr="00DA5EB0">
        <w:rPr>
          <w:rFonts w:ascii="AvantGarde Bk BT" w:hAnsi="AvantGarde Bk BT"/>
          <w:sz w:val="22"/>
        </w:rPr>
        <w:t>octubre</w:t>
      </w:r>
      <w:proofErr w:type="spellEnd"/>
      <w:r w:rsidRPr="00DA5EB0">
        <w:rPr>
          <w:rFonts w:ascii="AvantGarde Bk BT" w:hAnsi="AvantGarde Bk BT"/>
          <w:sz w:val="22"/>
        </w:rPr>
        <w:t xml:space="preserve">, del </w:t>
      </w:r>
      <w:proofErr w:type="spellStart"/>
      <w:r w:rsidRPr="00DA5EB0">
        <w:rPr>
          <w:rFonts w:ascii="AvantGarde Bk BT" w:hAnsi="AvantGarde Bk BT"/>
          <w:sz w:val="22"/>
        </w:rPr>
        <w:t>Procedimiento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Común de las </w:t>
      </w:r>
      <w:proofErr w:type="spellStart"/>
      <w:r w:rsidRPr="00DA5EB0">
        <w:rPr>
          <w:rFonts w:ascii="AvantGarde Bk BT" w:hAnsi="AvantGarde Bk BT"/>
          <w:sz w:val="22"/>
        </w:rPr>
        <w:t>Administraciones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Públicas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6A1D303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CCFDB7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La </w:t>
      </w:r>
      <w:proofErr w:type="spellStart"/>
      <w:r w:rsidRPr="00DA5EB0">
        <w:rPr>
          <w:rFonts w:ascii="AvantGarde Bk BT" w:hAnsi="AvantGarde Bk BT"/>
          <w:sz w:val="22"/>
        </w:rPr>
        <w:t>participación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convocatoria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supone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aceptación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totalidad</w:t>
      </w:r>
      <w:proofErr w:type="spellEnd"/>
      <w:r w:rsidRPr="00DA5EB0">
        <w:rPr>
          <w:rFonts w:ascii="AvantGarde Bk BT" w:hAnsi="AvantGarde Bk BT"/>
          <w:sz w:val="22"/>
        </w:rPr>
        <w:t xml:space="preserve"> de las bases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parte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aspirantes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4D2244A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6AFD8E3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11.</w:t>
      </w:r>
      <w:r w:rsidRPr="00DA5EB0">
        <w:rPr>
          <w:rFonts w:ascii="AvantGarde Bk BT" w:hAnsi="AvantGarde Bk BT"/>
          <w:sz w:val="22"/>
        </w:rPr>
        <w:tab/>
        <w:t xml:space="preserve">PLAZO DE PRESENTACIÓN DE SOLICITUDES. 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presentación</w:t>
      </w:r>
      <w:proofErr w:type="spellEnd"/>
      <w:r w:rsidRPr="00DA5EB0">
        <w:rPr>
          <w:rFonts w:ascii="AvantGarde Bk BT" w:hAnsi="AvantGarde Bk BT"/>
          <w:sz w:val="22"/>
        </w:rPr>
        <w:t xml:space="preserve"> de solicitudes </w:t>
      </w:r>
      <w:proofErr w:type="spellStart"/>
      <w:r w:rsidRPr="00DA5EB0">
        <w:rPr>
          <w:rFonts w:ascii="AvantGarde Bk BT" w:hAnsi="AvantGarde Bk BT"/>
          <w:sz w:val="22"/>
        </w:rPr>
        <w:t>será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suficiente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puedan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solicitar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beca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alumnos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han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presentado</w:t>
      </w:r>
      <w:proofErr w:type="spellEnd"/>
      <w:r w:rsidRPr="00DA5EB0">
        <w:rPr>
          <w:rFonts w:ascii="AvantGarde Bk BT" w:hAnsi="AvantGarde Bk BT"/>
          <w:sz w:val="22"/>
        </w:rPr>
        <w:t xml:space="preserve"> tanto a la </w:t>
      </w:r>
      <w:proofErr w:type="spellStart"/>
      <w:r w:rsidRPr="00DA5EB0">
        <w:rPr>
          <w:rFonts w:ascii="AvantGarde Bk BT" w:hAnsi="AvantGarde Bk BT"/>
          <w:sz w:val="22"/>
        </w:rPr>
        <w:t>convocatoria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ordinaria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extraordinaria</w:t>
      </w:r>
      <w:proofErr w:type="spellEnd"/>
      <w:r w:rsidRPr="00DA5EB0">
        <w:rPr>
          <w:rFonts w:ascii="AvantGarde Bk BT" w:hAnsi="AvantGarde Bk BT"/>
          <w:sz w:val="22"/>
        </w:rPr>
        <w:t xml:space="preserve"> (sin </w:t>
      </w:r>
      <w:proofErr w:type="spellStart"/>
      <w:r w:rsidRPr="00DA5EB0">
        <w:rPr>
          <w:rFonts w:ascii="AvantGarde Bk BT" w:hAnsi="AvantGarde Bk BT"/>
          <w:sz w:val="22"/>
        </w:rPr>
        <w:t>solicitud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revisión</w:t>
      </w:r>
      <w:proofErr w:type="spellEnd"/>
      <w:r w:rsidRPr="00DA5EB0">
        <w:rPr>
          <w:rFonts w:ascii="AvantGarde Bk BT" w:hAnsi="AvantGarde Bk BT"/>
          <w:sz w:val="22"/>
        </w:rPr>
        <w:t xml:space="preserve">), sin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pueda</w:t>
      </w:r>
      <w:proofErr w:type="spellEnd"/>
      <w:r w:rsidRPr="00DA5EB0">
        <w:rPr>
          <w:rFonts w:ascii="AvantGarde Bk BT" w:hAnsi="AvantGarde Bk BT"/>
          <w:sz w:val="22"/>
        </w:rPr>
        <w:t xml:space="preserve"> ser un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inferior a 15 días. Los días </w:t>
      </w:r>
      <w:proofErr w:type="spellStart"/>
      <w:r w:rsidRPr="00DA5EB0">
        <w:rPr>
          <w:rFonts w:ascii="AvantGarde Bk BT" w:hAnsi="AvantGarde Bk BT"/>
          <w:sz w:val="22"/>
        </w:rPr>
        <w:t>exactos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establecidos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convocatoria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publicada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web Municipal y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Tablón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anuncios</w:t>
      </w:r>
      <w:proofErr w:type="spellEnd"/>
      <w:r w:rsidRPr="00DA5EB0">
        <w:rPr>
          <w:rFonts w:ascii="AvantGarde Bk BT" w:hAnsi="AvantGarde Bk BT"/>
          <w:sz w:val="22"/>
        </w:rPr>
        <w:t xml:space="preserve"> Municipal  </w:t>
      </w:r>
    </w:p>
    <w:p w14:paraId="132054BC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12.</w:t>
      </w:r>
      <w:r w:rsidRPr="00DA5EB0">
        <w:rPr>
          <w:rFonts w:ascii="AvantGarde Bk BT" w:hAnsi="AvantGarde Bk BT"/>
          <w:sz w:val="22"/>
        </w:rPr>
        <w:tab/>
        <w:t xml:space="preserve">PROCEDIMIENTO PARA LA CONCESIÓN DE LAS </w:t>
      </w:r>
      <w:proofErr w:type="gramStart"/>
      <w:r w:rsidRPr="00DA5EB0">
        <w:rPr>
          <w:rFonts w:ascii="AvantGarde Bk BT" w:hAnsi="AvantGarde Bk BT"/>
          <w:sz w:val="22"/>
        </w:rPr>
        <w:t>BECAS.-</w:t>
      </w:r>
      <w:proofErr w:type="gramEnd"/>
      <w:r w:rsidRPr="00DA5EB0">
        <w:rPr>
          <w:rFonts w:ascii="AvantGarde Bk BT" w:hAnsi="AvantGarde Bk BT"/>
          <w:sz w:val="22"/>
        </w:rPr>
        <w:t xml:space="preserve"> Los </w:t>
      </w:r>
      <w:proofErr w:type="spellStart"/>
      <w:r w:rsidRPr="00DA5EB0">
        <w:rPr>
          <w:rFonts w:ascii="AvantGarde Bk BT" w:hAnsi="AvantGarde Bk BT"/>
          <w:sz w:val="22"/>
        </w:rPr>
        <w:t>trámites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relativos</w:t>
      </w:r>
      <w:proofErr w:type="spellEnd"/>
      <w:r w:rsidRPr="00DA5EB0">
        <w:rPr>
          <w:rFonts w:ascii="AvantGarde Bk BT" w:hAnsi="AvantGarde Bk BT"/>
          <w:sz w:val="22"/>
        </w:rPr>
        <w:t xml:space="preserve"> a la </w:t>
      </w:r>
      <w:proofErr w:type="spellStart"/>
      <w:r w:rsidRPr="00DA5EB0">
        <w:rPr>
          <w:rFonts w:ascii="AvantGarde Bk BT" w:hAnsi="AvantGarde Bk BT"/>
          <w:sz w:val="22"/>
        </w:rPr>
        <w:t>instrucción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quedan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sigue</w:t>
      </w:r>
      <w:proofErr w:type="spellEnd"/>
      <w:r w:rsidRPr="00DA5EB0">
        <w:rPr>
          <w:rFonts w:ascii="AvantGarde Bk BT" w:hAnsi="AvantGarde Bk BT"/>
          <w:sz w:val="22"/>
        </w:rPr>
        <w:t>:</w:t>
      </w:r>
    </w:p>
    <w:p w14:paraId="5A5F62B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185B366A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PUBLICACIÓN LISTAS PROVISIONALES Y </w:t>
      </w:r>
      <w:proofErr w:type="gramStart"/>
      <w:r w:rsidRPr="00DA5EB0">
        <w:rPr>
          <w:rFonts w:ascii="AvantGarde Bk BT" w:hAnsi="AvantGarde Bk BT"/>
          <w:sz w:val="22"/>
        </w:rPr>
        <w:t>PLAZOS .</w:t>
      </w:r>
      <w:proofErr w:type="gramEnd"/>
    </w:p>
    <w:p w14:paraId="7E4346D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Por </w:t>
      </w:r>
      <w:proofErr w:type="spellStart"/>
      <w:r w:rsidRPr="00DA5EB0">
        <w:rPr>
          <w:rFonts w:ascii="AvantGarde Bk BT" w:hAnsi="AvantGarde Bk BT"/>
          <w:sz w:val="22"/>
        </w:rPr>
        <w:t>resolución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Concejalía-delegada</w:t>
      </w:r>
      <w:proofErr w:type="spellEnd"/>
      <w:r w:rsidRPr="00DA5EB0">
        <w:rPr>
          <w:rFonts w:ascii="AvantGarde Bk BT" w:hAnsi="AvantGarde Bk BT"/>
          <w:sz w:val="22"/>
        </w:rPr>
        <w:t xml:space="preserve"> de Educación se </w:t>
      </w:r>
      <w:proofErr w:type="spellStart"/>
      <w:r w:rsidRPr="00DA5EB0">
        <w:rPr>
          <w:rFonts w:ascii="AvantGarde Bk BT" w:hAnsi="AvantGarde Bk BT"/>
          <w:sz w:val="22"/>
        </w:rPr>
        <w:t>propondrá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Listado</w:t>
      </w:r>
      <w:proofErr w:type="spellEnd"/>
      <w:r w:rsidRPr="00DA5EB0">
        <w:rPr>
          <w:rFonts w:ascii="AvantGarde Bk BT" w:hAnsi="AvantGarde Bk BT"/>
          <w:sz w:val="22"/>
        </w:rPr>
        <w:t xml:space="preserve"> Provisional de solicitudes </w:t>
      </w:r>
      <w:proofErr w:type="spellStart"/>
      <w:r w:rsidRPr="00DA5EB0">
        <w:rPr>
          <w:rFonts w:ascii="AvantGarde Bk BT" w:hAnsi="AvantGarde Bk BT"/>
          <w:sz w:val="22"/>
        </w:rPr>
        <w:t>admitidas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vez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baremadas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la Comisión de </w:t>
      </w:r>
      <w:proofErr w:type="spellStart"/>
      <w:r w:rsidRPr="00DA5EB0">
        <w:rPr>
          <w:rFonts w:ascii="AvantGarde Bk BT" w:hAnsi="AvantGarde Bk BT"/>
          <w:sz w:val="22"/>
        </w:rPr>
        <w:t>Valoración</w:t>
      </w:r>
      <w:proofErr w:type="spellEnd"/>
      <w:r w:rsidRPr="00DA5EB0">
        <w:rPr>
          <w:rFonts w:ascii="AvantGarde Bk BT" w:hAnsi="AvantGarde Bk BT"/>
          <w:sz w:val="22"/>
        </w:rPr>
        <w:t xml:space="preserve">. </w:t>
      </w:r>
    </w:p>
    <w:p w14:paraId="76027BA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lastRenderedPageBreak/>
        <w:t xml:space="preserve">Los </w:t>
      </w:r>
      <w:proofErr w:type="spellStart"/>
      <w:r w:rsidRPr="00DA5EB0">
        <w:rPr>
          <w:rFonts w:ascii="AvantGarde Bk BT" w:hAnsi="AvantGarde Bk BT"/>
          <w:sz w:val="22"/>
        </w:rPr>
        <w:t>interesados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tendrán</w:t>
      </w:r>
      <w:proofErr w:type="spellEnd"/>
      <w:r w:rsidRPr="00DA5EB0">
        <w:rPr>
          <w:rFonts w:ascii="AvantGarde Bk BT" w:hAnsi="AvantGarde Bk BT"/>
          <w:sz w:val="22"/>
        </w:rPr>
        <w:t xml:space="preserve"> un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10 días </w:t>
      </w:r>
      <w:proofErr w:type="spellStart"/>
      <w:r w:rsidRPr="00DA5EB0">
        <w:rPr>
          <w:rFonts w:ascii="AvantGarde Bk BT" w:hAnsi="AvantGarde Bk BT"/>
          <w:sz w:val="22"/>
        </w:rPr>
        <w:t>hábiles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presentar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alegaciones</w:t>
      </w:r>
      <w:proofErr w:type="spellEnd"/>
      <w:r w:rsidRPr="00DA5EB0">
        <w:rPr>
          <w:rFonts w:ascii="AvantGarde Bk BT" w:hAnsi="AvantGarde Bk BT"/>
          <w:sz w:val="22"/>
        </w:rPr>
        <w:t xml:space="preserve"> a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listados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provisionales</w:t>
      </w:r>
      <w:proofErr w:type="spellEnd"/>
      <w:r w:rsidRPr="00DA5EB0">
        <w:rPr>
          <w:rFonts w:ascii="AvantGarde Bk BT" w:hAnsi="AvantGarde Bk BT"/>
          <w:sz w:val="22"/>
        </w:rPr>
        <w:t xml:space="preserve">. Se </w:t>
      </w:r>
      <w:proofErr w:type="spellStart"/>
      <w:r w:rsidRPr="00DA5EB0">
        <w:rPr>
          <w:rFonts w:ascii="AvantGarde Bk BT" w:hAnsi="AvantGarde Bk BT"/>
          <w:sz w:val="22"/>
        </w:rPr>
        <w:t>podrá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reducir</w:t>
      </w:r>
      <w:proofErr w:type="spellEnd"/>
      <w:r w:rsidRPr="00DA5EB0">
        <w:rPr>
          <w:rFonts w:ascii="AvantGarde Bk BT" w:hAnsi="AvantGarde Bk BT"/>
          <w:sz w:val="22"/>
        </w:rPr>
        <w:t xml:space="preserve"> a 5 días </w:t>
      </w:r>
      <w:proofErr w:type="spellStart"/>
      <w:r w:rsidRPr="00DA5EB0">
        <w:rPr>
          <w:rFonts w:ascii="AvantGarde Bk BT" w:hAnsi="AvantGarde Bk BT"/>
          <w:sz w:val="22"/>
        </w:rPr>
        <w:t>hábiles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causas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sobrevenidas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carácter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cuando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razones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interés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público</w:t>
      </w:r>
      <w:proofErr w:type="spellEnd"/>
      <w:r w:rsidRPr="00DA5EB0">
        <w:rPr>
          <w:rFonts w:ascii="AvantGarde Bk BT" w:hAnsi="AvantGarde Bk BT"/>
          <w:sz w:val="22"/>
        </w:rPr>
        <w:t xml:space="preserve"> lo </w:t>
      </w:r>
      <w:proofErr w:type="spellStart"/>
      <w:r w:rsidRPr="00DA5EB0">
        <w:rPr>
          <w:rFonts w:ascii="AvantGarde Bk BT" w:hAnsi="AvantGarde Bk BT"/>
          <w:sz w:val="22"/>
        </w:rPr>
        <w:t>aconsejen</w:t>
      </w:r>
      <w:proofErr w:type="spellEnd"/>
      <w:r w:rsidRPr="00DA5EB0">
        <w:rPr>
          <w:rFonts w:ascii="AvantGarde Bk BT" w:hAnsi="AvantGarde Bk BT"/>
          <w:sz w:val="22"/>
        </w:rPr>
        <w:t xml:space="preserve">, de </w:t>
      </w:r>
      <w:proofErr w:type="spellStart"/>
      <w:r w:rsidRPr="00DA5EB0">
        <w:rPr>
          <w:rFonts w:ascii="AvantGarde Bk BT" w:hAnsi="AvantGarde Bk BT"/>
          <w:sz w:val="22"/>
        </w:rPr>
        <w:t>conformidad</w:t>
      </w:r>
      <w:proofErr w:type="spellEnd"/>
      <w:r w:rsidRPr="00DA5EB0">
        <w:rPr>
          <w:rFonts w:ascii="AvantGarde Bk BT" w:hAnsi="AvantGarde Bk BT"/>
          <w:sz w:val="22"/>
        </w:rPr>
        <w:t xml:space="preserve"> con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33 de la Ley 39/2015, de 1 de </w:t>
      </w:r>
      <w:proofErr w:type="spellStart"/>
      <w:r w:rsidRPr="00DA5EB0">
        <w:rPr>
          <w:rFonts w:ascii="AvantGarde Bk BT" w:hAnsi="AvantGarde Bk BT"/>
          <w:sz w:val="22"/>
        </w:rPr>
        <w:t>octubre</w:t>
      </w:r>
      <w:proofErr w:type="spellEnd"/>
      <w:r w:rsidRPr="00DA5EB0">
        <w:rPr>
          <w:rFonts w:ascii="AvantGarde Bk BT" w:hAnsi="AvantGarde Bk BT"/>
          <w:sz w:val="22"/>
        </w:rPr>
        <w:t xml:space="preserve">, del </w:t>
      </w:r>
      <w:proofErr w:type="spellStart"/>
      <w:r w:rsidRPr="00DA5EB0">
        <w:rPr>
          <w:rFonts w:ascii="AvantGarde Bk BT" w:hAnsi="AvantGarde Bk BT"/>
          <w:sz w:val="22"/>
        </w:rPr>
        <w:t>Procedimiento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Común de las </w:t>
      </w:r>
      <w:proofErr w:type="spellStart"/>
      <w:r w:rsidRPr="00DA5EB0">
        <w:rPr>
          <w:rFonts w:ascii="AvantGarde Bk BT" w:hAnsi="AvantGarde Bk BT"/>
          <w:sz w:val="22"/>
        </w:rPr>
        <w:t>Administraciones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Públicas</w:t>
      </w:r>
      <w:proofErr w:type="spellEnd"/>
      <w:r w:rsidRPr="00DA5EB0">
        <w:rPr>
          <w:rFonts w:ascii="AvantGarde Bk BT" w:hAnsi="AvantGarde Bk BT"/>
          <w:sz w:val="22"/>
        </w:rPr>
        <w:t xml:space="preserve"> (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adelante</w:t>
      </w:r>
      <w:proofErr w:type="spellEnd"/>
      <w:r w:rsidRPr="00DA5EB0">
        <w:rPr>
          <w:rFonts w:ascii="AvantGarde Bk BT" w:hAnsi="AvantGarde Bk BT"/>
          <w:sz w:val="22"/>
        </w:rPr>
        <w:t xml:space="preserve"> LPAC),</w:t>
      </w:r>
    </w:p>
    <w:p w14:paraId="584DA65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5F2D27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ACUERDO DE ADJUDICACION DE BECAS.</w:t>
      </w:r>
    </w:p>
    <w:p w14:paraId="3F7FD81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proofErr w:type="spellStart"/>
      <w:r w:rsidRPr="00DA5EB0">
        <w:rPr>
          <w:rFonts w:ascii="AvantGarde Bk BT" w:hAnsi="AvantGarde Bk BT"/>
          <w:sz w:val="22"/>
        </w:rPr>
        <w:t>Finalizado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resolución</w:t>
      </w:r>
      <w:proofErr w:type="spellEnd"/>
      <w:r w:rsidRPr="00DA5EB0">
        <w:rPr>
          <w:rFonts w:ascii="AvantGarde Bk BT" w:hAnsi="AvantGarde Bk BT"/>
          <w:sz w:val="22"/>
        </w:rPr>
        <w:t xml:space="preserve"> de las </w:t>
      </w:r>
      <w:proofErr w:type="spellStart"/>
      <w:r w:rsidRPr="00DA5EB0">
        <w:rPr>
          <w:rFonts w:ascii="AvantGarde Bk BT" w:hAnsi="AvantGarde Bk BT"/>
          <w:sz w:val="22"/>
        </w:rPr>
        <w:t>reclamaciones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presentadas</w:t>
      </w:r>
      <w:proofErr w:type="spellEnd"/>
      <w:r w:rsidRPr="00DA5EB0">
        <w:rPr>
          <w:rFonts w:ascii="AvantGarde Bk BT" w:hAnsi="AvantGarde Bk BT"/>
          <w:sz w:val="22"/>
        </w:rPr>
        <w:t xml:space="preserve"> a las </w:t>
      </w:r>
      <w:proofErr w:type="spellStart"/>
      <w:r w:rsidRPr="00DA5EB0">
        <w:rPr>
          <w:rFonts w:ascii="AvantGarde Bk BT" w:hAnsi="AvantGarde Bk BT"/>
          <w:sz w:val="22"/>
        </w:rPr>
        <w:t>listas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Provisionales</w:t>
      </w:r>
      <w:proofErr w:type="spellEnd"/>
      <w:r w:rsidRPr="00DA5EB0">
        <w:rPr>
          <w:rFonts w:ascii="AvantGarde Bk BT" w:hAnsi="AvantGarde Bk BT"/>
          <w:sz w:val="22"/>
        </w:rPr>
        <w:t xml:space="preserve">, se </w:t>
      </w:r>
      <w:proofErr w:type="spellStart"/>
      <w:r w:rsidRPr="00DA5EB0">
        <w:rPr>
          <w:rFonts w:ascii="AvantGarde Bk BT" w:hAnsi="AvantGarde Bk BT"/>
          <w:sz w:val="22"/>
        </w:rPr>
        <w:t>resolverá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órgano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competente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26910C06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258701B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4759CAE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13.</w:t>
      </w:r>
      <w:r w:rsidRPr="00DA5EB0">
        <w:rPr>
          <w:rFonts w:ascii="AvantGarde Bk BT" w:hAnsi="AvantGarde Bk BT"/>
          <w:sz w:val="22"/>
        </w:rPr>
        <w:tab/>
      </w:r>
      <w:proofErr w:type="gramStart"/>
      <w:r w:rsidRPr="00DA5EB0">
        <w:rPr>
          <w:rFonts w:ascii="AvantGarde Bk BT" w:hAnsi="AvantGarde Bk BT"/>
          <w:sz w:val="22"/>
        </w:rPr>
        <w:t>RESOLUCION.-</w:t>
      </w:r>
      <w:proofErr w:type="gramEnd"/>
      <w:r w:rsidRPr="00DA5EB0">
        <w:rPr>
          <w:rFonts w:ascii="AvantGarde Bk BT" w:hAnsi="AvantGarde Bk BT"/>
          <w:sz w:val="22"/>
        </w:rPr>
        <w:t xml:space="preserve"> Contra </w:t>
      </w:r>
      <w:proofErr w:type="spellStart"/>
      <w:r w:rsidRPr="00DA5EB0">
        <w:rPr>
          <w:rFonts w:ascii="AvantGarde Bk BT" w:hAnsi="AvantGarde Bk BT"/>
          <w:sz w:val="22"/>
        </w:rPr>
        <w:t>este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acto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pone </w:t>
      </w:r>
      <w:proofErr w:type="gramStart"/>
      <w:r w:rsidRPr="00DA5EB0">
        <w:rPr>
          <w:rFonts w:ascii="AvantGarde Bk BT" w:hAnsi="AvantGarde Bk BT"/>
          <w:sz w:val="22"/>
        </w:rPr>
        <w:t>fin</w:t>
      </w:r>
      <w:proofErr w:type="gramEnd"/>
      <w:r w:rsidRPr="00DA5EB0">
        <w:rPr>
          <w:rFonts w:ascii="AvantGarde Bk BT" w:hAnsi="AvantGarde Bk BT"/>
          <w:sz w:val="22"/>
        </w:rPr>
        <w:t xml:space="preserve"> a la </w:t>
      </w:r>
      <w:proofErr w:type="spellStart"/>
      <w:r w:rsidRPr="00DA5EB0">
        <w:rPr>
          <w:rFonts w:ascii="AvantGarde Bk BT" w:hAnsi="AvantGarde Bk BT"/>
          <w:sz w:val="22"/>
        </w:rPr>
        <w:t>vía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administrativa</w:t>
      </w:r>
      <w:proofErr w:type="spellEnd"/>
      <w:r w:rsidRPr="00DA5EB0">
        <w:rPr>
          <w:rFonts w:ascii="AvantGarde Bk BT" w:hAnsi="AvantGarde Bk BT"/>
          <w:sz w:val="22"/>
        </w:rPr>
        <w:t xml:space="preserve"> (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52.2 de la Ley 7/1985, de 2 de </w:t>
      </w:r>
      <w:proofErr w:type="spellStart"/>
      <w:r w:rsidRPr="00DA5EB0">
        <w:rPr>
          <w:rFonts w:ascii="AvantGarde Bk BT" w:hAnsi="AvantGarde Bk BT"/>
          <w:sz w:val="22"/>
        </w:rPr>
        <w:t>abril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Reguladora</w:t>
      </w:r>
      <w:proofErr w:type="spellEnd"/>
      <w:r w:rsidRPr="00DA5EB0">
        <w:rPr>
          <w:rFonts w:ascii="AvantGarde Bk BT" w:hAnsi="AvantGarde Bk BT"/>
          <w:sz w:val="22"/>
        </w:rPr>
        <w:t xml:space="preserve"> de las Bases del </w:t>
      </w:r>
      <w:proofErr w:type="spellStart"/>
      <w:r w:rsidRPr="00DA5EB0">
        <w:rPr>
          <w:rFonts w:ascii="AvantGarde Bk BT" w:hAnsi="AvantGarde Bk BT"/>
          <w:sz w:val="22"/>
        </w:rPr>
        <w:t>Régimen</w:t>
      </w:r>
      <w:proofErr w:type="spellEnd"/>
      <w:r w:rsidRPr="00DA5EB0">
        <w:rPr>
          <w:rFonts w:ascii="AvantGarde Bk BT" w:hAnsi="AvantGarde Bk BT"/>
          <w:sz w:val="22"/>
        </w:rPr>
        <w:t xml:space="preserve"> Local), </w:t>
      </w:r>
      <w:proofErr w:type="spellStart"/>
      <w:r w:rsidRPr="00DA5EB0">
        <w:rPr>
          <w:rFonts w:ascii="AvantGarde Bk BT" w:hAnsi="AvantGarde Bk BT"/>
          <w:sz w:val="22"/>
        </w:rPr>
        <w:t>podrá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interponer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siguientes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recursos</w:t>
      </w:r>
      <w:proofErr w:type="spellEnd"/>
      <w:r w:rsidRPr="00DA5EB0">
        <w:rPr>
          <w:rFonts w:ascii="AvantGarde Bk BT" w:hAnsi="AvantGarde Bk BT"/>
          <w:sz w:val="22"/>
        </w:rPr>
        <w:t>:</w:t>
      </w:r>
    </w:p>
    <w:p w14:paraId="5AC90E2D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14.</w:t>
      </w:r>
      <w:r w:rsidRPr="00DA5EB0">
        <w:rPr>
          <w:rFonts w:ascii="AvantGarde Bk BT" w:hAnsi="AvantGarde Bk BT"/>
          <w:sz w:val="22"/>
        </w:rPr>
        <w:tab/>
      </w:r>
    </w:p>
    <w:p w14:paraId="6E31B886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a)- Con </w:t>
      </w:r>
      <w:proofErr w:type="spellStart"/>
      <w:r w:rsidRPr="00DA5EB0">
        <w:rPr>
          <w:rFonts w:ascii="AvantGarde Bk BT" w:hAnsi="AvantGarde Bk BT"/>
          <w:sz w:val="22"/>
        </w:rPr>
        <w:t>carácter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potestativo</w:t>
      </w:r>
      <w:proofErr w:type="spellEnd"/>
      <w:r w:rsidRPr="00DA5EB0">
        <w:rPr>
          <w:rFonts w:ascii="AvantGarde Bk BT" w:hAnsi="AvantGarde Bk BT"/>
          <w:sz w:val="22"/>
        </w:rPr>
        <w:t xml:space="preserve">, un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reposición</w:t>
      </w:r>
      <w:proofErr w:type="spellEnd"/>
      <w:r w:rsidRPr="00DA5EB0">
        <w:rPr>
          <w:rFonts w:ascii="AvantGarde Bk BT" w:hAnsi="AvantGarde Bk BT"/>
          <w:sz w:val="22"/>
        </w:rPr>
        <w:t xml:space="preserve"> ante el </w:t>
      </w:r>
      <w:proofErr w:type="spellStart"/>
      <w:r w:rsidRPr="00DA5EB0">
        <w:rPr>
          <w:rFonts w:ascii="AvantGarde Bk BT" w:hAnsi="AvantGarde Bk BT"/>
          <w:sz w:val="22"/>
        </w:rPr>
        <w:t>mismo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órgano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dictó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acto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notifica</w:t>
      </w:r>
      <w:proofErr w:type="spellEnd"/>
      <w:r w:rsidRPr="00DA5EB0">
        <w:rPr>
          <w:rFonts w:ascii="AvantGarde Bk BT" w:hAnsi="AvantGarde Bk BT"/>
          <w:sz w:val="22"/>
        </w:rPr>
        <w:t xml:space="preserve">, para lo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dispone del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un </w:t>
      </w:r>
      <w:proofErr w:type="spellStart"/>
      <w:r w:rsidRPr="00DA5EB0">
        <w:rPr>
          <w:rFonts w:ascii="AvantGarde Bk BT" w:hAnsi="AvantGarde Bk BT"/>
          <w:sz w:val="22"/>
        </w:rPr>
        <w:t>mes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desde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r w:rsidRPr="00DA5EB0">
        <w:rPr>
          <w:rFonts w:ascii="AvantGarde Bk BT" w:hAnsi="AvantGarde Bk BT"/>
          <w:sz w:val="22"/>
        </w:rPr>
        <w:tab/>
      </w:r>
      <w:proofErr w:type="spellStart"/>
      <w:r w:rsidRPr="00DA5EB0">
        <w:rPr>
          <w:rFonts w:ascii="AvantGarde Bk BT" w:hAnsi="AvantGarde Bk BT"/>
          <w:sz w:val="22"/>
        </w:rPr>
        <w:t>fecha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notificación</w:t>
      </w:r>
      <w:proofErr w:type="spellEnd"/>
      <w:r w:rsidRPr="00DA5EB0">
        <w:rPr>
          <w:rFonts w:ascii="AvantGarde Bk BT" w:hAnsi="AvantGarde Bk BT"/>
          <w:sz w:val="22"/>
        </w:rPr>
        <w:t xml:space="preserve"> (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124 LPACAP).</w:t>
      </w:r>
    </w:p>
    <w:p w14:paraId="0480E74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6034D57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 b)- </w:t>
      </w:r>
      <w:proofErr w:type="spellStart"/>
      <w:r w:rsidRPr="00DA5EB0">
        <w:rPr>
          <w:rFonts w:ascii="AvantGarde Bk BT" w:hAnsi="AvantGarde Bk BT"/>
          <w:sz w:val="22"/>
        </w:rPr>
        <w:t>Directamente</w:t>
      </w:r>
      <w:proofErr w:type="spellEnd"/>
      <w:r w:rsidRPr="00DA5EB0">
        <w:rPr>
          <w:rFonts w:ascii="AvantGarde Bk BT" w:hAnsi="AvantGarde Bk BT"/>
          <w:sz w:val="22"/>
        </w:rPr>
        <w:t xml:space="preserve"> (</w:t>
      </w:r>
      <w:proofErr w:type="spellStart"/>
      <w:r w:rsidRPr="00DA5EB0">
        <w:rPr>
          <w:rFonts w:ascii="AvantGarde Bk BT" w:hAnsi="AvantGarde Bk BT"/>
          <w:sz w:val="22"/>
        </w:rPr>
        <w:t>esto</w:t>
      </w:r>
      <w:proofErr w:type="spellEnd"/>
      <w:r w:rsidRPr="00DA5EB0">
        <w:rPr>
          <w:rFonts w:ascii="AvantGarde Bk BT" w:hAnsi="AvantGarde Bk BT"/>
          <w:sz w:val="22"/>
        </w:rPr>
        <w:t xml:space="preserve"> es, sin </w:t>
      </w:r>
      <w:proofErr w:type="spellStart"/>
      <w:r w:rsidRPr="00DA5EB0">
        <w:rPr>
          <w:rFonts w:ascii="AvantGarde Bk BT" w:hAnsi="AvantGarde Bk BT"/>
          <w:sz w:val="22"/>
        </w:rPr>
        <w:t>necesidad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presentar</w:t>
      </w:r>
      <w:proofErr w:type="spellEnd"/>
      <w:r w:rsidRPr="00DA5EB0">
        <w:rPr>
          <w:rFonts w:ascii="AvantGarde Bk BT" w:hAnsi="AvantGarde Bk BT"/>
          <w:sz w:val="22"/>
        </w:rPr>
        <w:t xml:space="preserve"> antes un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reposición</w:t>
      </w:r>
      <w:proofErr w:type="spellEnd"/>
      <w:r w:rsidRPr="00DA5EB0">
        <w:rPr>
          <w:rFonts w:ascii="AvantGarde Bk BT" w:hAnsi="AvantGarde Bk BT"/>
          <w:sz w:val="22"/>
        </w:rPr>
        <w:t xml:space="preserve">) </w:t>
      </w:r>
      <w:proofErr w:type="spellStart"/>
      <w:r w:rsidRPr="00DA5EB0">
        <w:rPr>
          <w:rFonts w:ascii="AvantGarde Bk BT" w:hAnsi="AvantGarde Bk BT"/>
          <w:sz w:val="22"/>
        </w:rPr>
        <w:t>podrá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presentar</w:t>
      </w:r>
      <w:proofErr w:type="spellEnd"/>
      <w:r w:rsidRPr="00DA5EB0">
        <w:rPr>
          <w:rFonts w:ascii="AvantGarde Bk BT" w:hAnsi="AvantGarde Bk BT"/>
          <w:sz w:val="22"/>
        </w:rPr>
        <w:t xml:space="preserve"> un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contencioso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ante la </w:t>
      </w:r>
      <w:proofErr w:type="spellStart"/>
      <w:r w:rsidRPr="00DA5EB0">
        <w:rPr>
          <w:rFonts w:ascii="AvantGarde Bk BT" w:hAnsi="AvantGarde Bk BT"/>
          <w:sz w:val="22"/>
        </w:rPr>
        <w:t>Sección</w:t>
      </w:r>
      <w:proofErr w:type="spellEnd"/>
      <w:r w:rsidRPr="00DA5EB0">
        <w:rPr>
          <w:rFonts w:ascii="AvantGarde Bk BT" w:hAnsi="AvantGarde Bk BT"/>
          <w:sz w:val="22"/>
        </w:rPr>
        <w:t xml:space="preserve"> de lo </w:t>
      </w:r>
      <w:proofErr w:type="spellStart"/>
      <w:r w:rsidRPr="00DA5EB0">
        <w:rPr>
          <w:rFonts w:ascii="AvantGarde Bk BT" w:hAnsi="AvantGarde Bk BT"/>
          <w:sz w:val="22"/>
        </w:rPr>
        <w:t>Contencioso-Administrativo</w:t>
      </w:r>
      <w:proofErr w:type="spellEnd"/>
      <w:r w:rsidRPr="00DA5EB0">
        <w:rPr>
          <w:rFonts w:ascii="AvantGarde Bk BT" w:hAnsi="AvantGarde Bk BT"/>
          <w:sz w:val="22"/>
        </w:rPr>
        <w:t xml:space="preserve"> del Tribunal de </w:t>
      </w:r>
      <w:proofErr w:type="spellStart"/>
      <w:r w:rsidRPr="00DA5EB0">
        <w:rPr>
          <w:rFonts w:ascii="AvantGarde Bk BT" w:hAnsi="AvantGarde Bk BT"/>
          <w:sz w:val="22"/>
        </w:rPr>
        <w:t>Instancia</w:t>
      </w:r>
      <w:proofErr w:type="spellEnd"/>
      <w:r w:rsidRPr="00DA5EB0">
        <w:rPr>
          <w:rFonts w:ascii="AvantGarde Bk BT" w:hAnsi="AvantGarde Bk BT"/>
          <w:sz w:val="22"/>
        </w:rPr>
        <w:t xml:space="preserve"> de Madrid, para lo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dispone de un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dos meses, a </w:t>
      </w:r>
      <w:proofErr w:type="spellStart"/>
      <w:r w:rsidRPr="00DA5EB0">
        <w:rPr>
          <w:rFonts w:ascii="AvantGarde Bk BT" w:hAnsi="AvantGarde Bk BT"/>
          <w:sz w:val="22"/>
        </w:rPr>
        <w:t>contar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desde</w:t>
      </w:r>
      <w:proofErr w:type="spellEnd"/>
      <w:r w:rsidRPr="00DA5EB0">
        <w:rPr>
          <w:rFonts w:ascii="AvantGarde Bk BT" w:hAnsi="AvantGarde Bk BT"/>
          <w:sz w:val="22"/>
        </w:rPr>
        <w:t xml:space="preserve"> el día </w:t>
      </w:r>
      <w:proofErr w:type="spellStart"/>
      <w:r w:rsidRPr="00DA5EB0">
        <w:rPr>
          <w:rFonts w:ascii="AvantGarde Bk BT" w:hAnsi="AvantGarde Bk BT"/>
          <w:sz w:val="22"/>
        </w:rPr>
        <w:t>siguiente</w:t>
      </w:r>
      <w:proofErr w:type="spellEnd"/>
      <w:r w:rsidRPr="00DA5EB0">
        <w:rPr>
          <w:rFonts w:ascii="AvantGarde Bk BT" w:hAnsi="AvantGarde Bk BT"/>
          <w:sz w:val="22"/>
        </w:rPr>
        <w:t xml:space="preserve"> al de la </w:t>
      </w:r>
      <w:proofErr w:type="spellStart"/>
      <w:r w:rsidRPr="00DA5EB0">
        <w:rPr>
          <w:rFonts w:ascii="AvantGarde Bk BT" w:hAnsi="AvantGarde Bk BT"/>
          <w:sz w:val="22"/>
        </w:rPr>
        <w:t>notificación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este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acto</w:t>
      </w:r>
      <w:proofErr w:type="spellEnd"/>
      <w:r w:rsidRPr="00DA5EB0">
        <w:rPr>
          <w:rFonts w:ascii="AvantGarde Bk BT" w:hAnsi="AvantGarde Bk BT"/>
          <w:sz w:val="22"/>
        </w:rPr>
        <w:t xml:space="preserve"> (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46 de la Ley 29/1998, de 13 de </w:t>
      </w:r>
      <w:proofErr w:type="spellStart"/>
      <w:r w:rsidRPr="00DA5EB0">
        <w:rPr>
          <w:rFonts w:ascii="AvantGarde Bk BT" w:hAnsi="AvantGarde Bk BT"/>
          <w:sz w:val="22"/>
        </w:rPr>
        <w:t>julio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reguladora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Jurisdicción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Contencioso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Administrativa</w:t>
      </w:r>
      <w:proofErr w:type="spellEnd"/>
      <w:r w:rsidRPr="00DA5EB0">
        <w:rPr>
          <w:rFonts w:ascii="AvantGarde Bk BT" w:hAnsi="AvantGarde Bk BT"/>
          <w:sz w:val="22"/>
        </w:rPr>
        <w:t>)</w:t>
      </w:r>
    </w:p>
    <w:p w14:paraId="65EE5E8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4ACECD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905888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14.-</w:t>
      </w:r>
      <w:proofErr w:type="gramStart"/>
      <w:r w:rsidRPr="00DA5EB0">
        <w:rPr>
          <w:rFonts w:ascii="AvantGarde Bk BT" w:hAnsi="AvantGarde Bk BT"/>
          <w:sz w:val="22"/>
        </w:rPr>
        <w:t>PUBLICACIÓN.-</w:t>
      </w:r>
      <w:proofErr w:type="gram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procederá</w:t>
      </w:r>
      <w:proofErr w:type="spellEnd"/>
      <w:r w:rsidRPr="00DA5EB0">
        <w:rPr>
          <w:rFonts w:ascii="AvantGarde Bk BT" w:hAnsi="AvantGarde Bk BT"/>
          <w:sz w:val="22"/>
        </w:rPr>
        <w:t xml:space="preserve"> a la </w:t>
      </w:r>
      <w:proofErr w:type="spellStart"/>
      <w:r w:rsidRPr="00DA5EB0">
        <w:rPr>
          <w:rFonts w:ascii="AvantGarde Bk BT" w:hAnsi="AvantGarde Bk BT"/>
          <w:sz w:val="22"/>
        </w:rPr>
        <w:t>publicación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resolución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definitiva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tablón</w:t>
      </w:r>
      <w:proofErr w:type="spellEnd"/>
      <w:r w:rsidRPr="00DA5EB0">
        <w:rPr>
          <w:rFonts w:ascii="AvantGarde Bk BT" w:hAnsi="AvantGarde Bk BT"/>
          <w:sz w:val="22"/>
        </w:rPr>
        <w:t xml:space="preserve"> de edictal y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página</w:t>
      </w:r>
      <w:proofErr w:type="spellEnd"/>
      <w:r w:rsidRPr="00DA5EB0">
        <w:rPr>
          <w:rFonts w:ascii="AvantGarde Bk BT" w:hAnsi="AvantGarde Bk BT"/>
          <w:sz w:val="22"/>
        </w:rPr>
        <w:t xml:space="preserve"> web del Ayuntamiento.</w:t>
      </w:r>
    </w:p>
    <w:p w14:paraId="6453A03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77377ECE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15.-</w:t>
      </w:r>
      <w:proofErr w:type="gramStart"/>
      <w:r w:rsidRPr="00DA5EB0">
        <w:rPr>
          <w:rFonts w:ascii="AvantGarde Bk BT" w:hAnsi="AvantGarde Bk BT"/>
          <w:sz w:val="22"/>
        </w:rPr>
        <w:t>VIGENCIA.-</w:t>
      </w:r>
      <w:proofErr w:type="gramEnd"/>
      <w:r w:rsidRPr="00DA5EB0">
        <w:rPr>
          <w:rFonts w:ascii="AvantGarde Bk BT" w:hAnsi="AvantGarde Bk BT"/>
          <w:sz w:val="22"/>
        </w:rPr>
        <w:t xml:space="preserve"> Las </w:t>
      </w:r>
      <w:proofErr w:type="spellStart"/>
      <w:r w:rsidRPr="00DA5EB0">
        <w:rPr>
          <w:rFonts w:ascii="AvantGarde Bk BT" w:hAnsi="AvantGarde Bk BT"/>
          <w:sz w:val="22"/>
        </w:rPr>
        <w:t>presentes</w:t>
      </w:r>
      <w:proofErr w:type="spellEnd"/>
      <w:r w:rsidRPr="00DA5EB0">
        <w:rPr>
          <w:rFonts w:ascii="AvantGarde Bk BT" w:hAnsi="AvantGarde Bk BT"/>
          <w:sz w:val="22"/>
        </w:rPr>
        <w:t xml:space="preserve"> bases,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servirán</w:t>
      </w:r>
      <w:proofErr w:type="spellEnd"/>
      <w:r w:rsidRPr="00DA5EB0">
        <w:rPr>
          <w:rFonts w:ascii="AvantGarde Bk BT" w:hAnsi="AvantGarde Bk BT"/>
          <w:sz w:val="22"/>
        </w:rPr>
        <w:t xml:space="preserve"> para la </w:t>
      </w:r>
      <w:proofErr w:type="spellStart"/>
      <w:r w:rsidRPr="00DA5EB0">
        <w:rPr>
          <w:rFonts w:ascii="AvantGarde Bk BT" w:hAnsi="AvantGarde Bk BT"/>
          <w:sz w:val="22"/>
        </w:rPr>
        <w:t>concesión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becas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cursar</w:t>
      </w:r>
      <w:proofErr w:type="spellEnd"/>
      <w:r w:rsidRPr="00DA5EB0">
        <w:rPr>
          <w:rFonts w:ascii="AvantGarde Bk BT" w:hAnsi="AvantGarde Bk BT"/>
          <w:sz w:val="22"/>
        </w:rPr>
        <w:t xml:space="preserve"> estudios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la Universidad Europea de Madrid, </w:t>
      </w:r>
      <w:proofErr w:type="spellStart"/>
      <w:r w:rsidRPr="00DA5EB0">
        <w:rPr>
          <w:rFonts w:ascii="AvantGarde Bk BT" w:hAnsi="AvantGarde Bk BT"/>
          <w:sz w:val="22"/>
        </w:rPr>
        <w:t>estarán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vigor </w:t>
      </w:r>
      <w:proofErr w:type="spellStart"/>
      <w:r w:rsidRPr="00DA5EB0">
        <w:rPr>
          <w:rFonts w:ascii="AvantGarde Bk BT" w:hAnsi="AvantGarde Bk BT"/>
          <w:sz w:val="22"/>
        </w:rPr>
        <w:t>mientras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mantenga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convenio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suscrito</w:t>
      </w:r>
      <w:proofErr w:type="spellEnd"/>
      <w:r w:rsidRPr="00DA5EB0">
        <w:rPr>
          <w:rFonts w:ascii="AvantGarde Bk BT" w:hAnsi="AvantGarde Bk BT"/>
          <w:sz w:val="22"/>
        </w:rPr>
        <w:t xml:space="preserve"> con la </w:t>
      </w:r>
      <w:proofErr w:type="spellStart"/>
      <w:r w:rsidRPr="00DA5EB0">
        <w:rPr>
          <w:rFonts w:ascii="AvantGarde Bk BT" w:hAnsi="AvantGarde Bk BT"/>
          <w:sz w:val="22"/>
        </w:rPr>
        <w:t>universidad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sean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aprobadas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unas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nuevas</w:t>
      </w:r>
      <w:proofErr w:type="spellEnd"/>
      <w:r w:rsidRPr="00DA5EB0">
        <w:rPr>
          <w:rFonts w:ascii="AvantGarde Bk BT" w:hAnsi="AvantGarde Bk BT"/>
          <w:sz w:val="22"/>
        </w:rPr>
        <w:t xml:space="preserve"> bases.</w:t>
      </w:r>
    </w:p>
    <w:p w14:paraId="27089096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E9F85C4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18DB5752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31B1913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041D0689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Las </w:t>
      </w:r>
      <w:proofErr w:type="spellStart"/>
      <w:r w:rsidRPr="00DA5EB0">
        <w:rPr>
          <w:rFonts w:ascii="AvantGarde Bk BT" w:hAnsi="AvantGarde Bk BT"/>
          <w:sz w:val="22"/>
        </w:rPr>
        <w:t>presentes</w:t>
      </w:r>
      <w:proofErr w:type="spellEnd"/>
      <w:r w:rsidRPr="00DA5EB0">
        <w:rPr>
          <w:rFonts w:ascii="AvantGarde Bk BT" w:hAnsi="AvantGarde Bk BT"/>
          <w:sz w:val="22"/>
        </w:rPr>
        <w:t xml:space="preserve"> bases, </w:t>
      </w:r>
      <w:proofErr w:type="spellStart"/>
      <w:r w:rsidRPr="00DA5EB0">
        <w:rPr>
          <w:rFonts w:ascii="AvantGarde Bk BT" w:hAnsi="AvantGarde Bk BT"/>
          <w:sz w:val="22"/>
        </w:rPr>
        <w:t>conforme</w:t>
      </w:r>
      <w:proofErr w:type="spellEnd"/>
      <w:r w:rsidRPr="00DA5EB0">
        <w:rPr>
          <w:rFonts w:ascii="AvantGarde Bk BT" w:hAnsi="AvantGarde Bk BT"/>
          <w:sz w:val="22"/>
        </w:rPr>
        <w:t xml:space="preserve"> a lo </w:t>
      </w:r>
      <w:proofErr w:type="spellStart"/>
      <w:r w:rsidRPr="00DA5EB0">
        <w:rPr>
          <w:rFonts w:ascii="AvantGarde Bk BT" w:hAnsi="AvantGarde Bk BT"/>
          <w:sz w:val="22"/>
        </w:rPr>
        <w:t>dispuesto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123.1 de la Ley 39/2015, de 1 de </w:t>
      </w:r>
      <w:proofErr w:type="spellStart"/>
      <w:r w:rsidRPr="00DA5EB0">
        <w:rPr>
          <w:rFonts w:ascii="AvantGarde Bk BT" w:hAnsi="AvantGarde Bk BT"/>
          <w:sz w:val="22"/>
        </w:rPr>
        <w:t>octubre</w:t>
      </w:r>
      <w:proofErr w:type="spellEnd"/>
      <w:r w:rsidRPr="00DA5EB0">
        <w:rPr>
          <w:rFonts w:ascii="AvantGarde Bk BT" w:hAnsi="AvantGarde Bk BT"/>
          <w:sz w:val="22"/>
        </w:rPr>
        <w:t xml:space="preserve">, del </w:t>
      </w:r>
      <w:proofErr w:type="spellStart"/>
      <w:r w:rsidRPr="00DA5EB0">
        <w:rPr>
          <w:rFonts w:ascii="AvantGarde Bk BT" w:hAnsi="AvantGarde Bk BT"/>
          <w:sz w:val="22"/>
        </w:rPr>
        <w:t>Procedimiento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Común de la </w:t>
      </w:r>
      <w:proofErr w:type="spellStart"/>
      <w:r w:rsidRPr="00DA5EB0">
        <w:rPr>
          <w:rFonts w:ascii="AvantGarde Bk BT" w:hAnsi="AvantGarde Bk BT"/>
          <w:sz w:val="22"/>
        </w:rPr>
        <w:t>Administraciones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Públicas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podrán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recurrirse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potestativamente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reposición</w:t>
      </w:r>
      <w:proofErr w:type="spellEnd"/>
      <w:r w:rsidRPr="00DA5EB0">
        <w:rPr>
          <w:rFonts w:ascii="AvantGarde Bk BT" w:hAnsi="AvantGarde Bk BT"/>
          <w:sz w:val="22"/>
        </w:rPr>
        <w:t xml:space="preserve"> o </w:t>
      </w:r>
      <w:proofErr w:type="spellStart"/>
      <w:r w:rsidRPr="00DA5EB0">
        <w:rPr>
          <w:rFonts w:ascii="AvantGarde Bk BT" w:hAnsi="AvantGarde Bk BT"/>
          <w:sz w:val="22"/>
        </w:rPr>
        <w:t>interponer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directamente</w:t>
      </w:r>
      <w:proofErr w:type="spellEnd"/>
      <w:r w:rsidRPr="00DA5EB0">
        <w:rPr>
          <w:rFonts w:ascii="AvantGarde Bk BT" w:hAnsi="AvantGarde Bk BT"/>
          <w:sz w:val="22"/>
        </w:rPr>
        <w:t xml:space="preserve"> un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contencioso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ante la </w:t>
      </w:r>
      <w:proofErr w:type="spellStart"/>
      <w:r w:rsidRPr="00DA5EB0">
        <w:rPr>
          <w:rFonts w:ascii="AvantGarde Bk BT" w:hAnsi="AvantGarde Bk BT"/>
          <w:sz w:val="22"/>
        </w:rPr>
        <w:t>Sección</w:t>
      </w:r>
      <w:proofErr w:type="spellEnd"/>
      <w:r w:rsidRPr="00DA5EB0">
        <w:rPr>
          <w:rFonts w:ascii="AvantGarde Bk BT" w:hAnsi="AvantGarde Bk BT"/>
          <w:sz w:val="22"/>
        </w:rPr>
        <w:t xml:space="preserve"> de lo </w:t>
      </w:r>
      <w:proofErr w:type="spellStart"/>
      <w:r w:rsidRPr="00DA5EB0">
        <w:rPr>
          <w:rFonts w:ascii="AvantGarde Bk BT" w:hAnsi="AvantGarde Bk BT"/>
          <w:sz w:val="22"/>
        </w:rPr>
        <w:t>Contencioso-Administrativo</w:t>
      </w:r>
      <w:proofErr w:type="spellEnd"/>
      <w:r w:rsidRPr="00DA5EB0">
        <w:rPr>
          <w:rFonts w:ascii="AvantGarde Bk BT" w:hAnsi="AvantGarde Bk BT"/>
          <w:sz w:val="22"/>
        </w:rPr>
        <w:t xml:space="preserve"> del Tribunal de </w:t>
      </w:r>
      <w:proofErr w:type="spellStart"/>
      <w:r w:rsidRPr="00DA5EB0">
        <w:rPr>
          <w:rFonts w:ascii="AvantGarde Bk BT" w:hAnsi="AvantGarde Bk BT"/>
          <w:sz w:val="22"/>
        </w:rPr>
        <w:t>Instancia</w:t>
      </w:r>
      <w:proofErr w:type="spellEnd"/>
      <w:r w:rsidRPr="00DA5EB0">
        <w:rPr>
          <w:rFonts w:ascii="AvantGarde Bk BT" w:hAnsi="AvantGarde Bk BT"/>
          <w:sz w:val="22"/>
        </w:rPr>
        <w:t xml:space="preserve"> de Madrid </w:t>
      </w:r>
    </w:p>
    <w:p w14:paraId="68906C8A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El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reposición</w:t>
      </w:r>
      <w:proofErr w:type="spellEnd"/>
      <w:r w:rsidRPr="00DA5EB0">
        <w:rPr>
          <w:rFonts w:ascii="AvantGarde Bk BT" w:hAnsi="AvantGarde Bk BT"/>
          <w:sz w:val="22"/>
        </w:rPr>
        <w:t xml:space="preserve">, de </w:t>
      </w:r>
      <w:proofErr w:type="spellStart"/>
      <w:r w:rsidRPr="00DA5EB0">
        <w:rPr>
          <w:rFonts w:ascii="AvantGarde Bk BT" w:hAnsi="AvantGarde Bk BT"/>
          <w:sz w:val="22"/>
        </w:rPr>
        <w:t>conformidad</w:t>
      </w:r>
      <w:proofErr w:type="spellEnd"/>
      <w:r w:rsidRPr="00DA5EB0">
        <w:rPr>
          <w:rFonts w:ascii="AvantGarde Bk BT" w:hAnsi="AvantGarde Bk BT"/>
          <w:sz w:val="22"/>
        </w:rPr>
        <w:t xml:space="preserve"> con lo </w:t>
      </w:r>
      <w:proofErr w:type="spellStart"/>
      <w:r w:rsidRPr="00DA5EB0">
        <w:rPr>
          <w:rFonts w:ascii="AvantGarde Bk BT" w:hAnsi="AvantGarde Bk BT"/>
          <w:sz w:val="22"/>
        </w:rPr>
        <w:t>dispuesto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124 de la Ley 39/2015, de 1 de </w:t>
      </w:r>
      <w:proofErr w:type="spellStart"/>
      <w:r w:rsidRPr="00DA5EB0">
        <w:rPr>
          <w:rFonts w:ascii="AvantGarde Bk BT" w:hAnsi="AvantGarde Bk BT"/>
          <w:sz w:val="22"/>
        </w:rPr>
        <w:t>octubre</w:t>
      </w:r>
      <w:proofErr w:type="spellEnd"/>
      <w:r w:rsidRPr="00DA5EB0">
        <w:rPr>
          <w:rFonts w:ascii="AvantGarde Bk BT" w:hAnsi="AvantGarde Bk BT"/>
          <w:sz w:val="22"/>
        </w:rPr>
        <w:t xml:space="preserve">, del </w:t>
      </w:r>
      <w:proofErr w:type="spellStart"/>
      <w:r w:rsidRPr="00DA5EB0">
        <w:rPr>
          <w:rFonts w:ascii="AvantGarde Bk BT" w:hAnsi="AvantGarde Bk BT"/>
          <w:sz w:val="22"/>
        </w:rPr>
        <w:t>Procedimiento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Común de la </w:t>
      </w:r>
      <w:proofErr w:type="spellStart"/>
      <w:r w:rsidRPr="00DA5EB0">
        <w:rPr>
          <w:rFonts w:ascii="AvantGarde Bk BT" w:hAnsi="AvantGarde Bk BT"/>
          <w:sz w:val="22"/>
        </w:rPr>
        <w:t>Administraciones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Públicas</w:t>
      </w:r>
      <w:proofErr w:type="spellEnd"/>
      <w:r w:rsidRPr="00DA5EB0">
        <w:rPr>
          <w:rFonts w:ascii="AvantGarde Bk BT" w:hAnsi="AvantGarde Bk BT"/>
          <w:sz w:val="22"/>
        </w:rPr>
        <w:t xml:space="preserve">, se </w:t>
      </w:r>
      <w:proofErr w:type="spellStart"/>
      <w:r w:rsidRPr="00DA5EB0">
        <w:rPr>
          <w:rFonts w:ascii="AvantGarde Bk BT" w:hAnsi="AvantGarde Bk BT"/>
          <w:sz w:val="22"/>
        </w:rPr>
        <w:t>interpondrá</w:t>
      </w:r>
      <w:proofErr w:type="spellEnd"/>
      <w:r w:rsidRPr="00DA5EB0">
        <w:rPr>
          <w:rFonts w:ascii="AvantGarde Bk BT" w:hAnsi="AvantGarde Bk BT"/>
          <w:sz w:val="22"/>
        </w:rPr>
        <w:t xml:space="preserve"> ante el </w:t>
      </w:r>
      <w:proofErr w:type="spellStart"/>
      <w:r w:rsidRPr="00DA5EB0">
        <w:rPr>
          <w:rFonts w:ascii="AvantGarde Bk BT" w:hAnsi="AvantGarde Bk BT"/>
          <w:sz w:val="22"/>
        </w:rPr>
        <w:t>órgano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ha </w:t>
      </w:r>
      <w:proofErr w:type="spellStart"/>
      <w:r w:rsidRPr="00DA5EB0">
        <w:rPr>
          <w:rFonts w:ascii="AvantGarde Bk BT" w:hAnsi="AvantGarde Bk BT"/>
          <w:sz w:val="22"/>
        </w:rPr>
        <w:t>dictado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acto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impugnado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un </w:t>
      </w:r>
      <w:proofErr w:type="spellStart"/>
      <w:r w:rsidRPr="00DA5EB0">
        <w:rPr>
          <w:rFonts w:ascii="AvantGarde Bk BT" w:hAnsi="AvantGarde Bk BT"/>
          <w:sz w:val="22"/>
        </w:rPr>
        <w:t>mes</w:t>
      </w:r>
      <w:proofErr w:type="spellEnd"/>
      <w:r w:rsidRPr="00DA5EB0">
        <w:rPr>
          <w:rFonts w:ascii="AvantGarde Bk BT" w:hAnsi="AvantGarde Bk BT"/>
          <w:sz w:val="22"/>
        </w:rPr>
        <w:t xml:space="preserve"> a </w:t>
      </w:r>
      <w:proofErr w:type="spellStart"/>
      <w:r w:rsidRPr="00DA5EB0">
        <w:rPr>
          <w:rFonts w:ascii="AvantGarde Bk BT" w:hAnsi="AvantGarde Bk BT"/>
          <w:sz w:val="22"/>
        </w:rPr>
        <w:t>partir</w:t>
      </w:r>
      <w:proofErr w:type="spellEnd"/>
      <w:r w:rsidRPr="00DA5EB0">
        <w:rPr>
          <w:rFonts w:ascii="AvantGarde Bk BT" w:hAnsi="AvantGarde Bk BT"/>
          <w:sz w:val="22"/>
        </w:rPr>
        <w:t xml:space="preserve"> del día </w:t>
      </w:r>
      <w:proofErr w:type="spellStart"/>
      <w:r w:rsidRPr="00DA5EB0">
        <w:rPr>
          <w:rFonts w:ascii="AvantGarde Bk BT" w:hAnsi="AvantGarde Bk BT"/>
          <w:sz w:val="22"/>
        </w:rPr>
        <w:t>siguiente</w:t>
      </w:r>
      <w:proofErr w:type="spellEnd"/>
      <w:r w:rsidRPr="00DA5EB0">
        <w:rPr>
          <w:rFonts w:ascii="AvantGarde Bk BT" w:hAnsi="AvantGarde Bk BT"/>
          <w:sz w:val="22"/>
        </w:rPr>
        <w:t xml:space="preserve"> al de la </w:t>
      </w:r>
      <w:proofErr w:type="spellStart"/>
      <w:r w:rsidRPr="00DA5EB0">
        <w:rPr>
          <w:rFonts w:ascii="AvantGarde Bk BT" w:hAnsi="AvantGarde Bk BT"/>
          <w:sz w:val="22"/>
        </w:rPr>
        <w:t>recepción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notificación</w:t>
      </w:r>
      <w:proofErr w:type="spellEnd"/>
      <w:r w:rsidRPr="00DA5EB0">
        <w:rPr>
          <w:rFonts w:ascii="AvantGarde Bk BT" w:hAnsi="AvantGarde Bk BT"/>
          <w:sz w:val="22"/>
        </w:rPr>
        <w:t xml:space="preserve">, y se </w:t>
      </w:r>
      <w:proofErr w:type="spellStart"/>
      <w:r w:rsidRPr="00DA5EB0">
        <w:rPr>
          <w:rFonts w:ascii="AvantGarde Bk BT" w:hAnsi="AvantGarde Bk BT"/>
          <w:sz w:val="22"/>
        </w:rPr>
        <w:t>entenderá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desestimado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si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transcurrido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otro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mes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desde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interposición</w:t>
      </w:r>
      <w:proofErr w:type="spellEnd"/>
      <w:r w:rsidRPr="00DA5EB0">
        <w:rPr>
          <w:rFonts w:ascii="AvantGarde Bk BT" w:hAnsi="AvantGarde Bk BT"/>
          <w:sz w:val="22"/>
        </w:rPr>
        <w:t xml:space="preserve"> no </w:t>
      </w:r>
      <w:proofErr w:type="spellStart"/>
      <w:r w:rsidRPr="00DA5EB0">
        <w:rPr>
          <w:rFonts w:ascii="AvantGarde Bk BT" w:hAnsi="AvantGarde Bk BT"/>
          <w:sz w:val="22"/>
        </w:rPr>
        <w:t>hubiera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recibido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notificación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resolución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mismo</w:t>
      </w:r>
      <w:proofErr w:type="spellEnd"/>
      <w:r w:rsidRPr="00DA5EB0">
        <w:rPr>
          <w:rFonts w:ascii="AvantGarde Bk BT" w:hAnsi="AvantGarde Bk BT"/>
          <w:sz w:val="22"/>
        </w:rPr>
        <w:t xml:space="preserve">. </w:t>
      </w:r>
    </w:p>
    <w:p w14:paraId="07A0E1DF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</w:p>
    <w:p w14:paraId="4205E587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La </w:t>
      </w:r>
      <w:proofErr w:type="spellStart"/>
      <w:r w:rsidRPr="00DA5EB0">
        <w:rPr>
          <w:rFonts w:ascii="AvantGarde Bk BT" w:hAnsi="AvantGarde Bk BT"/>
          <w:sz w:val="22"/>
        </w:rPr>
        <w:t>interposición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excepto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casos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una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disposición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establezca</w:t>
      </w:r>
      <w:proofErr w:type="spellEnd"/>
      <w:r w:rsidRPr="00DA5EB0">
        <w:rPr>
          <w:rFonts w:ascii="AvantGarde Bk BT" w:hAnsi="AvantGarde Bk BT"/>
          <w:sz w:val="22"/>
        </w:rPr>
        <w:t xml:space="preserve"> lo </w:t>
      </w:r>
      <w:proofErr w:type="spellStart"/>
      <w:r w:rsidRPr="00DA5EB0">
        <w:rPr>
          <w:rFonts w:ascii="AvantGarde Bk BT" w:hAnsi="AvantGarde Bk BT"/>
          <w:sz w:val="22"/>
        </w:rPr>
        <w:t>contrario</w:t>
      </w:r>
      <w:proofErr w:type="spellEnd"/>
      <w:r w:rsidRPr="00DA5EB0">
        <w:rPr>
          <w:rFonts w:ascii="AvantGarde Bk BT" w:hAnsi="AvantGarde Bk BT"/>
          <w:sz w:val="22"/>
        </w:rPr>
        <w:t xml:space="preserve">, no </w:t>
      </w:r>
      <w:proofErr w:type="spellStart"/>
      <w:r w:rsidRPr="00DA5EB0">
        <w:rPr>
          <w:rFonts w:ascii="AvantGarde Bk BT" w:hAnsi="AvantGarde Bk BT"/>
          <w:sz w:val="22"/>
        </w:rPr>
        <w:t>suspenderá</w:t>
      </w:r>
      <w:proofErr w:type="spellEnd"/>
      <w:r w:rsidRPr="00DA5EB0">
        <w:rPr>
          <w:rFonts w:ascii="AvantGarde Bk BT" w:hAnsi="AvantGarde Bk BT"/>
          <w:sz w:val="22"/>
        </w:rPr>
        <w:t xml:space="preserve"> la </w:t>
      </w:r>
      <w:proofErr w:type="spellStart"/>
      <w:r w:rsidRPr="00DA5EB0">
        <w:rPr>
          <w:rFonts w:ascii="AvantGarde Bk BT" w:hAnsi="AvantGarde Bk BT"/>
          <w:sz w:val="22"/>
        </w:rPr>
        <w:t>ejecución</w:t>
      </w:r>
      <w:proofErr w:type="spellEnd"/>
      <w:r w:rsidRPr="00DA5EB0">
        <w:rPr>
          <w:rFonts w:ascii="AvantGarde Bk BT" w:hAnsi="AvantGarde Bk BT"/>
          <w:sz w:val="22"/>
        </w:rPr>
        <w:t xml:space="preserve"> del </w:t>
      </w:r>
      <w:proofErr w:type="spellStart"/>
      <w:r w:rsidRPr="00DA5EB0">
        <w:rPr>
          <w:rFonts w:ascii="AvantGarde Bk BT" w:hAnsi="AvantGarde Bk BT"/>
          <w:sz w:val="22"/>
        </w:rPr>
        <w:t>acto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impugnado</w:t>
      </w:r>
      <w:proofErr w:type="spellEnd"/>
      <w:r w:rsidRPr="00DA5EB0">
        <w:rPr>
          <w:rFonts w:ascii="AvantGarde Bk BT" w:hAnsi="AvantGarde Bk BT"/>
          <w:sz w:val="22"/>
        </w:rPr>
        <w:t xml:space="preserve">, de </w:t>
      </w:r>
      <w:proofErr w:type="spellStart"/>
      <w:r w:rsidRPr="00DA5EB0">
        <w:rPr>
          <w:rFonts w:ascii="AvantGarde Bk BT" w:hAnsi="AvantGarde Bk BT"/>
          <w:sz w:val="22"/>
        </w:rPr>
        <w:t>conformidad</w:t>
      </w:r>
      <w:proofErr w:type="spellEnd"/>
      <w:r w:rsidRPr="00DA5EB0">
        <w:rPr>
          <w:rFonts w:ascii="AvantGarde Bk BT" w:hAnsi="AvantGarde Bk BT"/>
          <w:sz w:val="22"/>
        </w:rPr>
        <w:t xml:space="preserve"> con lo </w:t>
      </w:r>
      <w:proofErr w:type="spellStart"/>
      <w:r w:rsidRPr="00DA5EB0">
        <w:rPr>
          <w:rFonts w:ascii="AvantGarde Bk BT" w:hAnsi="AvantGarde Bk BT"/>
          <w:sz w:val="22"/>
        </w:rPr>
        <w:t>dispuesto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117 de la Ley 39/2015, de 1 de </w:t>
      </w:r>
      <w:proofErr w:type="spellStart"/>
      <w:r w:rsidRPr="00DA5EB0">
        <w:rPr>
          <w:rFonts w:ascii="AvantGarde Bk BT" w:hAnsi="AvantGarde Bk BT"/>
          <w:sz w:val="22"/>
        </w:rPr>
        <w:t>octubre</w:t>
      </w:r>
      <w:proofErr w:type="spellEnd"/>
      <w:r w:rsidRPr="00DA5EB0">
        <w:rPr>
          <w:rFonts w:ascii="AvantGarde Bk BT" w:hAnsi="AvantGarde Bk BT"/>
          <w:sz w:val="22"/>
        </w:rPr>
        <w:t xml:space="preserve">. El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contencioso-administrativo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interpondrá</w:t>
      </w:r>
      <w:proofErr w:type="spellEnd"/>
      <w:r w:rsidRPr="00DA5EB0">
        <w:rPr>
          <w:rFonts w:ascii="AvantGarde Bk BT" w:hAnsi="AvantGarde Bk BT"/>
          <w:sz w:val="22"/>
        </w:rPr>
        <w:t xml:space="preserve">, de </w:t>
      </w:r>
      <w:proofErr w:type="spellStart"/>
      <w:r w:rsidRPr="00DA5EB0">
        <w:rPr>
          <w:rFonts w:ascii="AvantGarde Bk BT" w:hAnsi="AvantGarde Bk BT"/>
          <w:sz w:val="22"/>
        </w:rPr>
        <w:t>acuerdo</w:t>
      </w:r>
      <w:proofErr w:type="spellEnd"/>
      <w:r w:rsidRPr="00DA5EB0">
        <w:rPr>
          <w:rFonts w:ascii="AvantGarde Bk BT" w:hAnsi="AvantGarde Bk BT"/>
          <w:sz w:val="22"/>
        </w:rPr>
        <w:t xml:space="preserve"> con lo </w:t>
      </w:r>
      <w:proofErr w:type="spellStart"/>
      <w:r w:rsidRPr="00DA5EB0">
        <w:rPr>
          <w:rFonts w:ascii="AvantGarde Bk BT" w:hAnsi="AvantGarde Bk BT"/>
          <w:sz w:val="22"/>
        </w:rPr>
        <w:t>dispuesto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los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artículos</w:t>
      </w:r>
      <w:proofErr w:type="spellEnd"/>
      <w:r w:rsidRPr="00DA5EB0">
        <w:rPr>
          <w:rFonts w:ascii="AvantGarde Bk BT" w:hAnsi="AvantGarde Bk BT"/>
          <w:sz w:val="22"/>
        </w:rPr>
        <w:t xml:space="preserve"> 25, 8.1, 14 y 46.1 de la Ley 29/1998, de 13 de </w:t>
      </w:r>
      <w:proofErr w:type="spellStart"/>
      <w:r w:rsidRPr="00DA5EB0">
        <w:rPr>
          <w:rFonts w:ascii="AvantGarde Bk BT" w:hAnsi="AvantGarde Bk BT"/>
          <w:sz w:val="22"/>
        </w:rPr>
        <w:t>julio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Reguladora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Jurisdicción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Contencioso-administrativa</w:t>
      </w:r>
      <w:proofErr w:type="spellEnd"/>
      <w:r w:rsidRPr="00DA5EB0">
        <w:rPr>
          <w:rFonts w:ascii="AvantGarde Bk BT" w:hAnsi="AvantGarde Bk BT"/>
          <w:sz w:val="22"/>
        </w:rPr>
        <w:t xml:space="preserve">, ante la </w:t>
      </w:r>
      <w:proofErr w:type="spellStart"/>
      <w:r w:rsidRPr="00DA5EB0">
        <w:rPr>
          <w:rFonts w:ascii="AvantGarde Bk BT" w:hAnsi="AvantGarde Bk BT"/>
          <w:sz w:val="22"/>
        </w:rPr>
        <w:t>Sección</w:t>
      </w:r>
      <w:proofErr w:type="spellEnd"/>
      <w:r w:rsidRPr="00DA5EB0">
        <w:rPr>
          <w:rFonts w:ascii="AvantGarde Bk BT" w:hAnsi="AvantGarde Bk BT"/>
          <w:sz w:val="22"/>
        </w:rPr>
        <w:t xml:space="preserve"> de lo </w:t>
      </w:r>
      <w:proofErr w:type="spellStart"/>
      <w:r w:rsidRPr="00DA5EB0">
        <w:rPr>
          <w:rFonts w:ascii="AvantGarde Bk BT" w:hAnsi="AvantGarde Bk BT"/>
          <w:sz w:val="22"/>
        </w:rPr>
        <w:t>Contencioso-Administrativo</w:t>
      </w:r>
      <w:proofErr w:type="spellEnd"/>
      <w:r w:rsidRPr="00DA5EB0">
        <w:rPr>
          <w:rFonts w:ascii="AvantGarde Bk BT" w:hAnsi="AvantGarde Bk BT"/>
          <w:sz w:val="22"/>
        </w:rPr>
        <w:t xml:space="preserve"> del Tribunal de </w:t>
      </w:r>
      <w:proofErr w:type="spellStart"/>
      <w:r w:rsidRPr="00DA5EB0">
        <w:rPr>
          <w:rFonts w:ascii="AvantGarde Bk BT" w:hAnsi="AvantGarde Bk BT"/>
          <w:sz w:val="22"/>
        </w:rPr>
        <w:t>Instancia</w:t>
      </w:r>
      <w:proofErr w:type="spellEnd"/>
      <w:r w:rsidRPr="00DA5EB0">
        <w:rPr>
          <w:rFonts w:ascii="AvantGarde Bk BT" w:hAnsi="AvantGarde Bk BT"/>
          <w:sz w:val="22"/>
        </w:rPr>
        <w:t xml:space="preserve"> de Madrid,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de dos meses </w:t>
      </w:r>
      <w:proofErr w:type="spellStart"/>
      <w:r w:rsidRPr="00DA5EB0">
        <w:rPr>
          <w:rFonts w:ascii="AvantGarde Bk BT" w:hAnsi="AvantGarde Bk BT"/>
          <w:sz w:val="22"/>
        </w:rPr>
        <w:t>desde</w:t>
      </w:r>
      <w:proofErr w:type="spellEnd"/>
      <w:r w:rsidRPr="00DA5EB0">
        <w:rPr>
          <w:rFonts w:ascii="AvantGarde Bk BT" w:hAnsi="AvantGarde Bk BT"/>
          <w:sz w:val="22"/>
        </w:rPr>
        <w:t xml:space="preserve"> el día </w:t>
      </w:r>
      <w:proofErr w:type="spellStart"/>
      <w:r w:rsidRPr="00DA5EB0">
        <w:rPr>
          <w:rFonts w:ascii="AvantGarde Bk BT" w:hAnsi="AvantGarde Bk BT"/>
          <w:sz w:val="22"/>
        </w:rPr>
        <w:t>siguiente</w:t>
      </w:r>
      <w:proofErr w:type="spellEnd"/>
      <w:r w:rsidRPr="00DA5EB0">
        <w:rPr>
          <w:rFonts w:ascii="AvantGarde Bk BT" w:hAnsi="AvantGarde Bk BT"/>
          <w:sz w:val="22"/>
        </w:rPr>
        <w:t xml:space="preserve"> al de la </w:t>
      </w:r>
      <w:proofErr w:type="spellStart"/>
      <w:r w:rsidRPr="00DA5EB0">
        <w:rPr>
          <w:rFonts w:ascii="AvantGarde Bk BT" w:hAnsi="AvantGarde Bk BT"/>
          <w:sz w:val="22"/>
        </w:rPr>
        <w:t>notificación</w:t>
      </w:r>
      <w:proofErr w:type="spellEnd"/>
      <w:r w:rsidRPr="00DA5EB0">
        <w:rPr>
          <w:rFonts w:ascii="AvantGarde Bk BT" w:hAnsi="AvantGarde Bk BT"/>
          <w:sz w:val="22"/>
        </w:rPr>
        <w:t xml:space="preserve"> de la </w:t>
      </w:r>
      <w:proofErr w:type="spellStart"/>
      <w:r w:rsidRPr="00DA5EB0">
        <w:rPr>
          <w:rFonts w:ascii="AvantGarde Bk BT" w:hAnsi="AvantGarde Bk BT"/>
          <w:sz w:val="22"/>
        </w:rPr>
        <w:t>presente</w:t>
      </w:r>
      <w:proofErr w:type="spellEnd"/>
      <w:r w:rsidRPr="00DA5EB0">
        <w:rPr>
          <w:rFonts w:ascii="AvantGarde Bk BT" w:hAnsi="AvantGarde Bk BT"/>
          <w:sz w:val="22"/>
        </w:rPr>
        <w:t xml:space="preserve">. No obstante, </w:t>
      </w:r>
      <w:proofErr w:type="spellStart"/>
      <w:r w:rsidRPr="00DA5EB0">
        <w:rPr>
          <w:rFonts w:ascii="AvantGarde Bk BT" w:hAnsi="AvantGarde Bk BT"/>
          <w:sz w:val="22"/>
        </w:rPr>
        <w:t>tal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como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señala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artículo</w:t>
      </w:r>
      <w:proofErr w:type="spellEnd"/>
      <w:r w:rsidRPr="00DA5EB0">
        <w:rPr>
          <w:rFonts w:ascii="AvantGarde Bk BT" w:hAnsi="AvantGarde Bk BT"/>
          <w:sz w:val="22"/>
        </w:rPr>
        <w:t xml:space="preserve"> 123.2 de la Ley 39/2015, de 1 de </w:t>
      </w:r>
      <w:proofErr w:type="spellStart"/>
      <w:r w:rsidRPr="00DA5EB0">
        <w:rPr>
          <w:rFonts w:ascii="AvantGarde Bk BT" w:hAnsi="AvantGarde Bk BT"/>
          <w:sz w:val="22"/>
        </w:rPr>
        <w:t>octubre</w:t>
      </w:r>
      <w:proofErr w:type="spellEnd"/>
      <w:r w:rsidRPr="00DA5EB0">
        <w:rPr>
          <w:rFonts w:ascii="AvantGarde Bk BT" w:hAnsi="AvantGarde Bk BT"/>
          <w:sz w:val="22"/>
        </w:rPr>
        <w:t xml:space="preserve">, del </w:t>
      </w:r>
      <w:proofErr w:type="spellStart"/>
      <w:r w:rsidRPr="00DA5EB0">
        <w:rPr>
          <w:rFonts w:ascii="AvantGarde Bk BT" w:hAnsi="AvantGarde Bk BT"/>
          <w:sz w:val="22"/>
        </w:rPr>
        <w:t>Procedimiento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Administrativo</w:t>
      </w:r>
      <w:proofErr w:type="spellEnd"/>
      <w:r w:rsidRPr="00DA5EB0">
        <w:rPr>
          <w:rFonts w:ascii="AvantGarde Bk BT" w:hAnsi="AvantGarde Bk BT"/>
          <w:sz w:val="22"/>
        </w:rPr>
        <w:t xml:space="preserve"> Común de la </w:t>
      </w:r>
      <w:proofErr w:type="spellStart"/>
      <w:r w:rsidRPr="00DA5EB0">
        <w:rPr>
          <w:rFonts w:ascii="AvantGarde Bk BT" w:hAnsi="AvantGarde Bk BT"/>
          <w:sz w:val="22"/>
        </w:rPr>
        <w:t>Administraciones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Públicas</w:t>
      </w:r>
      <w:proofErr w:type="spellEnd"/>
      <w:r w:rsidRPr="00DA5EB0">
        <w:rPr>
          <w:rFonts w:ascii="AvantGarde Bk BT" w:hAnsi="AvantGarde Bk BT"/>
          <w:sz w:val="22"/>
        </w:rPr>
        <w:t xml:space="preserve">, </w:t>
      </w:r>
      <w:proofErr w:type="spellStart"/>
      <w:r w:rsidRPr="00DA5EB0">
        <w:rPr>
          <w:rFonts w:ascii="AvantGarde Bk BT" w:hAnsi="AvantGarde Bk BT"/>
          <w:sz w:val="22"/>
        </w:rPr>
        <w:t>si</w:t>
      </w:r>
      <w:proofErr w:type="spellEnd"/>
      <w:r w:rsidRPr="00DA5EB0">
        <w:rPr>
          <w:rFonts w:ascii="AvantGarde Bk BT" w:hAnsi="AvantGarde Bk BT"/>
          <w:sz w:val="22"/>
        </w:rPr>
        <w:t xml:space="preserve"> se </w:t>
      </w:r>
      <w:proofErr w:type="spellStart"/>
      <w:r w:rsidRPr="00DA5EB0">
        <w:rPr>
          <w:rFonts w:ascii="AvantGarde Bk BT" w:hAnsi="AvantGarde Bk BT"/>
          <w:sz w:val="22"/>
        </w:rPr>
        <w:t>hubiera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interpuesto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potestativo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reposición</w:t>
      </w:r>
      <w:proofErr w:type="spellEnd"/>
      <w:r w:rsidRPr="00DA5EB0">
        <w:rPr>
          <w:rFonts w:ascii="AvantGarde Bk BT" w:hAnsi="AvantGarde Bk BT"/>
          <w:sz w:val="22"/>
        </w:rPr>
        <w:t xml:space="preserve">, no se </w:t>
      </w:r>
      <w:proofErr w:type="spellStart"/>
      <w:r w:rsidRPr="00DA5EB0">
        <w:rPr>
          <w:rFonts w:ascii="AvantGarde Bk BT" w:hAnsi="AvantGarde Bk BT"/>
          <w:sz w:val="22"/>
        </w:rPr>
        <w:t>podrá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interponer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contencioso-administrativo</w:t>
      </w:r>
      <w:proofErr w:type="spellEnd"/>
      <w:r w:rsidRPr="00DA5EB0">
        <w:rPr>
          <w:rFonts w:ascii="AvantGarde Bk BT" w:hAnsi="AvantGarde Bk BT"/>
          <w:sz w:val="22"/>
        </w:rPr>
        <w:t xml:space="preserve"> hasta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aquél</w:t>
      </w:r>
      <w:proofErr w:type="spellEnd"/>
      <w:r w:rsidRPr="00DA5EB0">
        <w:rPr>
          <w:rFonts w:ascii="AvantGarde Bk BT" w:hAnsi="AvantGarde Bk BT"/>
          <w:sz w:val="22"/>
        </w:rPr>
        <w:t xml:space="preserve"> sea </w:t>
      </w:r>
      <w:proofErr w:type="spellStart"/>
      <w:r w:rsidRPr="00DA5EB0">
        <w:rPr>
          <w:rFonts w:ascii="AvantGarde Bk BT" w:hAnsi="AvantGarde Bk BT"/>
          <w:sz w:val="22"/>
        </w:rPr>
        <w:t>resuelto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expresamente</w:t>
      </w:r>
      <w:proofErr w:type="spellEnd"/>
      <w:r w:rsidRPr="00DA5EB0">
        <w:rPr>
          <w:rFonts w:ascii="AvantGarde Bk BT" w:hAnsi="AvantGarde Bk BT"/>
          <w:sz w:val="22"/>
        </w:rPr>
        <w:t xml:space="preserve"> o se </w:t>
      </w:r>
      <w:proofErr w:type="spellStart"/>
      <w:r w:rsidRPr="00DA5EB0">
        <w:rPr>
          <w:rFonts w:ascii="AvantGarde Bk BT" w:hAnsi="AvantGarde Bk BT"/>
          <w:sz w:val="22"/>
        </w:rPr>
        <w:t>haya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producido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desestimación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presunta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por</w:t>
      </w:r>
      <w:proofErr w:type="spellEnd"/>
      <w:r w:rsidRPr="00DA5EB0">
        <w:rPr>
          <w:rFonts w:ascii="AvantGarde Bk BT" w:hAnsi="AvantGarde Bk BT"/>
          <w:sz w:val="22"/>
        </w:rPr>
        <w:t xml:space="preserve"> no </w:t>
      </w:r>
      <w:proofErr w:type="spellStart"/>
      <w:r w:rsidRPr="00DA5EB0">
        <w:rPr>
          <w:rFonts w:ascii="AvantGarde Bk BT" w:hAnsi="AvantGarde Bk BT"/>
          <w:sz w:val="22"/>
        </w:rPr>
        <w:t>haberse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resuelto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en</w:t>
      </w:r>
      <w:proofErr w:type="spellEnd"/>
      <w:r w:rsidRPr="00DA5EB0">
        <w:rPr>
          <w:rFonts w:ascii="AvantGarde Bk BT" w:hAnsi="AvantGarde Bk BT"/>
          <w:sz w:val="22"/>
        </w:rPr>
        <w:t xml:space="preserve"> el </w:t>
      </w:r>
      <w:proofErr w:type="spellStart"/>
      <w:r w:rsidRPr="00DA5EB0">
        <w:rPr>
          <w:rFonts w:ascii="AvantGarde Bk BT" w:hAnsi="AvantGarde Bk BT"/>
          <w:sz w:val="22"/>
        </w:rPr>
        <w:t>plazo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establecido</w:t>
      </w:r>
      <w:proofErr w:type="spellEnd"/>
      <w:r w:rsidRPr="00DA5EB0">
        <w:rPr>
          <w:rFonts w:ascii="AvantGarde Bk BT" w:hAnsi="AvantGarde Bk BT"/>
          <w:sz w:val="22"/>
        </w:rPr>
        <w:t xml:space="preserve"> para </w:t>
      </w:r>
      <w:proofErr w:type="spellStart"/>
      <w:r w:rsidRPr="00DA5EB0">
        <w:rPr>
          <w:rFonts w:ascii="AvantGarde Bk BT" w:hAnsi="AvantGarde Bk BT"/>
          <w:sz w:val="22"/>
        </w:rPr>
        <w:t>ello</w:t>
      </w:r>
      <w:proofErr w:type="spellEnd"/>
      <w:r w:rsidRPr="00DA5EB0">
        <w:rPr>
          <w:rFonts w:ascii="AvantGarde Bk BT" w:hAnsi="AvantGarde Bk BT"/>
          <w:sz w:val="22"/>
        </w:rPr>
        <w:t xml:space="preserve"> (un </w:t>
      </w:r>
      <w:proofErr w:type="spellStart"/>
      <w:r w:rsidRPr="00DA5EB0">
        <w:rPr>
          <w:rFonts w:ascii="AvantGarde Bk BT" w:hAnsi="AvantGarde Bk BT"/>
          <w:sz w:val="22"/>
        </w:rPr>
        <w:t>mes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desde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su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interposición</w:t>
      </w:r>
      <w:proofErr w:type="spellEnd"/>
      <w:r w:rsidRPr="00DA5EB0">
        <w:rPr>
          <w:rFonts w:ascii="AvantGarde Bk BT" w:hAnsi="AvantGarde Bk BT"/>
          <w:sz w:val="22"/>
        </w:rPr>
        <w:t xml:space="preserve">). </w:t>
      </w:r>
    </w:p>
    <w:p w14:paraId="77434AC0" w14:textId="77777777" w:rsidR="00DA5EB0" w:rsidRPr="00DA5EB0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 xml:space="preserve">Todo </w:t>
      </w:r>
      <w:proofErr w:type="spellStart"/>
      <w:r w:rsidRPr="00DA5EB0">
        <w:rPr>
          <w:rFonts w:ascii="AvantGarde Bk BT" w:hAnsi="AvantGarde Bk BT"/>
          <w:sz w:val="22"/>
        </w:rPr>
        <w:t>ello</w:t>
      </w:r>
      <w:proofErr w:type="spellEnd"/>
      <w:r w:rsidRPr="00DA5EB0">
        <w:rPr>
          <w:rFonts w:ascii="AvantGarde Bk BT" w:hAnsi="AvantGarde Bk BT"/>
          <w:sz w:val="22"/>
        </w:rPr>
        <w:t xml:space="preserve">, sin </w:t>
      </w:r>
      <w:proofErr w:type="spellStart"/>
      <w:r w:rsidRPr="00DA5EB0">
        <w:rPr>
          <w:rFonts w:ascii="AvantGarde Bk BT" w:hAnsi="AvantGarde Bk BT"/>
          <w:sz w:val="22"/>
        </w:rPr>
        <w:t>perjuicio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pueda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utilizar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cualquier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otra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vía</w:t>
      </w:r>
      <w:proofErr w:type="spellEnd"/>
      <w:r w:rsidRPr="00DA5EB0">
        <w:rPr>
          <w:rFonts w:ascii="AvantGarde Bk BT" w:hAnsi="AvantGarde Bk BT"/>
          <w:sz w:val="22"/>
        </w:rPr>
        <w:t xml:space="preserve"> de </w:t>
      </w:r>
      <w:proofErr w:type="spellStart"/>
      <w:r w:rsidRPr="00DA5EB0">
        <w:rPr>
          <w:rFonts w:ascii="AvantGarde Bk BT" w:hAnsi="AvantGarde Bk BT"/>
          <w:sz w:val="22"/>
        </w:rPr>
        <w:t>recurso</w:t>
      </w:r>
      <w:proofErr w:type="spellEnd"/>
      <w:r w:rsidRPr="00DA5EB0">
        <w:rPr>
          <w:rFonts w:ascii="AvantGarde Bk BT" w:hAnsi="AvantGarde Bk BT"/>
          <w:sz w:val="22"/>
        </w:rPr>
        <w:t xml:space="preserve"> </w:t>
      </w:r>
      <w:proofErr w:type="spellStart"/>
      <w:r w:rsidRPr="00DA5EB0">
        <w:rPr>
          <w:rFonts w:ascii="AvantGarde Bk BT" w:hAnsi="AvantGarde Bk BT"/>
          <w:sz w:val="22"/>
        </w:rPr>
        <w:t>que</w:t>
      </w:r>
      <w:proofErr w:type="spellEnd"/>
      <w:r w:rsidRPr="00DA5EB0">
        <w:rPr>
          <w:rFonts w:ascii="AvantGarde Bk BT" w:hAnsi="AvantGarde Bk BT"/>
          <w:sz w:val="22"/>
        </w:rPr>
        <w:t xml:space="preserve"> estime </w:t>
      </w:r>
      <w:proofErr w:type="spellStart"/>
      <w:r w:rsidRPr="00DA5EB0">
        <w:rPr>
          <w:rFonts w:ascii="AvantGarde Bk BT" w:hAnsi="AvantGarde Bk BT"/>
          <w:sz w:val="22"/>
        </w:rPr>
        <w:t>procedente</w:t>
      </w:r>
      <w:proofErr w:type="spellEnd"/>
      <w:r w:rsidRPr="00DA5EB0">
        <w:rPr>
          <w:rFonts w:ascii="AvantGarde Bk BT" w:hAnsi="AvantGarde Bk BT"/>
          <w:sz w:val="22"/>
        </w:rPr>
        <w:t>.</w:t>
      </w:r>
    </w:p>
    <w:p w14:paraId="60633F0D" w14:textId="31BD284A" w:rsidR="0064456C" w:rsidRPr="00FD07E5" w:rsidRDefault="00DA5EB0" w:rsidP="00DA5EB0">
      <w:pPr>
        <w:rPr>
          <w:rFonts w:ascii="AvantGarde Bk BT" w:hAnsi="AvantGarde Bk BT"/>
          <w:sz w:val="22"/>
        </w:rPr>
      </w:pPr>
      <w:r w:rsidRPr="00DA5EB0">
        <w:rPr>
          <w:rFonts w:ascii="AvantGarde Bk BT" w:hAnsi="AvantGarde Bk BT"/>
          <w:sz w:val="22"/>
        </w:rPr>
        <w:t> </w:t>
      </w:r>
      <w:r w:rsidR="001D43FC" w:rsidRPr="00FD07E5">
        <w:rPr>
          <w:rFonts w:ascii="AvantGarde Bk BT" w:hAnsi="AvantGarde Bk BT"/>
          <w:sz w:val="22"/>
        </w:rPr>
        <w:br/>
      </w:r>
    </w:p>
    <w:p w14:paraId="09BE42F5" w14:textId="77777777" w:rsidR="00DA5EB0" w:rsidRDefault="00DA5EB0">
      <w:pPr>
        <w:rPr>
          <w:rFonts w:ascii="AvantGarde Bk BT" w:hAnsi="AvantGarde Bk BT"/>
          <w:sz w:val="22"/>
        </w:rPr>
      </w:pPr>
    </w:p>
    <w:p w14:paraId="2AC86CEE" w14:textId="77777777" w:rsidR="00DA5EB0" w:rsidRDefault="00DA5EB0">
      <w:pPr>
        <w:rPr>
          <w:rFonts w:ascii="AvantGarde Bk BT" w:hAnsi="AvantGarde Bk BT"/>
          <w:sz w:val="22"/>
        </w:rPr>
      </w:pPr>
    </w:p>
    <w:p w14:paraId="4EF3C37A" w14:textId="77777777" w:rsidR="00DA5EB0" w:rsidRDefault="00DA5EB0">
      <w:pPr>
        <w:rPr>
          <w:rFonts w:ascii="AvantGarde Bk BT" w:hAnsi="AvantGarde Bk BT"/>
          <w:sz w:val="22"/>
        </w:rPr>
      </w:pPr>
    </w:p>
    <w:p w14:paraId="0636A6A8" w14:textId="77777777" w:rsidR="00DA5EB0" w:rsidRDefault="00DA5EB0">
      <w:pPr>
        <w:rPr>
          <w:rFonts w:ascii="AvantGarde Bk BT" w:hAnsi="AvantGarde Bk BT"/>
          <w:sz w:val="22"/>
        </w:rPr>
      </w:pPr>
    </w:p>
    <w:p w14:paraId="2A0F091C" w14:textId="77777777" w:rsidR="00DA5EB0" w:rsidRDefault="00DA5EB0">
      <w:pPr>
        <w:rPr>
          <w:rFonts w:ascii="AvantGarde Bk BT" w:hAnsi="AvantGarde Bk BT"/>
          <w:sz w:val="22"/>
        </w:rPr>
      </w:pPr>
    </w:p>
    <w:p w14:paraId="49946A26" w14:textId="77777777" w:rsidR="00DA5EB0" w:rsidRDefault="00DA5EB0">
      <w:pPr>
        <w:rPr>
          <w:rFonts w:ascii="AvantGarde Bk BT" w:hAnsi="AvantGarde Bk BT"/>
          <w:sz w:val="22"/>
        </w:rPr>
      </w:pPr>
    </w:p>
    <w:p w14:paraId="5A76C238" w14:textId="1DDD3058" w:rsidR="0064456C" w:rsidRPr="00FD07E5" w:rsidRDefault="001D43FC">
      <w:pPr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sz w:val="22"/>
        </w:rPr>
        <w:br/>
      </w:r>
    </w:p>
    <w:p w14:paraId="347C7D38" w14:textId="77777777" w:rsidR="00DA5EB0" w:rsidRDefault="00DA5EB0">
      <w:pPr>
        <w:jc w:val="center"/>
        <w:rPr>
          <w:rFonts w:ascii="AvantGarde Bk BT" w:hAnsi="AvantGarde Bk BT"/>
          <w:b/>
          <w:sz w:val="22"/>
        </w:rPr>
      </w:pPr>
    </w:p>
    <w:p w14:paraId="77B94241" w14:textId="77777777" w:rsidR="00DA5EB0" w:rsidRDefault="00DA5EB0">
      <w:pPr>
        <w:jc w:val="center"/>
        <w:rPr>
          <w:rFonts w:ascii="AvantGarde Bk BT" w:hAnsi="AvantGarde Bk BT"/>
          <w:b/>
          <w:sz w:val="22"/>
        </w:rPr>
      </w:pPr>
    </w:p>
    <w:p w14:paraId="56B9FDF3" w14:textId="6F37ABD9" w:rsidR="00DA5EB0" w:rsidRDefault="00DA5EB0">
      <w:pPr>
        <w:jc w:val="center"/>
        <w:rPr>
          <w:rFonts w:ascii="AvantGarde Bk BT" w:hAnsi="AvantGarde Bk BT"/>
          <w:b/>
          <w:sz w:val="22"/>
        </w:rPr>
      </w:pPr>
      <w:r>
        <w:rPr>
          <w:rFonts w:ascii="AvantGarde Bk BT" w:hAnsi="AvantGarde Bk BT"/>
          <w:b/>
          <w:sz w:val="22"/>
        </w:rPr>
        <w:t>ANEXO II</w:t>
      </w:r>
    </w:p>
    <w:p w14:paraId="7977ABB1" w14:textId="77777777" w:rsidR="00DA5EB0" w:rsidRDefault="00DA5EB0">
      <w:pPr>
        <w:jc w:val="center"/>
        <w:rPr>
          <w:rFonts w:ascii="AvantGarde Bk BT" w:hAnsi="AvantGarde Bk BT"/>
          <w:b/>
          <w:sz w:val="22"/>
        </w:rPr>
      </w:pPr>
    </w:p>
    <w:p w14:paraId="0B8EB3B7" w14:textId="38503E6D" w:rsidR="0064456C" w:rsidRPr="00FD07E5" w:rsidRDefault="001D43FC">
      <w:pPr>
        <w:jc w:val="center"/>
        <w:rPr>
          <w:rFonts w:ascii="AvantGarde Bk BT" w:hAnsi="AvantGarde Bk BT"/>
          <w:sz w:val="22"/>
        </w:rPr>
      </w:pPr>
      <w:r w:rsidRPr="00FD07E5">
        <w:rPr>
          <w:rFonts w:ascii="AvantGarde Bk BT" w:hAnsi="AvantGarde Bk BT"/>
          <w:b/>
          <w:sz w:val="22"/>
        </w:rPr>
        <w:t>SOLICITUD DE BECA UNIVERSIDAD EUROPEA DE MADRID 2026/2027 Y DECLARACIÓN RESPONSABLE</w:t>
      </w:r>
    </w:p>
    <w:p w14:paraId="7C912BE6" w14:textId="77777777" w:rsidR="0064456C" w:rsidRDefault="0064456C">
      <w:pPr>
        <w:rPr>
          <w:rFonts w:ascii="AvantGarde Bk BT" w:hAnsi="AvantGarde Bk BT"/>
          <w:sz w:val="22"/>
        </w:rPr>
      </w:pPr>
    </w:p>
    <w:p w14:paraId="65D7D219" w14:textId="0289FF98" w:rsidR="00DA5EB0" w:rsidRDefault="00DA5EB0">
      <w:pPr>
        <w:rPr>
          <w:rFonts w:ascii="AvantGarde Bk BT" w:hAnsi="AvantGarde Bk BT"/>
          <w:sz w:val="22"/>
        </w:rPr>
      </w:pPr>
      <w:r>
        <w:rPr>
          <w:rFonts w:ascii="AvantGarde Bk BT" w:hAnsi="AvantGarde Bk BT"/>
          <w:noProof/>
          <w:sz w:val="22"/>
        </w:rPr>
        <w:drawing>
          <wp:inline distT="0" distB="0" distL="0" distR="0" wp14:anchorId="26856171" wp14:editId="6713ED78">
            <wp:extent cx="4517390" cy="5584190"/>
            <wp:effectExtent l="0" t="0" r="0" b="0"/>
            <wp:docPr id="152464011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7390" cy="558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5C035CE" w14:textId="77777777" w:rsidR="00DA5EB0" w:rsidRDefault="00DA5EB0">
      <w:pPr>
        <w:rPr>
          <w:rFonts w:ascii="AvantGarde Bk BT" w:hAnsi="AvantGarde Bk BT"/>
          <w:sz w:val="22"/>
        </w:rPr>
      </w:pPr>
    </w:p>
    <w:p w14:paraId="7563CBC3" w14:textId="77777777" w:rsidR="00DA5EB0" w:rsidRDefault="00DA5EB0">
      <w:pPr>
        <w:rPr>
          <w:rFonts w:ascii="AvantGarde Bk BT" w:hAnsi="AvantGarde Bk BT"/>
          <w:sz w:val="22"/>
        </w:rPr>
      </w:pPr>
    </w:p>
    <w:p w14:paraId="08DE494C" w14:textId="77777777" w:rsidR="00DA5EB0" w:rsidRDefault="00DA5EB0">
      <w:pPr>
        <w:rPr>
          <w:rFonts w:ascii="AvantGarde Bk BT" w:hAnsi="AvantGarde Bk BT"/>
          <w:sz w:val="22"/>
        </w:rPr>
      </w:pPr>
    </w:p>
    <w:p w14:paraId="129AC7A8" w14:textId="14B92C4B" w:rsidR="00DA5EB0" w:rsidRDefault="00DA5EB0">
      <w:pPr>
        <w:rPr>
          <w:rFonts w:ascii="AvantGarde Bk BT" w:hAnsi="AvantGarde Bk BT"/>
          <w:sz w:val="22"/>
        </w:rPr>
      </w:pPr>
      <w:r>
        <w:rPr>
          <w:noProof/>
        </w:rPr>
        <w:drawing>
          <wp:inline distT="0" distB="0" distL="0" distR="0" wp14:anchorId="1EE50740" wp14:editId="5353D919">
            <wp:extent cx="4373336" cy="5581650"/>
            <wp:effectExtent l="0" t="0" r="0" b="0"/>
            <wp:docPr id="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73336" cy="55816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F0FDD5B" w14:textId="77777777" w:rsidR="00DA5EB0" w:rsidRDefault="00DA5EB0">
      <w:pPr>
        <w:rPr>
          <w:rFonts w:ascii="AvantGarde Bk BT" w:hAnsi="AvantGarde Bk BT"/>
          <w:sz w:val="22"/>
        </w:rPr>
      </w:pPr>
    </w:p>
    <w:sectPr w:rsidR="00DA5EB0" w:rsidSect="00034616">
      <w:headerReference w:type="default" r:id="rId10"/>
      <w:footerReference w:type="default" r:id="rId11"/>
      <w:pgSz w:w="12240" w:h="15840"/>
      <w:pgMar w:top="850" w:right="1134" w:bottom="964" w:left="1247" w:header="340" w:footer="31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5686E" w14:textId="77777777" w:rsidR="00422311" w:rsidRDefault="00422311">
      <w:pPr>
        <w:spacing w:after="0" w:line="240" w:lineRule="auto"/>
      </w:pPr>
      <w:r>
        <w:separator/>
      </w:r>
    </w:p>
  </w:endnote>
  <w:endnote w:type="continuationSeparator" w:id="0">
    <w:p w14:paraId="7C09525D" w14:textId="77777777" w:rsidR="00422311" w:rsidRDefault="004223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vantGarde Bk BT">
    <w:panose1 w:val="020B0402020202020204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6A4FC" w14:textId="77777777" w:rsidR="0064456C" w:rsidRDefault="001D43FC">
    <w:pPr>
      <w:pStyle w:val="Piedepgina"/>
      <w:jc w:val="center"/>
    </w:pPr>
    <w:r>
      <w:rPr>
        <w:noProof/>
      </w:rPr>
      <w:drawing>
        <wp:inline distT="0" distB="0" distL="0" distR="0" wp14:anchorId="1FB8B70E" wp14:editId="0C534ED5">
          <wp:extent cx="6048000" cy="829009"/>
          <wp:effectExtent l="0" t="0" r="0" b="0"/>
          <wp:docPr id="185342157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48000" cy="8290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94143E" w14:textId="77777777" w:rsidR="0064456C" w:rsidRDefault="001D43FC">
    <w:pPr>
      <w:jc w:val="center"/>
    </w:pPr>
    <w:proofErr w:type="spellStart"/>
    <w:r>
      <w:rPr>
        <w:sz w:val="16"/>
      </w:rPr>
      <w:t>Pág</w:t>
    </w:r>
    <w:proofErr w:type="spellEnd"/>
    <w:r>
      <w:rPr>
        <w:sz w:val="16"/>
      </w:rPr>
      <w:t xml:space="preserve">. </w:t>
    </w:r>
    <w:r>
      <w:rPr>
        <w:sz w:val="16"/>
      </w:rPr>
      <w:fldChar w:fldCharType="begin"/>
    </w:r>
    <w:r>
      <w:rPr>
        <w:sz w:val="16"/>
      </w:rPr>
      <w:instrText>PAGE</w:instrText>
    </w:r>
    <w:r>
      <w:rPr>
        <w:sz w:val="16"/>
      </w:rPr>
      <w:fldChar w:fldCharType="separate"/>
    </w:r>
    <w:r w:rsidR="00FD07E5">
      <w:rPr>
        <w:noProof/>
        <w:sz w:val="16"/>
      </w:rPr>
      <w:t>1</w:t>
    </w:r>
    <w:r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46540" w14:textId="77777777" w:rsidR="00422311" w:rsidRDefault="00422311">
      <w:pPr>
        <w:spacing w:after="0" w:line="240" w:lineRule="auto"/>
      </w:pPr>
      <w:r>
        <w:separator/>
      </w:r>
    </w:p>
  </w:footnote>
  <w:footnote w:type="continuationSeparator" w:id="0">
    <w:p w14:paraId="0B06A57B" w14:textId="77777777" w:rsidR="00422311" w:rsidRDefault="004223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B43CE" w14:textId="77777777" w:rsidR="0064456C" w:rsidRDefault="0064456C">
    <w:pPr>
      <w:pStyle w:val="Encabezado"/>
    </w:pPr>
  </w:p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1814"/>
      <w:gridCol w:w="7541"/>
    </w:tblGrid>
    <w:tr w:rsidR="0064456C" w14:paraId="4888C329" w14:textId="77777777">
      <w:trPr>
        <w:jc w:val="center"/>
      </w:trPr>
      <w:tc>
        <w:tcPr>
          <w:tcW w:w="1814" w:type="dxa"/>
          <w:vAlign w:val="center"/>
        </w:tcPr>
        <w:p w14:paraId="02152C27" w14:textId="77777777" w:rsidR="0064456C" w:rsidRDefault="001D43FC">
          <w:pPr>
            <w:jc w:val="left"/>
          </w:pPr>
          <w:r>
            <w:rPr>
              <w:noProof/>
            </w:rPr>
            <w:drawing>
              <wp:inline distT="0" distB="0" distL="0" distR="0" wp14:anchorId="094AABA9" wp14:editId="10A832FC">
                <wp:extent cx="648000" cy="656594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4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000" cy="6565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41" w:type="dxa"/>
          <w:vAlign w:val="center"/>
        </w:tcPr>
        <w:p w14:paraId="014B8061" w14:textId="77777777" w:rsidR="0064456C" w:rsidRDefault="001D43FC">
          <w:pPr>
            <w:jc w:val="right"/>
          </w:pPr>
          <w:r>
            <w:rPr>
              <w:b/>
              <w:color w:val="006137"/>
              <w:sz w:val="18"/>
            </w:rPr>
            <w:t>CONCEJALÍA/SERVICIO DE EDUCACIÓN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82511977">
    <w:abstractNumId w:val="8"/>
  </w:num>
  <w:num w:numId="2" w16cid:durableId="64114659">
    <w:abstractNumId w:val="6"/>
  </w:num>
  <w:num w:numId="3" w16cid:durableId="167257008">
    <w:abstractNumId w:val="5"/>
  </w:num>
  <w:num w:numId="4" w16cid:durableId="1562205066">
    <w:abstractNumId w:val="4"/>
  </w:num>
  <w:num w:numId="5" w16cid:durableId="617840101">
    <w:abstractNumId w:val="7"/>
  </w:num>
  <w:num w:numId="6" w16cid:durableId="302274310">
    <w:abstractNumId w:val="3"/>
  </w:num>
  <w:num w:numId="7" w16cid:durableId="834106173">
    <w:abstractNumId w:val="2"/>
  </w:num>
  <w:num w:numId="8" w16cid:durableId="408039532">
    <w:abstractNumId w:val="1"/>
  </w:num>
  <w:num w:numId="9" w16cid:durableId="2003505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D43FC"/>
    <w:rsid w:val="0029639D"/>
    <w:rsid w:val="002A3C3A"/>
    <w:rsid w:val="00326F90"/>
    <w:rsid w:val="00335FC0"/>
    <w:rsid w:val="003C20DD"/>
    <w:rsid w:val="00422311"/>
    <w:rsid w:val="004D7F97"/>
    <w:rsid w:val="0064456C"/>
    <w:rsid w:val="008D65A3"/>
    <w:rsid w:val="00AA1D8D"/>
    <w:rsid w:val="00B47730"/>
    <w:rsid w:val="00C65EEA"/>
    <w:rsid w:val="00CB0664"/>
    <w:rsid w:val="00DA5EB0"/>
    <w:rsid w:val="00EF25FD"/>
    <w:rsid w:val="00FC693F"/>
    <w:rsid w:val="00FD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2B2C54"/>
  <w14:defaultImageDpi w14:val="300"/>
  <w15:docId w15:val="{EA16A0A9-6081-4A6C-8993-CD737559F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00"/>
      <w:jc w:val="both"/>
    </w:pPr>
    <w:rPr>
      <w:rFonts w:ascii="Arial" w:eastAsia="Arial" w:hAnsi="Arial"/>
      <w:sz w:val="21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200" w:after="120"/>
      <w:outlineLvl w:val="0"/>
    </w:pPr>
    <w:rPr>
      <w:rFonts w:asciiTheme="majorHAnsi" w:eastAsiaTheme="majorEastAsia" w:hAnsiTheme="majorHAnsi" w:cstheme="majorBidi"/>
      <w:b/>
      <w:bCs/>
      <w:color w:val="006137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120"/>
      <w:outlineLvl w:val="1"/>
    </w:pPr>
    <w:rPr>
      <w:rFonts w:asciiTheme="majorHAnsi" w:eastAsiaTheme="majorEastAsia" w:hAnsiTheme="majorHAnsi" w:cstheme="majorBidi"/>
      <w:b/>
      <w:bCs/>
      <w:color w:val="006137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120"/>
      <w:outlineLvl w:val="2"/>
    </w:pPr>
    <w:rPr>
      <w:rFonts w:asciiTheme="majorHAnsi" w:eastAsiaTheme="majorEastAsia" w:hAnsiTheme="majorHAnsi" w:cstheme="majorBidi"/>
      <w:b/>
      <w:bCs/>
      <w:color w:val="006137"/>
      <w:sz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2876</Words>
  <Characters>15819</Characters>
  <Application>Microsoft Office Word</Application>
  <DocSecurity>0</DocSecurity>
  <Lines>131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18658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Gloria Tejero Povedano</cp:lastModifiedBy>
  <cp:revision>4</cp:revision>
  <dcterms:created xsi:type="dcterms:W3CDTF">2013-12-23T23:15:00Z</dcterms:created>
  <dcterms:modified xsi:type="dcterms:W3CDTF">2026-06-04T09:16:00Z</dcterms:modified>
  <cp:category/>
</cp:coreProperties>
</file>